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S1 TEKNIK INFORMATIKA</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Teknik Informatika adalah satu jurusan yang mempelajari tentang ilmu rekayasa informatika dengan bidang kosentrasi software engineering, artificiall intelligence dan networking</w:t>
      </w:r>
    </w:p>
    <w:p>
      <w:pPr>
        <w:spacing w:before="100" w:after="60"/>
      </w:pPr>
      <w:r>
        <w:rPr>
          <w:color w:val="C9A15F"/>
          <w:sz w:val="22"/>
        </w:rPr>
        <w:t xml:space="preserve">▌ </w:t>
      </w:r>
      <w:r>
        <w:rPr>
          <w:b/>
          <w:color w:val="4B3F9E"/>
          <w:sz w:val="22"/>
        </w:rPr>
        <w:t>Konsentrasi DB — Digital Business</w:t>
      </w:r>
    </w:p>
    <w:p>
      <w:pPr>
        <w:spacing w:after="100"/>
        <w:jc w:val="both"/>
      </w:pPr>
      <w:r>
        <w:rPr>
          <w:b w:val="0"/>
          <w:i w:val="0"/>
          <w:sz w:val="19"/>
        </w:rPr>
        <w:t>-</w:t>
      </w:r>
    </w:p>
    <w:p>
      <w:pPr>
        <w:spacing w:before="100" w:after="60"/>
      </w:pPr>
      <w:r>
        <w:rPr>
          <w:color w:val="C9A15F"/>
          <w:sz w:val="22"/>
        </w:rPr>
        <w:t xml:space="preserve">▌ </w:t>
      </w:r>
      <w:r>
        <w:rPr>
          <w:b/>
          <w:color w:val="4B3F9E"/>
          <w:sz w:val="22"/>
        </w:rPr>
        <w:t>Konsentrasi IS — Intellingent System</w:t>
      </w:r>
    </w:p>
    <w:p>
      <w:pPr>
        <w:spacing w:after="100"/>
        <w:jc w:val="both"/>
      </w:pPr>
      <w:r>
        <w:rPr>
          <w:b w:val="0"/>
          <w:i w:val="0"/>
          <w:sz w:val="19"/>
        </w:rPr>
        <w:t>-</w:t>
      </w:r>
    </w:p>
    <w:p>
      <w:pPr>
        <w:spacing w:before="100" w:after="60"/>
      </w:pPr>
      <w:r>
        <w:rPr>
          <w:color w:val="C9A15F"/>
          <w:sz w:val="22"/>
        </w:rPr>
        <w:t xml:space="preserve">▌ </w:t>
      </w:r>
      <w:r>
        <w:rPr>
          <w:b/>
          <w:color w:val="4B3F9E"/>
          <w:sz w:val="22"/>
        </w:rPr>
        <w:t>Konsentrasi NET — Networking</w:t>
      </w:r>
    </w:p>
    <w:p>
      <w:pPr>
        <w:spacing w:after="100"/>
        <w:jc w:val="both"/>
      </w:pPr>
      <w:r>
        <w:rPr>
          <w:b w:val="0"/>
          <w:i w:val="0"/>
          <w:sz w:val="19"/>
        </w:rPr>
        <w:t>-</w:t>
      </w:r>
    </w:p>
    <w:p>
      <w:pPr>
        <w:spacing w:before="100" w:after="60"/>
      </w:pPr>
      <w:r>
        <w:rPr>
          <w:color w:val="C9A15F"/>
          <w:sz w:val="22"/>
        </w:rPr>
        <w:t xml:space="preserve">▌ </w:t>
      </w:r>
      <w:r>
        <w:rPr>
          <w:b/>
          <w:color w:val="4B3F9E"/>
          <w:sz w:val="22"/>
        </w:rPr>
        <w:t>Konsentrasi SE — Software Engineering</w:t>
      </w:r>
    </w:p>
    <w:p>
      <w:pPr>
        <w:spacing w:after="100"/>
        <w:jc w:val="both"/>
      </w:pPr>
      <w:r>
        <w:rPr>
          <w:b w:val="0"/>
          <w:i w:val="0"/>
          <w:sz w:val="19"/>
        </w:rPr>
        <w:t>-</w:t>
      </w:r>
    </w:p>
    <w:p>
      <w:pPr>
        <w:spacing w:before="100" w:after="60"/>
      </w:pPr>
      <w:r>
        <w:rPr>
          <w:color w:val="C9A15F"/>
          <w:sz w:val="22"/>
        </w:rPr>
        <w:t xml:space="preserve">▌ </w:t>
      </w:r>
      <w:r>
        <w:rPr>
          <w:b/>
          <w:color w:val="4B3F9E"/>
          <w:sz w:val="22"/>
        </w:rPr>
        <w:t>Profil Lulusan</w:t>
      </w:r>
    </w:p>
    <w:p>
      <w:pPr>
        <w:spacing w:after="40"/>
        <w:ind w:left="227"/>
      </w:pPr>
      <w:r>
        <w:rPr>
          <w:b/>
          <w:color w:val="4B3F9E"/>
          <w:sz w:val="19"/>
        </w:rPr>
        <w:t xml:space="preserve">• Enterpreneur: </w:t>
      </w:r>
      <w:r>
        <w:rPr>
          <w:sz w:val="19"/>
        </w:rPr>
        <w:t>Lulusan memiliki kemampuan untuk merintis usaha secara mandiri dalam pemanfaatan teknologi informasi baik di bidang intelligent system, software engineering, networking maupun bisnis digital</w:t>
      </w:r>
    </w:p>
    <w:p>
      <w:pPr>
        <w:spacing w:after="40"/>
        <w:ind w:left="227"/>
      </w:pPr>
      <w:r>
        <w:rPr>
          <w:b/>
          <w:color w:val="4B3F9E"/>
          <w:sz w:val="19"/>
        </w:rPr>
        <w:t xml:space="preserve">• Ahli Program: </w:t>
      </w:r>
      <w:r>
        <w:rPr>
          <w:sz w:val="19"/>
        </w:rPr>
        <w:t>Lulusan memiliki kemampuan untuk bekerja sebagai programmer</w:t>
      </w:r>
    </w:p>
    <w:p>
      <w:pPr>
        <w:spacing w:after="40"/>
        <w:ind w:left="227"/>
      </w:pPr>
      <w:r>
        <w:rPr>
          <w:b/>
          <w:color w:val="4B3F9E"/>
          <w:sz w:val="19"/>
        </w:rPr>
        <w:t xml:space="preserve">• Konsultan IT: </w:t>
      </w:r>
      <w:r>
        <w:rPr>
          <w:sz w:val="19"/>
        </w:rPr>
        <w:t>Lulusan memiliki kemampuan untuk melakukan proses pelaksanaan proyek perangkat lunak, Lulusan memiliki kemampuan untuk melakukan praktek baik proses analisis data pada beberapa bidang pekerjaan</w:t>
      </w:r>
    </w:p>
    <w:p>
      <w:pPr>
        <w:spacing w:after="40"/>
        <w:ind w:left="227"/>
      </w:pPr>
      <w:r>
        <w:rPr>
          <w:b/>
          <w:color w:val="4B3F9E"/>
          <w:sz w:val="19"/>
        </w:rPr>
        <w:t xml:space="preserve">• Ahli Network dan Infrastruktur: </w:t>
      </w:r>
      <w:r>
        <w:rPr>
          <w:sz w:val="19"/>
        </w:rPr>
        <w:t>Lulusan memiliki kompetensi untuk menjadi pengolaan system jaringan computer pada suatu Lembaga atau instansi</w:t>
        <w:br/>
        <w:br/>
        <w:t>Lulusan memiliki kemampuan untuk melakukan Pembangunan, perawatan dan penyelesain persoalan suatu system jaringan komputer</w:t>
      </w:r>
    </w:p>
    <w:p>
      <w:pPr>
        <w:spacing w:after="40"/>
        <w:ind w:left="227"/>
      </w:pPr>
      <w:r>
        <w:rPr>
          <w:b/>
          <w:color w:val="4B3F9E"/>
          <w:sz w:val="19"/>
        </w:rPr>
        <w:t xml:space="preserve">• Operator: </w:t>
      </w:r>
      <w:r>
        <w:rPr>
          <w:sz w:val="19"/>
        </w:rPr>
        <w:t>Lulusan memiliki komampuan untuk menjadi operator computer pada instansi pemerintahan</w:t>
        <w:br/>
        <w:br/>
        <w:t>Lulusan memiliki komampuan untuk menjadi operator computer pada kantor-kantor atau Lembaga non pemerintahan.</w:t>
      </w:r>
    </w:p>
    <w:p>
      <w:pPr>
        <w:spacing w:before="100" w:after="60"/>
      </w:pPr>
      <w:r>
        <w:rPr>
          <w:color w:val="C9A15F"/>
          <w:sz w:val="22"/>
        </w:rPr>
        <w:t xml:space="preserve">▌ </w:t>
      </w:r>
      <w:r>
        <w:rPr>
          <w:b/>
          <w:color w:val="4B3F9E"/>
          <w:sz w:val="22"/>
        </w:rPr>
        <w:t>Capaian Pembelajaran Lulusan</w:t>
      </w:r>
    </w:p>
    <w:p>
      <w:pPr>
        <w:spacing w:after="40"/>
        <w:ind w:left="227"/>
      </w:pPr>
      <w:r>
        <w:rPr>
          <w:sz w:val="19"/>
        </w:rPr>
        <w:t>CPL-1: Bertaqwa kepada Tuhan Yang Maha Esa, taat hukum, dan disiplin dalam kehidupan bermasyarakat dan bernegara</w:t>
      </w:r>
    </w:p>
    <w:p>
      <w:pPr>
        <w:spacing w:after="40"/>
        <w:ind w:left="227"/>
      </w:pPr>
      <w:r>
        <w:rPr>
          <w:sz w:val="19"/>
        </w:rPr>
        <w:t>CPL-2: Memiliki pengetahuan yang memadai terkait cara kerja sistem komputer dan mampu menerapkan/menggunakan berbagai algoritma/metode untuk memecahkan masalah pada suatu organisasi</w:t>
      </w:r>
    </w:p>
    <w:p>
      <w:pPr>
        <w:spacing w:after="40"/>
        <w:ind w:left="227"/>
      </w:pPr>
      <w:r>
        <w:rPr>
          <w:sz w:val="19"/>
        </w:rPr>
        <w:t>CPL-3: Memiliki kompetensi untuk menganalisis persoalan computing yang kompleks untuk mengidentifikasi solusi pengelolaan proyek teknologi bidang informatika/ilmu komputer dengan mempertimbangkan wawasan perkembangan ilmu transdisiplin</w:t>
      </w:r>
    </w:p>
    <w:p>
      <w:pPr>
        <w:spacing w:after="40"/>
        <w:ind w:left="227"/>
      </w:pPr>
      <w:r>
        <w:rPr>
          <w:sz w:val="19"/>
        </w:rPr>
        <w:t>CPL-4: Menguasai konsep teoritis bidang pengetahuan Ilmu Komputer/Informatika dalam mendesain dan mensimulasikan aplikasi teknologi multi-platform yang relevan dengan kebutuhan industri dan masyarakat</w:t>
      </w:r>
    </w:p>
    <w:p>
      <w:pPr>
        <w:spacing w:after="40"/>
        <w:ind w:left="227"/>
      </w:pPr>
      <w:r>
        <w:rPr>
          <w:sz w:val="19"/>
        </w:rPr>
        <w:t>CPL-5: Memiliki kemampuan (pengelolaan) manajerial tim dan kerja sama (team work ), manajemen diri, mampu berkomunikasi baik lisan maupun tertulis dengan baik dan mampu melakukan presentasi</w:t>
      </w:r>
    </w:p>
    <w:p>
      <w:pPr>
        <w:spacing w:after="40"/>
        <w:ind w:left="227"/>
      </w:pPr>
      <w:r>
        <w:rPr>
          <w:sz w:val="19"/>
        </w:rPr>
        <w:t>CPL-6: Menyusun deskripsi saintifik hasil kajian implikasi pengembangan atau implementasi ilmu pengetahuan teknologi dalam bentuk skripsi atau laporan tugas akhir atau artikel ilmiah</w:t>
      </w:r>
    </w:p>
    <w:p>
      <w:pPr>
        <w:spacing w:after="40"/>
        <w:ind w:left="227"/>
      </w:pPr>
      <w:r>
        <w:rPr>
          <w:sz w:val="19"/>
        </w:rPr>
        <w:t>CPL-7: Kemampuan mengimplementasi kebutuhan computing dengan mempertimbangkan berbagai metode/algoritma yang sesuai</w:t>
      </w:r>
    </w:p>
    <w:p>
      <w:pPr>
        <w:spacing w:after="40"/>
        <w:ind w:left="227"/>
      </w:pPr>
      <w:r>
        <w:rPr>
          <w:sz w:val="19"/>
        </w:rPr>
        <w:t>CPL-8: Kemampuan menganalisis, merancang, membuat dan mengevaluasi user interface dan aplikasi interaktif dengan mempertimbangkan kebutuhan pengguna dan perkembangan ilmu transdisiplin.</w:t>
      </w:r>
    </w:p>
    <w:p>
      <w:pPr>
        <w:spacing w:after="40"/>
        <w:ind w:left="227"/>
      </w:pPr>
      <w:r>
        <w:rPr>
          <w:sz w:val="19"/>
        </w:rPr>
        <w:t>CPL-9: Kemampuan mendesain, mengimplementasi dan mengevaluasi solusi berbasis computing multi-platform yang memenuhi kebutuhan-kebutuhan computing pada sebuah organisasi</w:t>
      </w:r>
    </w:p>
    <w:p>
      <w:pPr>
        <w:spacing w:after="40"/>
        <w:ind w:left="227"/>
      </w:pPr>
      <w:r>
        <w:rPr>
          <w:sz w:val="19"/>
        </w:rPr>
        <w:t>CPL-10: Kemampuan mengimplementasikan secara baik seluruh tahapan data analitik dalam mengembangkan sistem cerdas berbasis big data</w:t>
      </w:r>
    </w:p>
    <w:p>
      <w:pPr>
        <w:spacing w:after="40"/>
        <w:ind w:left="227"/>
      </w:pPr>
      <w:r>
        <w:rPr>
          <w:sz w:val="19"/>
        </w:rPr>
        <w:t>CPL-11: Kemampuan dalam analisis kebutuhan, desain, pengelolaan serta pemeliharaan fasilitas jaringan dan perangkat keras komputer</w:t>
      </w:r>
    </w:p>
    <w:p>
      <w:pPr>
        <w:spacing w:after="40"/>
        <w:ind w:left="227"/>
      </w:pPr>
      <w:r>
        <w:rPr>
          <w:sz w:val="19"/>
        </w:rPr>
        <w:t>CPL-12: Memiliki keterampilan untuk melakukan inisiasi kewirausahaan di bidang teknologi informasi</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pPr>
        <w:spacing w:before="100" w:after="60"/>
      </w:pPr>
      <w:r>
        <w:rPr>
          <w:color w:val="C9A15F"/>
          <w:sz w:val="22"/>
        </w:rPr>
        <w:t xml:space="preserve">▌ </w:t>
      </w:r>
      <w:r>
        <w:rPr>
          <w:b/>
          <w:color w:val="4B3F9E"/>
          <w:sz w:val="22"/>
        </w:rPr>
        <w:t>Non Konsentrasi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3T3125301</w:t>
            </w:r>
          </w:p>
        </w:tc>
        <w:tc>
          <w:tcPr>
            <w:tcW w:type="dxa" w:w="1681"/>
            <w:tcMar>
              <w:top w:w="30" w:type="dxa"/>
              <w:bottom w:w="30" w:type="dxa"/>
              <w:start w:w="70" w:type="dxa"/>
              <w:end w:w="70" w:type="dxa"/>
            </w:tcMar>
            <w:vAlign w:val="center"/>
          </w:tcPr>
          <w:p>
            <w:pPr>
              <w:spacing w:after="0" w:before="0"/>
            </w:pPr>
            <w:r/>
            <w:r>
              <w:rPr>
                <w:b w:val="0"/>
                <w:i w:val="0"/>
                <w:sz w:val="17"/>
              </w:rPr>
              <w:t>Sistem Digital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2T3125302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Interaksi Manusia dan Komputer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FED-02</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3T3125303</w:t>
            </w:r>
          </w:p>
        </w:tc>
        <w:tc>
          <w:tcPr>
            <w:tcW w:type="dxa" w:w="1681"/>
            <w:tcMar>
              <w:top w:w="30" w:type="dxa"/>
              <w:bottom w:w="30" w:type="dxa"/>
              <w:start w:w="70" w:type="dxa"/>
              <w:end w:w="70" w:type="dxa"/>
            </w:tcMar>
            <w:vAlign w:val="center"/>
          </w:tcPr>
          <w:p>
            <w:pPr>
              <w:spacing w:after="0" w:before="0"/>
            </w:pPr>
            <w:r/>
            <w:r>
              <w:rPr>
                <w:b w:val="0"/>
                <w:i w:val="0"/>
                <w:sz w:val="17"/>
              </w:rPr>
              <w:t>Aljabar Linier dan Matriks</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3T3125304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Pengantar Ilmu Komputer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FED-03</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3UIG25107</w:t>
            </w:r>
          </w:p>
        </w:tc>
        <w:tc>
          <w:tcPr>
            <w:tcW w:type="dxa" w:w="1681"/>
            <w:tcMar>
              <w:top w:w="30" w:type="dxa"/>
              <w:bottom w:w="30" w:type="dxa"/>
              <w:start w:w="70" w:type="dxa"/>
              <w:end w:w="70" w:type="dxa"/>
            </w:tcMar>
            <w:vAlign w:val="center"/>
          </w:tcPr>
          <w:p>
            <w:pPr>
              <w:spacing w:after="0" w:before="0"/>
            </w:pPr>
            <w:r/>
            <w:r>
              <w:rPr>
                <w:b w:val="0"/>
                <w:i w:val="0"/>
                <w:sz w:val="17"/>
              </w:rPr>
              <w:t>Teknologi Informasi Manajemen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FED-04</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3T3125305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Logika dan Pemrograman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FED-05</w:t>
            </w:r>
          </w:p>
        </w:tc>
      </w:tr>
      <w:tr>
        <w:tc>
          <w:tcPr>
            <w:tcW w:type="dxa" w:w="1681"/>
            <w:tcMar>
              <w:top w:w="30" w:type="dxa"/>
              <w:bottom w:w="30" w:type="dxa"/>
              <w:start w:w="70" w:type="dxa"/>
              <w:end w:w="70" w:type="dxa"/>
            </w:tcMar>
            <w:vAlign w:val="center"/>
          </w:tcPr>
          <w:p>
            <w:pPr>
              <w:spacing w:after="0" w:before="0"/>
              <w:jc w:val="center"/>
            </w:pPr>
            <w:r/>
            <w:r>
              <w:rPr>
                <w:b w:val="0"/>
                <w:i w:val="0"/>
                <w:sz w:val="17"/>
              </w:rPr>
              <w:t>7</w:t>
            </w:r>
          </w:p>
        </w:tc>
        <w:tc>
          <w:tcPr>
            <w:tcW w:type="dxa" w:w="1681"/>
            <w:tcMar>
              <w:top w:w="30" w:type="dxa"/>
              <w:bottom w:w="30" w:type="dxa"/>
              <w:start w:w="70" w:type="dxa"/>
              <w:end w:w="70" w:type="dxa"/>
            </w:tcMar>
            <w:vAlign w:val="center"/>
          </w:tcPr>
          <w:p>
            <w:pPr>
              <w:spacing w:after="0" w:before="0"/>
              <w:jc w:val="center"/>
            </w:pPr>
            <w:r/>
            <w:r>
              <w:rPr>
                <w:b w:val="0"/>
                <w:i w:val="0"/>
                <w:sz w:val="17"/>
              </w:rPr>
              <w:t>3T3125306</w:t>
            </w:r>
          </w:p>
        </w:tc>
        <w:tc>
          <w:tcPr>
            <w:tcW w:type="dxa" w:w="1681"/>
            <w:tcMar>
              <w:top w:w="30" w:type="dxa"/>
              <w:bottom w:w="30" w:type="dxa"/>
              <w:start w:w="70" w:type="dxa"/>
              <w:end w:w="70" w:type="dxa"/>
            </w:tcMar>
            <w:vAlign w:val="center"/>
          </w:tcPr>
          <w:p>
            <w:pPr>
              <w:spacing w:after="0" w:before="0"/>
            </w:pPr>
            <w:r/>
            <w:r>
              <w:rPr>
                <w:b w:val="0"/>
                <w:i w:val="0"/>
                <w:sz w:val="17"/>
              </w:rPr>
              <w:t>Kalkulus</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3T3125307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Sistem Operasi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FED-07</w:t>
            </w:r>
          </w:p>
        </w:tc>
      </w:tr>
      <w:tr>
        <w:tc>
          <w:tcPr>
            <w:tcW w:type="dxa" w:w="1681"/>
            <w:tcMar>
              <w:top w:w="30" w:type="dxa"/>
              <w:bottom w:w="30" w:type="dxa"/>
              <w:start w:w="70" w:type="dxa"/>
              <w:end w:w="70" w:type="dxa"/>
            </w:tcMar>
            <w:vAlign w:val="center"/>
          </w:tcPr>
          <w:p>
            <w:pPr>
              <w:spacing w:after="0" w:before="0"/>
              <w:jc w:val="center"/>
            </w:pPr>
            <w:r/>
            <w:r>
              <w:rPr>
                <w:b w:val="0"/>
                <w:i w:val="0"/>
                <w:sz w:val="17"/>
              </w:rPr>
              <w:t>9</w:t>
            </w:r>
          </w:p>
        </w:tc>
        <w:tc>
          <w:tcPr>
            <w:tcW w:type="dxa" w:w="1681"/>
            <w:tcMar>
              <w:top w:w="30" w:type="dxa"/>
              <w:bottom w:w="30" w:type="dxa"/>
              <w:start w:w="70" w:type="dxa"/>
              <w:end w:w="70" w:type="dxa"/>
            </w:tcMar>
            <w:vAlign w:val="center"/>
          </w:tcPr>
          <w:p>
            <w:pPr>
              <w:spacing w:after="0" w:before="0"/>
              <w:jc w:val="center"/>
            </w:pPr>
            <w:r/>
            <w:r>
              <w:rPr>
                <w:b w:val="0"/>
                <w:i w:val="0"/>
                <w:sz w:val="17"/>
              </w:rPr>
              <w:t>3T3125308</w:t>
            </w:r>
          </w:p>
        </w:tc>
        <w:tc>
          <w:tcPr>
            <w:tcW w:type="dxa" w:w="1681"/>
            <w:tcMar>
              <w:top w:w="30" w:type="dxa"/>
              <w:bottom w:w="30" w:type="dxa"/>
              <w:start w:w="70" w:type="dxa"/>
              <w:end w:w="70" w:type="dxa"/>
            </w:tcMar>
            <w:vAlign w:val="center"/>
          </w:tcPr>
          <w:p>
            <w:pPr>
              <w:spacing w:after="0" w:before="0"/>
            </w:pPr>
            <w:r/>
            <w:r>
              <w:rPr>
                <w:b w:val="0"/>
                <w:i w:val="0"/>
                <w:sz w:val="17"/>
              </w:rPr>
              <w:t>Pemrograman Terstruktur</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3T3125309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Sistem Basisdata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FED-09</w:t>
            </w:r>
          </w:p>
        </w:tc>
      </w:tr>
      <w:tr>
        <w:tc>
          <w:tcPr>
            <w:tcW w:type="dxa" w:w="1681"/>
            <w:tcMar>
              <w:top w:w="30" w:type="dxa"/>
              <w:bottom w:w="30" w:type="dxa"/>
              <w:start w:w="70" w:type="dxa"/>
              <w:end w:w="70" w:type="dxa"/>
            </w:tcMar>
            <w:vAlign w:val="center"/>
          </w:tcPr>
          <w:p>
            <w:pPr>
              <w:spacing w:after="0" w:before="0"/>
              <w:jc w:val="center"/>
            </w:pPr>
            <w:r/>
            <w:r>
              <w:rPr>
                <w:b w:val="0"/>
                <w:i w:val="0"/>
                <w:sz w:val="17"/>
              </w:rPr>
              <w:t>11</w:t>
            </w:r>
          </w:p>
        </w:tc>
        <w:tc>
          <w:tcPr>
            <w:tcW w:type="dxa" w:w="1681"/>
            <w:tcMar>
              <w:top w:w="30" w:type="dxa"/>
              <w:bottom w:w="30" w:type="dxa"/>
              <w:start w:w="70" w:type="dxa"/>
              <w:end w:w="70" w:type="dxa"/>
            </w:tcMar>
            <w:vAlign w:val="center"/>
          </w:tcPr>
          <w:p>
            <w:pPr>
              <w:spacing w:after="0" w:before="0"/>
              <w:jc w:val="center"/>
            </w:pPr>
            <w:r/>
            <w:r>
              <w:rPr>
                <w:b w:val="0"/>
                <w:i w:val="0"/>
                <w:sz w:val="17"/>
              </w:rPr>
              <w:t>2T3125310</w:t>
            </w:r>
          </w:p>
        </w:tc>
        <w:tc>
          <w:tcPr>
            <w:tcW w:type="dxa" w:w="1681"/>
            <w:tcMar>
              <w:top w:w="30" w:type="dxa"/>
              <w:bottom w:w="30" w:type="dxa"/>
              <w:start w:w="70" w:type="dxa"/>
              <w:end w:w="70" w:type="dxa"/>
            </w:tcMar>
            <w:vAlign w:val="center"/>
          </w:tcPr>
          <w:p>
            <w:pPr>
              <w:spacing w:after="0" w:before="0"/>
            </w:pPr>
            <w:r/>
            <w:r>
              <w:rPr>
                <w:b w:val="0"/>
                <w:i w:val="0"/>
                <w:sz w:val="17"/>
              </w:rPr>
              <w:t>Sistem Informasi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FED-10</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2T3125311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Metode Numerik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FED-11</w:t>
            </w:r>
          </w:p>
        </w:tc>
      </w:tr>
      <w:tr>
        <w:tc>
          <w:tcPr>
            <w:tcW w:type="dxa" w:w="1681"/>
            <w:tcMar>
              <w:top w:w="30" w:type="dxa"/>
              <w:bottom w:w="30" w:type="dxa"/>
              <w:start w:w="70" w:type="dxa"/>
              <w:end w:w="70" w:type="dxa"/>
            </w:tcMar>
            <w:vAlign w:val="center"/>
          </w:tcPr>
          <w:p>
            <w:pPr>
              <w:spacing w:after="0" w:before="0"/>
              <w:jc w:val="center"/>
            </w:pPr>
            <w:r/>
            <w:r>
              <w:rPr>
                <w:b w:val="0"/>
                <w:i w:val="0"/>
                <w:sz w:val="17"/>
              </w:rPr>
              <w:t>13</w:t>
            </w:r>
          </w:p>
        </w:tc>
        <w:tc>
          <w:tcPr>
            <w:tcW w:type="dxa" w:w="1681"/>
            <w:tcMar>
              <w:top w:w="30" w:type="dxa"/>
              <w:bottom w:w="30" w:type="dxa"/>
              <w:start w:w="70" w:type="dxa"/>
              <w:end w:w="70" w:type="dxa"/>
            </w:tcMar>
            <w:vAlign w:val="center"/>
          </w:tcPr>
          <w:p>
            <w:pPr>
              <w:spacing w:after="0" w:before="0"/>
              <w:jc w:val="center"/>
            </w:pPr>
            <w:r/>
            <w:r>
              <w:rPr>
                <w:b w:val="0"/>
                <w:i w:val="0"/>
                <w:sz w:val="17"/>
              </w:rPr>
              <w:t>3T3125312</w:t>
            </w:r>
          </w:p>
        </w:tc>
        <w:tc>
          <w:tcPr>
            <w:tcW w:type="dxa" w:w="1681"/>
            <w:tcMar>
              <w:top w:w="30" w:type="dxa"/>
              <w:bottom w:w="30" w:type="dxa"/>
              <w:start w:w="70" w:type="dxa"/>
              <w:end w:w="70" w:type="dxa"/>
            </w:tcMar>
            <w:vAlign w:val="center"/>
          </w:tcPr>
          <w:p>
            <w:pPr>
              <w:spacing w:after="0" w:before="0"/>
            </w:pPr>
            <w:r/>
            <w:r>
              <w:rPr>
                <w:b w:val="0"/>
                <w:i w:val="0"/>
                <w:sz w:val="17"/>
              </w:rPr>
              <w:t>Algoritma dan Struktur data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3T3125313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Organisasi dan Arsitektur Komputer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FED-13</w:t>
            </w:r>
          </w:p>
        </w:tc>
      </w:tr>
      <w:tr>
        <w:tc>
          <w:tcPr>
            <w:tcW w:type="dxa" w:w="1681"/>
            <w:tcMar>
              <w:top w:w="30" w:type="dxa"/>
              <w:bottom w:w="30" w:type="dxa"/>
              <w:start w:w="70" w:type="dxa"/>
              <w:end w:w="70" w:type="dxa"/>
            </w:tcMar>
            <w:vAlign w:val="center"/>
          </w:tcPr>
          <w:p>
            <w:pPr>
              <w:spacing w:after="0" w:before="0"/>
              <w:jc w:val="center"/>
            </w:pPr>
            <w:r/>
            <w:r>
              <w:rPr>
                <w:b w:val="0"/>
                <w:i w:val="0"/>
                <w:sz w:val="17"/>
              </w:rPr>
              <w:t>15</w:t>
            </w:r>
          </w:p>
        </w:tc>
        <w:tc>
          <w:tcPr>
            <w:tcW w:type="dxa" w:w="1681"/>
            <w:tcMar>
              <w:top w:w="30" w:type="dxa"/>
              <w:bottom w:w="30" w:type="dxa"/>
              <w:start w:w="70" w:type="dxa"/>
              <w:end w:w="70" w:type="dxa"/>
            </w:tcMar>
            <w:vAlign w:val="center"/>
          </w:tcPr>
          <w:p>
            <w:pPr>
              <w:spacing w:after="0" w:before="0"/>
              <w:jc w:val="center"/>
            </w:pPr>
            <w:r/>
            <w:r>
              <w:rPr>
                <w:b w:val="0"/>
                <w:i w:val="0"/>
                <w:sz w:val="17"/>
              </w:rPr>
              <w:t>3T3125314</w:t>
            </w:r>
          </w:p>
        </w:tc>
        <w:tc>
          <w:tcPr>
            <w:tcW w:type="dxa" w:w="1681"/>
            <w:tcMar>
              <w:top w:w="30" w:type="dxa"/>
              <w:bottom w:w="30" w:type="dxa"/>
              <w:start w:w="70" w:type="dxa"/>
              <w:end w:w="70" w:type="dxa"/>
            </w:tcMar>
            <w:vAlign w:val="center"/>
          </w:tcPr>
          <w:p>
            <w:pPr>
              <w:spacing w:after="0" w:before="0"/>
            </w:pPr>
            <w:r/>
            <w:r>
              <w:rPr>
                <w:b w:val="0"/>
                <w:i w:val="0"/>
                <w:sz w:val="17"/>
              </w:rPr>
              <w:t>Perangkat Keras Komputer</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FED-14</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3T3125315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Pemrograman Visual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FED-15</w:t>
            </w:r>
          </w:p>
        </w:tc>
      </w:tr>
      <w:tr>
        <w:tc>
          <w:tcPr>
            <w:tcW w:type="dxa" w:w="1681"/>
            <w:tcMar>
              <w:top w:w="30" w:type="dxa"/>
              <w:bottom w:w="30" w:type="dxa"/>
              <w:start w:w="70" w:type="dxa"/>
              <w:end w:w="70" w:type="dxa"/>
            </w:tcMar>
            <w:vAlign w:val="center"/>
          </w:tcPr>
          <w:p>
            <w:pPr>
              <w:spacing w:after="0" w:before="0"/>
              <w:jc w:val="center"/>
            </w:pPr>
            <w:r/>
            <w:r>
              <w:rPr>
                <w:b w:val="0"/>
                <w:i w:val="0"/>
                <w:sz w:val="17"/>
              </w:rPr>
              <w:t>17</w:t>
            </w:r>
          </w:p>
        </w:tc>
        <w:tc>
          <w:tcPr>
            <w:tcW w:type="dxa" w:w="1681"/>
            <w:tcMar>
              <w:top w:w="30" w:type="dxa"/>
              <w:bottom w:w="30" w:type="dxa"/>
              <w:start w:w="70" w:type="dxa"/>
              <w:end w:w="70" w:type="dxa"/>
            </w:tcMar>
            <w:vAlign w:val="center"/>
          </w:tcPr>
          <w:p>
            <w:pPr>
              <w:spacing w:after="0" w:before="0"/>
              <w:jc w:val="center"/>
            </w:pPr>
            <w:r/>
            <w:r>
              <w:rPr>
                <w:b w:val="0"/>
                <w:i w:val="0"/>
                <w:sz w:val="17"/>
              </w:rPr>
              <w:t>3T3125316</w:t>
            </w:r>
          </w:p>
        </w:tc>
        <w:tc>
          <w:tcPr>
            <w:tcW w:type="dxa" w:w="1681"/>
            <w:tcMar>
              <w:top w:w="30" w:type="dxa"/>
              <w:bottom w:w="30" w:type="dxa"/>
              <w:start w:w="70" w:type="dxa"/>
              <w:end w:w="70" w:type="dxa"/>
            </w:tcMar>
            <w:vAlign w:val="center"/>
          </w:tcPr>
          <w:p>
            <w:pPr>
              <w:spacing w:after="0" w:before="0"/>
            </w:pPr>
            <w:r/>
            <w:r>
              <w:rPr>
                <w:b w:val="0"/>
                <w:i w:val="0"/>
                <w:sz w:val="17"/>
              </w:rPr>
              <w:t>Pemrograman Web</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2T3125317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Logika Matematika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19</w:t>
            </w:r>
          </w:p>
        </w:tc>
        <w:tc>
          <w:tcPr>
            <w:tcW w:type="dxa" w:w="1681"/>
            <w:tcMar>
              <w:top w:w="30" w:type="dxa"/>
              <w:bottom w:w="30" w:type="dxa"/>
              <w:start w:w="70" w:type="dxa"/>
              <w:end w:w="70" w:type="dxa"/>
            </w:tcMar>
            <w:vAlign w:val="center"/>
          </w:tcPr>
          <w:p>
            <w:pPr>
              <w:spacing w:after="0" w:before="0"/>
              <w:jc w:val="center"/>
            </w:pPr>
            <w:r/>
            <w:r>
              <w:rPr>
                <w:b w:val="0"/>
                <w:i w:val="0"/>
                <w:sz w:val="17"/>
              </w:rPr>
              <w:t>3T3125318</w:t>
            </w:r>
          </w:p>
        </w:tc>
        <w:tc>
          <w:tcPr>
            <w:tcW w:type="dxa" w:w="1681"/>
            <w:tcMar>
              <w:top w:w="30" w:type="dxa"/>
              <w:bottom w:w="30" w:type="dxa"/>
              <w:start w:w="70" w:type="dxa"/>
              <w:end w:w="70" w:type="dxa"/>
            </w:tcMar>
            <w:vAlign w:val="center"/>
          </w:tcPr>
          <w:p>
            <w:pPr>
              <w:spacing w:after="0" w:before="0"/>
            </w:pPr>
            <w:r/>
            <w:r>
              <w:rPr>
                <w:b w:val="0"/>
                <w:i w:val="0"/>
                <w:sz w:val="17"/>
              </w:rPr>
              <w:t>Pengolahan Citra Digital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FED-17</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3T3125319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Jaringan Komputer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FED-18</w:t>
            </w:r>
          </w:p>
        </w:tc>
      </w:tr>
      <w:tr>
        <w:tc>
          <w:tcPr>
            <w:tcW w:type="dxa" w:w="1681"/>
            <w:tcMar>
              <w:top w:w="30" w:type="dxa"/>
              <w:bottom w:w="30" w:type="dxa"/>
              <w:start w:w="70" w:type="dxa"/>
              <w:end w:w="70" w:type="dxa"/>
            </w:tcMar>
            <w:vAlign w:val="center"/>
          </w:tcPr>
          <w:p>
            <w:pPr>
              <w:spacing w:after="0" w:before="0"/>
              <w:jc w:val="center"/>
            </w:pPr>
            <w:r/>
            <w:r>
              <w:rPr>
                <w:b w:val="0"/>
                <w:i w:val="0"/>
                <w:sz w:val="17"/>
              </w:rPr>
              <w:t>21</w:t>
            </w:r>
          </w:p>
        </w:tc>
        <w:tc>
          <w:tcPr>
            <w:tcW w:type="dxa" w:w="1681"/>
            <w:tcMar>
              <w:top w:w="30" w:type="dxa"/>
              <w:bottom w:w="30" w:type="dxa"/>
              <w:start w:w="70" w:type="dxa"/>
              <w:end w:w="70" w:type="dxa"/>
            </w:tcMar>
            <w:vAlign w:val="center"/>
          </w:tcPr>
          <w:p>
            <w:pPr>
              <w:spacing w:after="0" w:before="0"/>
              <w:jc w:val="center"/>
            </w:pPr>
            <w:r/>
            <w:r>
              <w:rPr>
                <w:b w:val="0"/>
                <w:i w:val="0"/>
                <w:sz w:val="17"/>
              </w:rPr>
              <w:t>3T3125320</w:t>
            </w:r>
          </w:p>
        </w:tc>
        <w:tc>
          <w:tcPr>
            <w:tcW w:type="dxa" w:w="1681"/>
            <w:tcMar>
              <w:top w:w="30" w:type="dxa"/>
              <w:bottom w:w="30" w:type="dxa"/>
              <w:start w:w="70" w:type="dxa"/>
              <w:end w:w="70" w:type="dxa"/>
            </w:tcMar>
            <w:vAlign w:val="center"/>
          </w:tcPr>
          <w:p>
            <w:pPr>
              <w:spacing w:after="0" w:before="0"/>
            </w:pPr>
            <w:r/>
            <w:r>
              <w:rPr>
                <w:b w:val="0"/>
                <w:i w:val="0"/>
                <w:sz w:val="17"/>
              </w:rPr>
              <w:t>Probabilitas dan Statistika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3T3125321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Pemrograman Berorientasi Objek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23</w:t>
            </w:r>
          </w:p>
        </w:tc>
        <w:tc>
          <w:tcPr>
            <w:tcW w:type="dxa" w:w="1681"/>
            <w:tcMar>
              <w:top w:w="30" w:type="dxa"/>
              <w:bottom w:w="30" w:type="dxa"/>
              <w:start w:w="70" w:type="dxa"/>
              <w:end w:w="70" w:type="dxa"/>
            </w:tcMar>
            <w:vAlign w:val="center"/>
          </w:tcPr>
          <w:p>
            <w:pPr>
              <w:spacing w:after="0" w:before="0"/>
              <w:jc w:val="center"/>
            </w:pPr>
            <w:r/>
            <w:r>
              <w:rPr>
                <w:b w:val="0"/>
                <w:i w:val="0"/>
                <w:sz w:val="17"/>
              </w:rPr>
              <w:t>3T3125322</w:t>
            </w:r>
          </w:p>
        </w:tc>
        <w:tc>
          <w:tcPr>
            <w:tcW w:type="dxa" w:w="1681"/>
            <w:tcMar>
              <w:top w:w="30" w:type="dxa"/>
              <w:bottom w:w="30" w:type="dxa"/>
              <w:start w:w="70" w:type="dxa"/>
              <w:end w:w="70" w:type="dxa"/>
            </w:tcMar>
            <w:vAlign w:val="center"/>
          </w:tcPr>
          <w:p>
            <w:pPr>
              <w:spacing w:after="0" w:before="0"/>
            </w:pPr>
            <w:r/>
            <w:r>
              <w:rPr>
                <w:b w:val="0"/>
                <w:i w:val="0"/>
                <w:sz w:val="17"/>
              </w:rPr>
              <w:t>Rekayasa Perangkat Lunak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3T3125323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Analisa Algoritma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FED-20</w:t>
            </w:r>
          </w:p>
        </w:tc>
      </w:tr>
      <w:tr>
        <w:tc>
          <w:tcPr>
            <w:tcW w:type="dxa" w:w="1681"/>
            <w:tcMar>
              <w:top w:w="30" w:type="dxa"/>
              <w:bottom w:w="30" w:type="dxa"/>
              <w:start w:w="70" w:type="dxa"/>
              <w:end w:w="70" w:type="dxa"/>
            </w:tcMar>
            <w:vAlign w:val="center"/>
          </w:tcPr>
          <w:p>
            <w:pPr>
              <w:spacing w:after="0" w:before="0"/>
              <w:jc w:val="center"/>
            </w:pPr>
            <w:r/>
            <w:r>
              <w:rPr>
                <w:b w:val="0"/>
                <w:i w:val="0"/>
                <w:sz w:val="17"/>
              </w:rPr>
              <w:t>25</w:t>
            </w:r>
          </w:p>
        </w:tc>
        <w:tc>
          <w:tcPr>
            <w:tcW w:type="dxa" w:w="1681"/>
            <w:tcMar>
              <w:top w:w="30" w:type="dxa"/>
              <w:bottom w:w="30" w:type="dxa"/>
              <w:start w:w="70" w:type="dxa"/>
              <w:end w:w="70" w:type="dxa"/>
            </w:tcMar>
            <w:vAlign w:val="center"/>
          </w:tcPr>
          <w:p>
            <w:pPr>
              <w:spacing w:after="0" w:before="0"/>
              <w:jc w:val="center"/>
            </w:pPr>
            <w:r/>
            <w:r>
              <w:rPr>
                <w:b w:val="0"/>
                <w:i w:val="0"/>
                <w:sz w:val="17"/>
              </w:rPr>
              <w:t>2T3125324</w:t>
            </w:r>
          </w:p>
        </w:tc>
        <w:tc>
          <w:tcPr>
            <w:tcW w:type="dxa" w:w="1681"/>
            <w:tcMar>
              <w:top w:w="30" w:type="dxa"/>
              <w:bottom w:w="30" w:type="dxa"/>
              <w:start w:w="70" w:type="dxa"/>
              <w:end w:w="70" w:type="dxa"/>
            </w:tcMar>
            <w:vAlign w:val="center"/>
          </w:tcPr>
          <w:p>
            <w:pPr>
              <w:spacing w:after="0" w:before="0"/>
            </w:pPr>
            <w:r/>
            <w:r>
              <w:rPr>
                <w:b w:val="0"/>
                <w:i w:val="0"/>
                <w:sz w:val="17"/>
              </w:rPr>
              <w:t>Keamanan Komputer</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3T3125325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Kecerdasan Buatan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27</w:t>
            </w:r>
          </w:p>
        </w:tc>
        <w:tc>
          <w:tcPr>
            <w:tcW w:type="dxa" w:w="1681"/>
            <w:tcMar>
              <w:top w:w="30" w:type="dxa"/>
              <w:bottom w:w="30" w:type="dxa"/>
              <w:start w:w="70" w:type="dxa"/>
              <w:end w:w="70" w:type="dxa"/>
            </w:tcMar>
            <w:vAlign w:val="center"/>
          </w:tcPr>
          <w:p>
            <w:pPr>
              <w:spacing w:after="0" w:before="0"/>
              <w:jc w:val="center"/>
            </w:pPr>
            <w:r/>
            <w:r>
              <w:rPr>
                <w:b w:val="0"/>
                <w:i w:val="0"/>
                <w:sz w:val="17"/>
              </w:rPr>
              <w:t>3T3125326</w:t>
            </w:r>
          </w:p>
        </w:tc>
        <w:tc>
          <w:tcPr>
            <w:tcW w:type="dxa" w:w="1681"/>
            <w:tcMar>
              <w:top w:w="30" w:type="dxa"/>
              <w:bottom w:w="30" w:type="dxa"/>
              <w:start w:w="70" w:type="dxa"/>
              <w:end w:w="70" w:type="dxa"/>
            </w:tcMar>
            <w:vAlign w:val="center"/>
          </w:tcPr>
          <w:p>
            <w:pPr>
              <w:spacing w:after="0" w:before="0"/>
            </w:pPr>
            <w:r/>
            <w:r>
              <w:rPr>
                <w:b w:val="0"/>
                <w:i w:val="0"/>
                <w:sz w:val="17"/>
              </w:rPr>
              <w:t>IoT Technology</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3T3125327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Pemrograman DBMS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29</w:t>
            </w:r>
          </w:p>
        </w:tc>
        <w:tc>
          <w:tcPr>
            <w:tcW w:type="dxa" w:w="1681"/>
            <w:tcMar>
              <w:top w:w="30" w:type="dxa"/>
              <w:bottom w:w="30" w:type="dxa"/>
              <w:start w:w="70" w:type="dxa"/>
              <w:end w:w="70" w:type="dxa"/>
            </w:tcMar>
            <w:vAlign w:val="center"/>
          </w:tcPr>
          <w:p>
            <w:pPr>
              <w:spacing w:after="0" w:before="0"/>
              <w:jc w:val="center"/>
            </w:pPr>
            <w:r/>
            <w:r>
              <w:rPr>
                <w:b w:val="0"/>
                <w:i w:val="0"/>
                <w:sz w:val="17"/>
              </w:rPr>
              <w:t>2UIG25105</w:t>
            </w:r>
          </w:p>
        </w:tc>
        <w:tc>
          <w:tcPr>
            <w:tcW w:type="dxa" w:w="1681"/>
            <w:tcMar>
              <w:top w:w="30" w:type="dxa"/>
              <w:bottom w:w="30" w:type="dxa"/>
              <w:start w:w="70" w:type="dxa"/>
              <w:end w:w="70" w:type="dxa"/>
            </w:tcMar>
            <w:vAlign w:val="center"/>
          </w:tcPr>
          <w:p>
            <w:pPr>
              <w:spacing w:after="0" w:before="0"/>
            </w:pPr>
            <w:r/>
            <w:r>
              <w:rPr>
                <w:b w:val="0"/>
                <w:i w:val="0"/>
                <w:sz w:val="17"/>
              </w:rPr>
              <w:t>Bahasa Inggris</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3T3125328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Pengantar Bisnis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FED-23</w:t>
            </w:r>
          </w:p>
        </w:tc>
      </w:tr>
      <w:tr>
        <w:tc>
          <w:tcPr>
            <w:tcW w:type="dxa" w:w="1681"/>
            <w:tcMar>
              <w:top w:w="30" w:type="dxa"/>
              <w:bottom w:w="30" w:type="dxa"/>
              <w:start w:w="70" w:type="dxa"/>
              <w:end w:w="70" w:type="dxa"/>
            </w:tcMar>
            <w:vAlign w:val="center"/>
          </w:tcPr>
          <w:p>
            <w:pPr>
              <w:spacing w:after="0" w:before="0"/>
              <w:jc w:val="center"/>
            </w:pPr>
            <w:r/>
            <w:r>
              <w:rPr>
                <w:b w:val="0"/>
                <w:i w:val="0"/>
                <w:sz w:val="17"/>
              </w:rPr>
              <w:t>31</w:t>
            </w:r>
          </w:p>
        </w:tc>
        <w:tc>
          <w:tcPr>
            <w:tcW w:type="dxa" w:w="1681"/>
            <w:tcMar>
              <w:top w:w="30" w:type="dxa"/>
              <w:bottom w:w="30" w:type="dxa"/>
              <w:start w:w="70" w:type="dxa"/>
              <w:end w:w="70" w:type="dxa"/>
            </w:tcMar>
            <w:vAlign w:val="center"/>
          </w:tcPr>
          <w:p>
            <w:pPr>
              <w:spacing w:after="0" w:before="0"/>
              <w:jc w:val="center"/>
            </w:pPr>
            <w:r/>
            <w:r>
              <w:rPr>
                <w:b w:val="0"/>
                <w:i w:val="0"/>
                <w:sz w:val="17"/>
              </w:rPr>
              <w:t>3T3125329</w:t>
            </w:r>
          </w:p>
        </w:tc>
        <w:tc>
          <w:tcPr>
            <w:tcW w:type="dxa" w:w="1681"/>
            <w:tcMar>
              <w:top w:w="30" w:type="dxa"/>
              <w:bottom w:w="30" w:type="dxa"/>
              <w:start w:w="70" w:type="dxa"/>
              <w:end w:w="70" w:type="dxa"/>
            </w:tcMar>
            <w:vAlign w:val="center"/>
          </w:tcPr>
          <w:p>
            <w:pPr>
              <w:spacing w:after="0" w:before="0"/>
            </w:pPr>
            <w:r/>
            <w:r>
              <w:rPr>
                <w:b w:val="0"/>
                <w:i w:val="0"/>
                <w:sz w:val="17"/>
              </w:rPr>
              <w:t>Framework Programming</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3T3125330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Ekstrakokurikuler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33</w:t>
            </w:r>
          </w:p>
        </w:tc>
        <w:tc>
          <w:tcPr>
            <w:tcW w:type="dxa" w:w="1681"/>
            <w:tcMar>
              <w:top w:w="30" w:type="dxa"/>
              <w:bottom w:w="30" w:type="dxa"/>
              <w:start w:w="70" w:type="dxa"/>
              <w:end w:w="70" w:type="dxa"/>
            </w:tcMar>
            <w:vAlign w:val="center"/>
          </w:tcPr>
          <w:p>
            <w:pPr>
              <w:spacing w:after="0" w:before="0"/>
              <w:jc w:val="center"/>
            </w:pPr>
            <w:r/>
            <w:r>
              <w:rPr>
                <w:b w:val="0"/>
                <w:i w:val="0"/>
                <w:sz w:val="17"/>
              </w:rPr>
              <w:t>3T3125331</w:t>
            </w:r>
          </w:p>
        </w:tc>
        <w:tc>
          <w:tcPr>
            <w:tcW w:type="dxa" w:w="1681"/>
            <w:tcMar>
              <w:top w:w="30" w:type="dxa"/>
              <w:bottom w:w="30" w:type="dxa"/>
              <w:start w:w="70" w:type="dxa"/>
              <w:end w:w="70" w:type="dxa"/>
            </w:tcMar>
            <w:vAlign w:val="center"/>
          </w:tcPr>
          <w:p>
            <w:pPr>
              <w:spacing w:after="0" w:before="0"/>
            </w:pPr>
            <w:r/>
            <w:r>
              <w:rPr>
                <w:b w:val="0"/>
                <w:i w:val="0"/>
                <w:sz w:val="17"/>
              </w:rPr>
              <w:t>Metodologi Penelitian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3UIG25106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Technopreneurship</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FED-24</w:t>
            </w:r>
          </w:p>
        </w:tc>
      </w:tr>
      <w:tr>
        <w:tc>
          <w:tcPr>
            <w:tcW w:type="dxa" w:w="1681"/>
            <w:tcMar>
              <w:top w:w="30" w:type="dxa"/>
              <w:bottom w:w="30" w:type="dxa"/>
              <w:start w:w="70" w:type="dxa"/>
              <w:end w:w="70" w:type="dxa"/>
            </w:tcMar>
            <w:vAlign w:val="center"/>
          </w:tcPr>
          <w:p>
            <w:pPr>
              <w:spacing w:after="0" w:before="0"/>
              <w:jc w:val="center"/>
            </w:pPr>
            <w:r/>
            <w:r>
              <w:rPr>
                <w:b w:val="0"/>
                <w:i w:val="0"/>
                <w:sz w:val="17"/>
              </w:rPr>
              <w:t>35</w:t>
            </w:r>
          </w:p>
        </w:tc>
        <w:tc>
          <w:tcPr>
            <w:tcW w:type="dxa" w:w="1681"/>
            <w:tcMar>
              <w:top w:w="30" w:type="dxa"/>
              <w:bottom w:w="30" w:type="dxa"/>
              <w:start w:w="70" w:type="dxa"/>
              <w:end w:w="70" w:type="dxa"/>
            </w:tcMar>
            <w:vAlign w:val="center"/>
          </w:tcPr>
          <w:p>
            <w:pPr>
              <w:spacing w:after="0" w:before="0"/>
              <w:jc w:val="center"/>
            </w:pPr>
            <w:r/>
            <w:r>
              <w:rPr>
                <w:b w:val="0"/>
                <w:i w:val="0"/>
                <w:sz w:val="17"/>
              </w:rPr>
              <w:t>3T3125340</w:t>
            </w:r>
          </w:p>
        </w:tc>
        <w:tc>
          <w:tcPr>
            <w:tcW w:type="dxa" w:w="1681"/>
            <w:tcMar>
              <w:top w:w="30" w:type="dxa"/>
              <w:bottom w:w="30" w:type="dxa"/>
              <w:start w:w="70" w:type="dxa"/>
              <w:end w:w="70" w:type="dxa"/>
            </w:tcMar>
            <w:vAlign w:val="center"/>
          </w:tcPr>
          <w:p>
            <w:pPr>
              <w:spacing w:after="0" w:before="0"/>
            </w:pPr>
            <w:r/>
            <w:r>
              <w:rPr>
                <w:b w:val="0"/>
                <w:i w:val="0"/>
                <w:sz w:val="17"/>
              </w:rPr>
              <w:t>Hukum Teknologi Informasi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Pendidikan Pancasila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FED-26</w:t>
            </w:r>
          </w:p>
        </w:tc>
      </w:tr>
      <w:tr>
        <w:tc>
          <w:tcPr>
            <w:tcW w:type="dxa" w:w="1681"/>
            <w:tcMar>
              <w:top w:w="30" w:type="dxa"/>
              <w:bottom w:w="30" w:type="dxa"/>
              <w:start w:w="70" w:type="dxa"/>
              <w:end w:w="70" w:type="dxa"/>
            </w:tcMar>
            <w:vAlign w:val="center"/>
          </w:tcPr>
          <w:p>
            <w:pPr>
              <w:spacing w:after="0" w:before="0"/>
              <w:jc w:val="center"/>
            </w:pPr>
            <w:r/>
            <w:r>
              <w:rPr>
                <w:b w:val="0"/>
                <w:i w:val="0"/>
                <w:sz w:val="17"/>
              </w:rPr>
              <w:t>37</w:t>
            </w:r>
          </w:p>
        </w:tc>
        <w:tc>
          <w:tcPr>
            <w:tcW w:type="dxa" w:w="1681"/>
            <w:tcMar>
              <w:top w:w="30" w:type="dxa"/>
              <w:bottom w:w="30" w:type="dxa"/>
              <w:start w:w="70" w:type="dxa"/>
              <w:end w:w="70" w:type="dxa"/>
            </w:tcMar>
            <w:vAlign w:val="center"/>
          </w:tcPr>
          <w:p>
            <w:pPr>
              <w:spacing w:after="0" w:before="0"/>
              <w:jc w:val="center"/>
            </w:pPr>
            <w:r/>
            <w:r>
              <w:rPr>
                <w:b w:val="0"/>
                <w:i w:val="0"/>
                <w:sz w:val="17"/>
              </w:rPr>
              <w:t>2T3125341</w:t>
            </w:r>
          </w:p>
        </w:tc>
        <w:tc>
          <w:tcPr>
            <w:tcW w:type="dxa" w:w="1681"/>
            <w:tcMar>
              <w:top w:w="30" w:type="dxa"/>
              <w:bottom w:w="30" w:type="dxa"/>
              <w:start w:w="70" w:type="dxa"/>
              <w:end w:w="70" w:type="dxa"/>
            </w:tcMar>
            <w:vAlign w:val="center"/>
          </w:tcPr>
          <w:p>
            <w:pPr>
              <w:spacing w:after="0" w:before="0"/>
            </w:pPr>
            <w:r/>
            <w:r>
              <w:rPr>
                <w:b w:val="0"/>
                <w:i w:val="0"/>
                <w:sz w:val="17"/>
              </w:rPr>
              <w:t>Bahasa Inggris II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2T3125342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Pendidikan Karakter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FED-27</w:t>
            </w:r>
          </w:p>
        </w:tc>
      </w:tr>
      <w:tr>
        <w:tc>
          <w:tcPr>
            <w:tcW w:type="dxa" w:w="1681"/>
            <w:tcMar>
              <w:top w:w="30" w:type="dxa"/>
              <w:bottom w:w="30" w:type="dxa"/>
              <w:start w:w="70" w:type="dxa"/>
              <w:end w:w="70" w:type="dxa"/>
            </w:tcMar>
            <w:vAlign w:val="center"/>
          </w:tcPr>
          <w:p>
            <w:pPr>
              <w:spacing w:after="0" w:before="0"/>
              <w:jc w:val="center"/>
            </w:pPr>
            <w:r/>
            <w:r>
              <w:rPr>
                <w:b w:val="0"/>
                <w:i w:val="0"/>
                <w:sz w:val="17"/>
              </w:rPr>
              <w:t>39</w:t>
            </w:r>
          </w:p>
        </w:tc>
        <w:tc>
          <w:tcPr>
            <w:tcW w:type="dxa" w:w="1681"/>
            <w:tcMar>
              <w:top w:w="30" w:type="dxa"/>
              <w:bottom w:w="30" w:type="dxa"/>
              <w:start w:w="70" w:type="dxa"/>
              <w:end w:w="70" w:type="dxa"/>
            </w:tcMar>
            <w:vAlign w:val="center"/>
          </w:tcPr>
          <w:p>
            <w:pPr>
              <w:spacing w:after="0" w:before="0"/>
              <w:jc w:val="center"/>
            </w:pPr>
            <w:r/>
            <w:r>
              <w:rPr>
                <w:b w:val="0"/>
                <w:i w:val="0"/>
                <w:sz w:val="17"/>
              </w:rPr>
              <w:t>4UIG25110</w:t>
            </w:r>
          </w:p>
        </w:tc>
        <w:tc>
          <w:tcPr>
            <w:tcW w:type="dxa" w:w="1681"/>
            <w:tcMar>
              <w:top w:w="30" w:type="dxa"/>
              <w:bottom w:w="30" w:type="dxa"/>
              <w:start w:w="70" w:type="dxa"/>
              <w:end w:w="70" w:type="dxa"/>
            </w:tcMar>
            <w:vAlign w:val="center"/>
          </w:tcPr>
          <w:p>
            <w:pPr>
              <w:spacing w:after="0" w:before="0"/>
            </w:pPr>
            <w:r/>
            <w:r>
              <w:rPr>
                <w:b w:val="0"/>
                <w:i w:val="0"/>
                <w:sz w:val="17"/>
              </w:rPr>
              <w:t>KKN</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Pendidikan Kewarganegaraan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FED-28</w:t>
            </w:r>
          </w:p>
        </w:tc>
      </w:tr>
      <w:tr>
        <w:tc>
          <w:tcPr>
            <w:tcW w:type="dxa" w:w="1681"/>
            <w:tcMar>
              <w:top w:w="30" w:type="dxa"/>
              <w:bottom w:w="30" w:type="dxa"/>
              <w:start w:w="70" w:type="dxa"/>
              <w:end w:w="70" w:type="dxa"/>
            </w:tcMar>
            <w:vAlign w:val="center"/>
          </w:tcPr>
          <w:p>
            <w:pPr>
              <w:spacing w:after="0" w:before="0"/>
              <w:jc w:val="center"/>
            </w:pPr>
            <w:r/>
            <w:r>
              <w:rPr>
                <w:b w:val="0"/>
                <w:i w:val="0"/>
                <w:sz w:val="17"/>
              </w:rPr>
              <w:t>41</w:t>
            </w:r>
          </w:p>
        </w:tc>
        <w:tc>
          <w:tcPr>
            <w:tcW w:type="dxa" w:w="1681"/>
            <w:tcMar>
              <w:top w:w="30" w:type="dxa"/>
              <w:bottom w:w="30" w:type="dxa"/>
              <w:start w:w="70" w:type="dxa"/>
              <w:end w:w="70" w:type="dxa"/>
            </w:tcMar>
            <w:vAlign w:val="center"/>
          </w:tcPr>
          <w:p>
            <w:pPr>
              <w:spacing w:after="0" w:before="0"/>
              <w:jc w:val="center"/>
            </w:pPr>
            <w:r/>
            <w:r>
              <w:rPr>
                <w:b w:val="0"/>
                <w:i w:val="0"/>
                <w:sz w:val="17"/>
              </w:rPr>
              <w:t>3T3125351</w:t>
            </w:r>
          </w:p>
        </w:tc>
        <w:tc>
          <w:tcPr>
            <w:tcW w:type="dxa" w:w="1681"/>
            <w:tcMar>
              <w:top w:w="30" w:type="dxa"/>
              <w:bottom w:w="30" w:type="dxa"/>
              <w:start w:w="70" w:type="dxa"/>
              <w:end w:w="70" w:type="dxa"/>
            </w:tcMar>
            <w:vAlign w:val="center"/>
          </w:tcPr>
          <w:p>
            <w:pPr>
              <w:spacing w:after="0" w:before="0"/>
            </w:pPr>
            <w:r/>
            <w:r>
              <w:rPr>
                <w:b w:val="0"/>
                <w:i w:val="0"/>
                <w:sz w:val="17"/>
              </w:rPr>
              <w:t>Software Project Management</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Bahasa Indonesia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FED-30</w:t>
            </w:r>
          </w:p>
        </w:tc>
      </w:tr>
      <w:tr>
        <w:tc>
          <w:tcPr>
            <w:tcW w:type="dxa" w:w="1681"/>
            <w:tcMar>
              <w:top w:w="30" w:type="dxa"/>
              <w:bottom w:w="30" w:type="dxa"/>
              <w:start w:w="70" w:type="dxa"/>
              <w:end w:w="70" w:type="dxa"/>
            </w:tcMar>
            <w:vAlign w:val="center"/>
          </w:tcPr>
          <w:p>
            <w:pPr>
              <w:spacing w:after="0" w:before="0"/>
              <w:jc w:val="center"/>
            </w:pPr>
            <w:r/>
            <w:r>
              <w:rPr>
                <w:b w:val="0"/>
                <w:i w:val="0"/>
                <w:sz w:val="17"/>
              </w:rPr>
              <w:t>43</w:t>
            </w:r>
          </w:p>
        </w:tc>
        <w:tc>
          <w:tcPr>
            <w:tcW w:type="dxa" w:w="1681"/>
            <w:tcMar>
              <w:top w:w="30" w:type="dxa"/>
              <w:bottom w:w="30" w:type="dxa"/>
              <w:start w:w="70" w:type="dxa"/>
              <w:end w:w="70" w:type="dxa"/>
            </w:tcMar>
            <w:vAlign w:val="center"/>
          </w:tcPr>
          <w:p>
            <w:pPr>
              <w:spacing w:after="0" w:before="0"/>
              <w:jc w:val="center"/>
            </w:pPr>
            <w:r/>
            <w:r>
              <w:rPr>
                <w:b w:val="0"/>
                <w:i w:val="0"/>
                <w:sz w:val="17"/>
              </w:rPr>
              <w:t>2UIG25104</w:t>
            </w:r>
          </w:p>
        </w:tc>
        <w:tc>
          <w:tcPr>
            <w:tcW w:type="dxa" w:w="1681"/>
            <w:tcMar>
              <w:top w:w="30" w:type="dxa"/>
              <w:bottom w:w="30" w:type="dxa"/>
              <w:start w:w="70" w:type="dxa"/>
              <w:end w:w="70" w:type="dxa"/>
            </w:tcMar>
            <w:vAlign w:val="center"/>
          </w:tcPr>
          <w:p>
            <w:pPr>
              <w:spacing w:after="0" w:before="0"/>
            </w:pPr>
            <w:r/>
            <w:r>
              <w:rPr>
                <w:b w:val="0"/>
                <w:i w:val="0"/>
                <w:sz w:val="17"/>
              </w:rPr>
              <w:t>Pendidikan Agama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3T3125352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Tata Kelola Teknologi Informasi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FED-32</w:t>
            </w:r>
          </w:p>
        </w:tc>
      </w:tr>
      <w:tr>
        <w:tc>
          <w:tcPr>
            <w:tcW w:type="dxa" w:w="1681"/>
            <w:tcMar>
              <w:top w:w="30" w:type="dxa"/>
              <w:bottom w:w="30" w:type="dxa"/>
              <w:start w:w="70" w:type="dxa"/>
              <w:end w:w="70" w:type="dxa"/>
            </w:tcMar>
            <w:vAlign w:val="center"/>
          </w:tcPr>
          <w:p>
            <w:pPr>
              <w:spacing w:after="0" w:before="0"/>
              <w:jc w:val="center"/>
            </w:pPr>
            <w:r/>
            <w:r>
              <w:rPr>
                <w:b w:val="0"/>
                <w:i w:val="0"/>
                <w:sz w:val="17"/>
              </w:rPr>
              <w:t>45</w:t>
            </w:r>
          </w:p>
        </w:tc>
        <w:tc>
          <w:tcPr>
            <w:tcW w:type="dxa" w:w="1681"/>
            <w:tcMar>
              <w:top w:w="30" w:type="dxa"/>
              <w:bottom w:w="30" w:type="dxa"/>
              <w:start w:w="70" w:type="dxa"/>
              <w:end w:w="70" w:type="dxa"/>
            </w:tcMar>
            <w:vAlign w:val="center"/>
          </w:tcPr>
          <w:p>
            <w:pPr>
              <w:spacing w:after="0" w:before="0"/>
              <w:jc w:val="center"/>
            </w:pPr>
            <w:r/>
            <w:r>
              <w:rPr>
                <w:b w:val="0"/>
                <w:i w:val="0"/>
                <w:sz w:val="17"/>
              </w:rPr>
              <w:t>3T3125353</w:t>
            </w:r>
          </w:p>
        </w:tc>
        <w:tc>
          <w:tcPr>
            <w:tcW w:type="dxa" w:w="1681"/>
            <w:tcMar>
              <w:top w:w="30" w:type="dxa"/>
              <w:bottom w:w="30" w:type="dxa"/>
              <w:start w:w="70" w:type="dxa"/>
              <w:end w:w="70" w:type="dxa"/>
            </w:tcMar>
            <w:vAlign w:val="center"/>
          </w:tcPr>
          <w:p>
            <w:pPr>
              <w:spacing w:after="0" w:before="0"/>
            </w:pPr>
            <w:r/>
            <w:r>
              <w:rPr>
                <w:b w:val="0"/>
                <w:i w:val="0"/>
                <w:sz w:val="17"/>
              </w:rPr>
              <w:t>Visualisasi Data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FED-33</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2T3125154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Seminar Judul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47</w:t>
            </w:r>
          </w:p>
        </w:tc>
        <w:tc>
          <w:tcPr>
            <w:tcW w:type="dxa" w:w="1681"/>
            <w:tcMar>
              <w:top w:w="30" w:type="dxa"/>
              <w:bottom w:w="30" w:type="dxa"/>
              <w:start w:w="70" w:type="dxa"/>
              <w:end w:w="70" w:type="dxa"/>
            </w:tcMar>
            <w:vAlign w:val="center"/>
          </w:tcPr>
          <w:p>
            <w:pPr>
              <w:spacing w:after="0" w:before="0"/>
              <w:jc w:val="center"/>
            </w:pPr>
            <w:r/>
            <w:r>
              <w:rPr>
                <w:b w:val="0"/>
                <w:i w:val="0"/>
                <w:sz w:val="17"/>
              </w:rPr>
              <w:t>4T3125159</w:t>
            </w:r>
          </w:p>
        </w:tc>
        <w:tc>
          <w:tcPr>
            <w:tcW w:type="dxa" w:w="1681"/>
            <w:tcMar>
              <w:top w:w="30" w:type="dxa"/>
              <w:bottom w:w="30" w:type="dxa"/>
              <w:start w:w="70" w:type="dxa"/>
              <w:end w:w="70" w:type="dxa"/>
            </w:tcMar>
            <w:vAlign w:val="center"/>
          </w:tcPr>
          <w:p>
            <w:pPr>
              <w:spacing w:after="0" w:before="0"/>
            </w:pPr>
            <w:r/>
            <w:r>
              <w:rPr>
                <w:b w:val="0"/>
                <w:i w:val="0"/>
                <w:sz w:val="17"/>
              </w:rPr>
              <w:t>Skripsi</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DB — Digital Business</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3T3125338</w:t>
            </w:r>
          </w:p>
        </w:tc>
        <w:tc>
          <w:tcPr>
            <w:tcW w:type="dxa" w:w="1681"/>
            <w:tcMar>
              <w:top w:w="30" w:type="dxa"/>
              <w:bottom w:w="30" w:type="dxa"/>
              <w:start w:w="70" w:type="dxa"/>
              <w:end w:w="70" w:type="dxa"/>
            </w:tcMar>
            <w:vAlign w:val="center"/>
          </w:tcPr>
          <w:p>
            <w:pPr>
              <w:spacing w:after="0" w:before="0"/>
            </w:pPr>
            <w:r/>
            <w:r>
              <w:rPr>
                <w:b w:val="0"/>
                <w:i w:val="0"/>
                <w:sz w:val="17"/>
              </w:rPr>
              <w:t>Trend dan Strategi Bisnis Digital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FED-34</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3T3125339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Perencanaan Bisnis StartUp</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3T3125349</w:t>
            </w:r>
          </w:p>
        </w:tc>
        <w:tc>
          <w:tcPr>
            <w:tcW w:type="dxa" w:w="1681"/>
            <w:tcMar>
              <w:top w:w="30" w:type="dxa"/>
              <w:bottom w:w="30" w:type="dxa"/>
              <w:start w:w="70" w:type="dxa"/>
              <w:end w:w="70" w:type="dxa"/>
            </w:tcMar>
            <w:vAlign w:val="center"/>
          </w:tcPr>
          <w:p>
            <w:pPr>
              <w:spacing w:after="0" w:before="0"/>
            </w:pPr>
            <w:r/>
            <w:r>
              <w:rPr>
                <w:b w:val="0"/>
                <w:i w:val="0"/>
                <w:sz w:val="17"/>
              </w:rPr>
              <w:t>Business Intellegence</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3T3125350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Digital Marketing Dan Advertising</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3T3125358</w:t>
            </w:r>
          </w:p>
        </w:tc>
        <w:tc>
          <w:tcPr>
            <w:tcW w:type="dxa" w:w="1681"/>
            <w:tcMar>
              <w:top w:w="30" w:type="dxa"/>
              <w:bottom w:w="30" w:type="dxa"/>
              <w:start w:w="70" w:type="dxa"/>
              <w:end w:w="70" w:type="dxa"/>
            </w:tcMar>
            <w:vAlign w:val="center"/>
          </w:tcPr>
          <w:p>
            <w:pPr>
              <w:spacing w:after="0" w:before="0"/>
            </w:pPr>
            <w:r/>
            <w:r>
              <w:rPr>
                <w:b w:val="0"/>
                <w:i w:val="0"/>
                <w:sz w:val="17"/>
              </w:rPr>
              <w:t>Analisis Jejaring Digital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IS — Intellingent System</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3T3125334</w:t>
            </w:r>
          </w:p>
        </w:tc>
        <w:tc>
          <w:tcPr>
            <w:tcW w:type="dxa" w:w="1681"/>
            <w:tcMar>
              <w:top w:w="30" w:type="dxa"/>
              <w:bottom w:w="30" w:type="dxa"/>
              <w:start w:w="70" w:type="dxa"/>
              <w:end w:w="70" w:type="dxa"/>
            </w:tcMar>
            <w:vAlign w:val="center"/>
          </w:tcPr>
          <w:p>
            <w:pPr>
              <w:spacing w:after="0" w:before="0"/>
            </w:pPr>
            <w:r/>
            <w:r>
              <w:rPr>
                <w:b w:val="0"/>
                <w:i w:val="0"/>
                <w:sz w:val="17"/>
              </w:rPr>
              <w:t>Machine Learning</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3T3125335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Information Retrieval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FED-35</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3T3125345</w:t>
            </w:r>
          </w:p>
        </w:tc>
        <w:tc>
          <w:tcPr>
            <w:tcW w:type="dxa" w:w="1681"/>
            <w:tcMar>
              <w:top w:w="30" w:type="dxa"/>
              <w:bottom w:w="30" w:type="dxa"/>
              <w:start w:w="70" w:type="dxa"/>
              <w:end w:w="70" w:type="dxa"/>
            </w:tcMar>
            <w:vAlign w:val="center"/>
          </w:tcPr>
          <w:p>
            <w:pPr>
              <w:spacing w:after="0" w:before="0"/>
            </w:pPr>
            <w:r/>
            <w:r>
              <w:rPr>
                <w:b w:val="0"/>
                <w:i w:val="0"/>
                <w:sz w:val="17"/>
              </w:rPr>
              <w:t>Computer Vision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3T3125346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Data Science</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3T3125356</w:t>
            </w:r>
          </w:p>
        </w:tc>
        <w:tc>
          <w:tcPr>
            <w:tcW w:type="dxa" w:w="1681"/>
            <w:tcMar>
              <w:top w:w="30" w:type="dxa"/>
              <w:bottom w:w="30" w:type="dxa"/>
              <w:start w:w="70" w:type="dxa"/>
              <w:end w:w="70" w:type="dxa"/>
            </w:tcMar>
            <w:vAlign w:val="center"/>
          </w:tcPr>
          <w:p>
            <w:pPr>
              <w:spacing w:after="0" w:before="0"/>
            </w:pPr>
            <w:r/>
            <w:r>
              <w:rPr>
                <w:b w:val="0"/>
                <w:i w:val="0"/>
                <w:sz w:val="17"/>
              </w:rPr>
              <w:t>Generative AI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NET — Networking</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3T3125332</w:t>
            </w:r>
          </w:p>
        </w:tc>
        <w:tc>
          <w:tcPr>
            <w:tcW w:type="dxa" w:w="1681"/>
            <w:tcMar>
              <w:top w:w="30" w:type="dxa"/>
              <w:bottom w:w="30" w:type="dxa"/>
              <w:start w:w="70" w:type="dxa"/>
              <w:end w:w="70" w:type="dxa"/>
            </w:tcMar>
            <w:vAlign w:val="center"/>
          </w:tcPr>
          <w:p>
            <w:pPr>
              <w:spacing w:after="0" w:before="0"/>
            </w:pPr>
            <w:r/>
            <w:r>
              <w:rPr>
                <w:b w:val="0"/>
                <w:i w:val="0"/>
                <w:sz w:val="17"/>
              </w:rPr>
              <w:t>Network Administration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3T3125333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Network Security</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3T3125343</w:t>
            </w:r>
          </w:p>
        </w:tc>
        <w:tc>
          <w:tcPr>
            <w:tcW w:type="dxa" w:w="1681"/>
            <w:tcMar>
              <w:top w:w="30" w:type="dxa"/>
              <w:bottom w:w="30" w:type="dxa"/>
              <w:start w:w="70" w:type="dxa"/>
              <w:end w:w="70" w:type="dxa"/>
            </w:tcMar>
            <w:vAlign w:val="center"/>
          </w:tcPr>
          <w:p>
            <w:pPr>
              <w:spacing w:after="0" w:before="0"/>
            </w:pPr>
            <w:r/>
            <w:r>
              <w:rPr>
                <w:b w:val="0"/>
                <w:i w:val="0"/>
                <w:sz w:val="17"/>
              </w:rPr>
              <w:t>Cloud Computing</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3T3125344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Cryptography</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3T3125355</w:t>
            </w:r>
          </w:p>
        </w:tc>
        <w:tc>
          <w:tcPr>
            <w:tcW w:type="dxa" w:w="1681"/>
            <w:tcMar>
              <w:top w:w="30" w:type="dxa"/>
              <w:bottom w:w="30" w:type="dxa"/>
              <w:start w:w="70" w:type="dxa"/>
              <w:end w:w="70" w:type="dxa"/>
            </w:tcMar>
            <w:vAlign w:val="center"/>
          </w:tcPr>
          <w:p>
            <w:pPr>
              <w:spacing w:after="0" w:before="0"/>
            </w:pPr>
            <w:r/>
            <w:r>
              <w:rPr>
                <w:b w:val="0"/>
                <w:i w:val="0"/>
                <w:sz w:val="17"/>
              </w:rPr>
              <w:t>Distribution System</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SE — Software Engineering</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3T3125336</w:t>
            </w:r>
          </w:p>
        </w:tc>
        <w:tc>
          <w:tcPr>
            <w:tcW w:type="dxa" w:w="1681"/>
            <w:tcMar>
              <w:top w:w="30" w:type="dxa"/>
              <w:bottom w:w="30" w:type="dxa"/>
              <w:start w:w="70" w:type="dxa"/>
              <w:end w:w="70" w:type="dxa"/>
            </w:tcMar>
            <w:vAlign w:val="center"/>
          </w:tcPr>
          <w:p>
            <w:pPr>
              <w:spacing w:after="0" w:before="0"/>
            </w:pPr>
            <w:r/>
            <w:r>
              <w:rPr>
                <w:b w:val="0"/>
                <w:i w:val="0"/>
                <w:sz w:val="17"/>
              </w:rPr>
              <w:t>Pengujian Perangkat Lunak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FED-37</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3T3125337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AI Governance</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3T3125347</w:t>
            </w:r>
          </w:p>
        </w:tc>
        <w:tc>
          <w:tcPr>
            <w:tcW w:type="dxa" w:w="1681"/>
            <w:tcMar>
              <w:top w:w="30" w:type="dxa"/>
              <w:bottom w:w="30" w:type="dxa"/>
              <w:start w:w="70" w:type="dxa"/>
              <w:end w:w="70" w:type="dxa"/>
            </w:tcMar>
            <w:vAlign w:val="center"/>
          </w:tcPr>
          <w:p>
            <w:pPr>
              <w:spacing w:after="0" w:before="0"/>
            </w:pPr>
            <w:r/>
            <w:r>
              <w:rPr>
                <w:b w:val="0"/>
                <w:i w:val="0"/>
                <w:sz w:val="17"/>
              </w:rPr>
              <w:t>Mobile Programming</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3T3125348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Audit Sistem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3T3125357</w:t>
            </w:r>
          </w:p>
        </w:tc>
        <w:tc>
          <w:tcPr>
            <w:tcW w:type="dxa" w:w="1681"/>
            <w:tcMar>
              <w:top w:w="30" w:type="dxa"/>
              <w:bottom w:w="30" w:type="dxa"/>
              <w:start w:w="70" w:type="dxa"/>
              <w:end w:w="70" w:type="dxa"/>
            </w:tcMar>
            <w:vAlign w:val="center"/>
          </w:tcPr>
          <w:p>
            <w:pPr>
              <w:spacing w:after="0" w:before="0"/>
            </w:pPr>
            <w:r/>
            <w:r>
              <w:rPr>
                <w:b w:val="0"/>
                <w:i w:val="0"/>
                <w:sz w:val="17"/>
              </w:rPr>
              <w:t>Enterprise System</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S1 TEKNIK INFORMATIKA</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pacing w:before="100" w:after="60"/>
      </w:pPr>
      <w:r>
        <w:rPr>
          <w:color w:val="C9A15F"/>
          <w:sz w:val="22"/>
        </w:rPr>
        <w:t xml:space="preserve">▌ </w:t>
      </w:r>
      <w:r>
        <w:rPr>
          <w:b/>
          <w:color w:val="4B3F9E"/>
          <w:sz w:val="22"/>
        </w:rPr>
        <w:t>Non Konsentrasi</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Digital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sistem bilangan (biner, oktal, desimal, heksadesimal) dan melakukan konversi antar sistem bilangan.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aljabar Boolean dan hukum-hukumnya untuk menyederhanakan fungsi logika.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menganalisis rangkaian logika kombinasional (adder, decoder, encoder, multiplexer, demultiplexer) menggunakan gerbang logika dasar.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menggunakan Peta Karnaugh (K-Map) untuk menyederhanakan fungsi logika secara sistematis guna efisiensi rangkaian.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mengimplementasikan rangkaian logika sekuensial (flip-flop, register, counter) beserta analisis diagram pewaktuan (timing diagram).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Interaksi Manusia dan Komputer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2T3125302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Interaksi Manusia dan Komputer, ruang lingkup, dan tujuannya.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mengidentifikasi dan menganalisis kebutuhan pengguna berdasarkan studi lapangan.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antarmuka pengguna dengan memperhatikan prinsip desain usability.</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membuat prototipe interaktif antarmuka pengguna menggunakan tools desain digital.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kualitas antarmuka melalui metode usability testing dan menyusun laporannya.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Pengantar Ilmu Komputer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ilmu komputer dan cara kerja sistem komputer.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dan menggunakan internet.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keamanan komputer.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penggunaan perangkat keras komputer.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berkomunikasi dengan baik dan adaptif dalam menghadapi berbagai tantangan.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Teknologi Informasi Manajemen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3UIG25107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sejarah komputer, perangkat keras, perangkat lunak, serta jaringan (networking) pada sistem komputer.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menjelaskan sejarah internet serta menggunakan e-mail dan search engine.</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dan menguasai Microsoft Office Word untuk penyusunan dokumen.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dan menguasai Microsoft Office PowerPoint untuk pembuatan presentasi.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dan menguasai Microsoft Office Excel untuk pengolahan 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Logika dan Pemrograman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algoritma, menuliskannya dalam bentuk pseudocode, serta menggunakan tipe data dan variabel untuk menyelesaikan masalah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mengimplementasikan struktur kontrol percabangan dan pengulangan dalam program untuk menyelesaikan tugas pemrograman sederhana secara efektif.</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menggunakan struktur data dasar (list, tuple, dictionary, array, dan matriks) serta menerapkan modularitas melalui fungsi dan modul untuk memecahkan masalah pemrograman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menyusun dan mengimplementasikan algoritma sederhana untuk memecahkan masalah komputasi dengan metode iteratif dan rekursif.</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mengimplementasikan algoritma sortir dan pencarian dasar dalam program untuk meningkatkan efisiensi dan efektivitas penyelesaian masalah komputasi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Kalkulus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konsep dasar sistem bilangan, termasuk konversi bilangan basis, serta menerapkan konsep dasar sistem bilangan real.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sistem persamaan linier, teori himpunan, dan konsep dasar kardinalitas.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konsep dasar matriks, determinan matriks, dan pengoperasiannya.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konsep dasar relasi dan fungsi.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konsep dasar permutasi, kombinasi, dan faktorial.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Operasi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sistem operasi.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menjelaskan dan menganalisis manajemen proses dan thread.</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dan mengimplementasikan manajemen memori.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sistem file dan I/O.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memanfaatkan sistem operasi berbasis open source dalam lingkungan praktikum nyata.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Pemrograman Terstruktur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konsep dasar pemrograman Python.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definisi, tujuan, dan jenis tipe data, variabel, konstanta, serta operator pada Python.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membuat program menggunakan struktur keputusan dan menerapkan konsep perulangan.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membuat program yang dapat mengakses dan mengolah list, tuple, set, dan dictionary.</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prosedur dan fungsi dalam membuat program berbasis proyek.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Basisdata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dan memahami konsep dasar basis 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membuat aplikasi basis data menggunakan DBMS MS Access dan MySQL.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perintah dasar SQL, meliputi tipe data, perintah DML, serta manipulasi dan pengambilan data dengan perintah SELECT.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sistem administrasi basis data dan mengelola basis data MySQL dengan phpMyAdmin.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mengimplementasikan basis data pada program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Informasi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2T3125310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sistem, data, informasi, dan sistem informasi.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mengidentifikasi jenis (TPS, MIS, DSS, EIS) dan komponen sistem informasi dalam organisasi.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peran sistem informasi dalam mendukung proses bisnis dan pengambilan keputusan.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gambaran umum sistem informasi sederhana sesuai kebutuhan pengguna.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keamanan informasi dan manajemen risiko sistem informasi.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Metode Numerik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2T3125311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metode numerik secara umum, membedakan metode analitik dan numerik, memahami peran komputer, serta tahapan pemecahan persoalan secara numerik.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galat, meliputi konsep, cara mengukur, penyebab, perambatan, dan ketidakstabilan perhitungan akibat galat.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menyelesaikan persamaan nirlanjar dengan metode lelaran titik tetap dan metode Newton-Raphson.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menyelesaikan persamaan lanjar dengan metode eliminasi Gauss-Jordan, lelaran Jacobi, dan lelaran Gauss-Seidel.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proses penyelesaian sistem persamaan linier (SPL).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Algoritma dan Struktur data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struktur data dan algoritma, termasuk tipe data abstrak, array, linked list, stack, dan queue.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mengimplementasikan berbagai jenis struktur data (stack dan queue dengan array dan linked list, pohon, dan graf) dalam program.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efisiensi algoritma dalam struktur data, meliputi kompleksitas waktu dan ruang.</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solusi pemrograman dengan memilih struktur data yang sesuai dan efisien.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bekerja dalam tim dan menunjukkan sikap etis serta komunikasi efektif dalam menyelesaikan proyek.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Organisasi dan Arsitektur Komputer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sistem komputer dan organisasi perangkat keras.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mengklasifikasikan komponen utama komputer dan fungsi masing-masing.</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konsep aritmatika dan logika digital dalam analisis data komputer.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kerja sistem memori, prosesor, dan input/output.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menyajikan laporan dan hasil analisis sistem komputer secara sistematis.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Perangkat Keras Komputer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komponen internal dan eksternal komputer, fungsi, serta cara kerjanya sebagai satu sistem komputasi, termasuk sistem komputer Von Neumann.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menjelaskan bagaimana data dikodifikasi dan disimpan dalam memori komputer.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membaca dan menulis data eksternal dengan File I/O.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internet dan jaringan lokal, komunikasi data, konektivitas kabel dan nirkabel, serta enkripsi, dan mampu menghubungkan perangkat ke jaringan.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menentukan solusi potensial untuk permasalahan perangkat keras dan perangkat lunak.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Pemrograman Visual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3T3125315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konsep dasar pemrograman visual, mengenali lingkungan Visual Studio dengan VB .NET, serta membuat program sederhana menggunakan komponen antarmuka dasar.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mengimplementasikan variabel, kondisi, perulangan, array, prosedur, dan fungsi dalam VB .NET untuk menyusun kode yang modular dan efisien.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mengimplementasikan antarmuka pengguna yang interaktif dan user-friendly menggunakan komponen visual VB .NET sesuai kebutuhan pengguna.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mengimplementasikan aplikasi visual yang berinteraksi dengan pengguna dan mengelola data melalui integrasi dengan basis data sederhana.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bekerja dalam tim untuk merancang, mengimplementasikan, dan mempresentasikan aplikasi berbasis VB .NET, dengan keterampilan komunikasi, manajemen proyek, dan kolaborasi.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Pemrograman Web</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3T3125316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dasar-dasar pemrograman web (HTML, CSS, dan JavaScript).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membangun tampilan website menggunakan HTML dan CSS.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JavaScript untuk interaksi pada halaman web.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membuat aplikasi web dinamis menggunakan PHP dan MySQL.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proyek web sederhana secara tim dengan prinsip etika profesional.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Pengolahan Citra Digital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citra digital, representasi piksel, dan proses akuisisi citra.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teknik perbaikan kualitas citra (image enhancement) pada domain spasial dan frekuensi serta operasi transformasi citra (geometrik, histogram, filtering).</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teknik deteksi tepi dan segmentasi citra untuk memisahkan objek dari latar belakang.</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operasi morfologi citra dan ekstraksi fitur untuk mendukung analisis dan pengenalan objek.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mengimplementasikan algoritma pengolahan citra digital menggunakan bahasa pemrograman dan pustaka terkait dalam bentuk proyek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Jaringan Komputer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3T3125319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konsep dasar jaringan komputer.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menjelaskan model referensi jaringan (OSI dan TCP/IP) dan perangkat jaringan.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mengkonfigurasi jaringan lokal (LAN) sederhana menggunakan perangkat lunak dan perangkat keras.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permasalahan jaringan dan solusi pengelolaan lalu lintas data.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membangun topologi jaringan yang efisien dan aman.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Rekayasa Perangkat Lunak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3T3125322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konsep dasar dan proses rekayasa perangkat lunak.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tahapan requirement dan analisis sistem serta Software Development Life Cycle (SDLC).</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tahapan perancangan sistem, termasuk Database Management System (DBMS) dan bagan alir (flowchart).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paradigma pemrograman terstruktur dan pemrograman berorientasi objek.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manajemen proyek perangkat lunak, tahapan pengujian sistem, serta evaluasi dan pemeliharaan sistem.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Analisa Algoritma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algoritma serta menganalisis kompleksitas waktu dan ruang menggunakan notasi asimtotik (Big-O, Big-Omega, Big-Theta).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metode rekursif dan menyelesaikan relasi rekurensi untuk menganalisis kompleksitas algoritma.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menganalisis algoritma dengan strategi divide and conquer (misalnya merge sort, quick sort, binary search) dan greedy untuk masalah optimasi.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dan menganalisis algoritma dengan strategi dynamic programming dan backtracking.</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mengimplementasikan dan membandingkan efisiensi berbagai algoritma dalam bentuk program komputer untuk penyelesaian studi kasus.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Keamanan Komputer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2T3125324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konsep dasar keamanan komputer dan aspek pengaturan keamanan.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virus komputer beserta pencegahan dan perlindungan terhadapnya.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spyware.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keamanan komputer dan jaringan serta aspek keamanan dalam E-Business.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cara kerja hacking dan cracking.</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Inggris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kosa kata dasar dalam bahasa Inggris teknis.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menyusun kalimat dalam bentuk present tense, past tense, dan future tense.</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membaca dan memahami teks teknis sederhana dalam bahasa Inggris.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menulis deskripsi teknis sederhana dalam bahasa Inggris.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berkomunikasi lisan secara sederhana terkait konteks teknik.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Pengantar Bisnis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bisnis beserta ruang lingkup dan lingkungan bisnis yang mempengaruhi kegiatan usaha.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mengidentifikasi fungsi-fungsi manajemen (perencanaan, pengorganisasian, pengarahan, dan pengendalian) dalam organisasi bisnis.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studi kasus bisnis sederhana dengan mempertimbangkan faktor internal dan eksternal perusahaan.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menyusun rekomendasi strategi bisnis yang mencakup aspek pemasaran, operasi, dan keuangan berdasarkan hasil analisis.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prinsip etika bisnis dan pendekatan sistematis dalam pengambilan keputusan untuk menyelesaikan permasalahan bisnis.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Technopreneurship</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3UIG25106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technopreneurship serta karakteristik dan mindset wirausaha teknologi.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mengidentifikasi peluang usaha dan mengembangkan ide inovatif berbasis teknologi informasi.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model bisnis (business model canvas) dan rencana bisnis (business plan) yang mencakup aspek pemasaran, operasional, dan keuangan.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aspek pendanaan dan investasi dalam pengembangan usaha rintisan (startup) berbasis teknologi.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mempresentasikan prototipe produk/layanan beserta strategi bisnisnya dalam bentuk proyek startup.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Teknologi Informasi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3T3125340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mengambil keputusan melalui kerja sama, memiliki kepekaan sosial, dan menginternalisasi etika akademik secara bermutu.</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menguasai konsep melalui kontribusi dalam peningkatan mutu kehidupan dan memiliki rasa tanggung jawab secara mandiri.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dan menjelaskan konsep umum hukum internet (teknologi informasi dan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Pancasila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menguasai konsep dan urgensi pendidikan Pancasila.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menyajikan dan mendiskusikan konsep-konsep dasar dan urgensi Pancasila dalam kegiatan presentasi dan diskusi secara bertanggung jawab.</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menunjukkan sikap positif terhadap nilai-nilai Pancasila.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mengkaji isu-isu kebangsaan dan mengusulkan solusi berdasarkan nilai-nilai Pancasila.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proyek/aksi sosial yang merepresentasikan implementasi nilai-nilai Pancasila.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Karakter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2T3125342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tujuan, dan nilai-nilai dasar pendidikan karakter dalam kehidupan pribadi, akademik, dan bermasyarakat.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permasalahan sosial dan etika berdasarkan nilai-nilai karakter, moral, dan tanggung jawab.</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sikap disiplin, integritas, kerja sama, kepemimpinan, dan toleransi dalam aktivitas akademik maupun kehidupan sehari-hari.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menunjukkan perilaku yang berkarakter, bertanggung jawab, dan beretika sebagai warga negara dan calon profesional.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Kewarganegaraan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urgensi, serta perkembangan Pendidikan Pancasila dalam kehidupan berbangsa dan bernegara.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Pancasila sebagai dasar negara, ideologi negara, sistem filsafat, sistem etika, dan landasan pengembangan ilmu pengetahuan.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nilai-nilai Pancasila (ketuhanan, kemanusiaan, persatuan, kerakyatan, dan keadilan sosial) dalam kehidupan akademik, bermasyarakat, dan profesional.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menyajikan dan mendiskusikan gagasan atau kajian tentang Pendidikan Pancasila secara kritis, komunikatif, dan bertanggung jawab melalui presentasi maupun diskusi ilmiah.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Software Project Management</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3T3125351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prinsip dasar manajemen proyek perangkat lunak.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mengidentifikasi ruang lingkup, waktu, dan biaya dalam proyek perangkat lunak.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teknik estimasi, penjadwalan, dan pengelolaan risiko proyek perangkat lunak.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menggunakan alat bantu dan dokumentasi dalam manajemen proyek perangkat lunak.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menunjukkan kemampuan bekerja sama, komunikasi, dan tanggung jawab dalam kegiatan proyek perangkat lunak.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Indonesia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fungsi dan kedudukan Bahasa Indonesia sebagai bahasa ilmiah.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mengidentifikasi struktur dan kaidah kebahasaan dalam penulisan ilmiah.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paragraf efektif dan sistematika tulisan ilmiah.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menulis karya ilmiah sederhana sesuai kaidah penulisan akademik.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mempresentasikan karya tulisnya secara efektif menggunakan media digital.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Agama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dan mengenal Tuhan.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menjelaskan konsep manusia dalam Islam.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keimanan dan ketakwaan.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menjelaskan Al-Qur'an dan Hadits sebagai sumber ajaran Islam.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Tata Kelola Teknologi Informasi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3T3125352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prinsip, dan tujuan tata kelola teknologi informasi dalam mendukung pencapaian tujuan organisasi.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keselarasan antara strategi bisnis dan strategi teknologi informasi menggunakan kerangka tata kelola TI.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pengelolaan risiko, sumber daya, dan kinerja teknologi informasi berdasarkan standar atau kerangka kerja yang relevan.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menyusun rekomendasi penerapan tata kelola TI untuk meningkatkan efektivitas, efisiensi, keamanan, dan kualitas layanan TI dalam organisasi.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Visualisasi Data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3T3125353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dan prinsip visualisasi data serta perannya dalam analisis dan pengambilan keputusan.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melakukan eksplorasi dan preprocessing data untuk kebutuhan visualisasi.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memilih dan menerapkan jenis grafik/chart yang sesuai dengan karakteristik data dan tujuan penyajian.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membuat visualisasi data menggunakan bahasa pemrograman dan pustaka visualisasi (misalnya Python/R dengan Matplotlib, Seaborn, atau sejenisnya).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dashboard interaktif dan menerapkan data storytelling untuk mengkomunikasikan hasil analisis secara efektif kepada audiens.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DB — Digital Business</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Trend dan Strategi Bisnis Digital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3T3125338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transformasi digital serta trend teknologi terkini yang mempengaruhi lanskap bisnis.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dan merancang model bisnis digital (business model canvas) untuk produk atau layanan berbasis teknologi.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strategi digital marketing dan menganalisis platform e-commerce untuk pengembangan bisnis dan penjualan digital.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memanfaatkan data dan analitik bisnis (business analytics) sebagai dasar pengambilan keputusan strategis.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mempresentasikan strategi bisnis digital yang inovatif untuk sebuah studi kasus perusahaan atau startup.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IS — Intellingent System</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Information Retrieval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3T3125335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sistem temu kembali informasi serta arsitektur umum information retrieval system.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melakukan preprocessing teks (tokenisasi, stemming, stopword removal) dan membangun indeks dokumen (inverted index).</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menerapkan model temu kembali informasi seperti Boolean model, vector space model, dan probabilistic model.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menghitung pembobotan term (term weighting) menggunakan metode TF-IDF dan mengukur kemiripan dokumen (similarity measure).</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melakukan evaluasi kinerja sistem temu kembali informasi menggunakan metrik precision, recall, dan F-measure.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NET — Networking</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Network Administration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3T3125332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administrasi jaringan serta arsitektur sistem operasi jaringan (server dan client).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menginstal dan mengkonfigurasi sistem operasi jaringan beserta layanan dasar (DHCP dan DNS Server).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mengkonfigurasi dan mengelola layanan jaringan seperti FTP Server, Web Server, dan Mail Server.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konsep keamanan jaringan dasar meliputi firewall, hak akses, dan kebijakan pengguna pada server.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melakukan monitoring, backup, dan pemulihan (recovery) sistem jaringan.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SE — Software Engineering</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Pengujian Perangkat Lunak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3T3125336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tujuan, dan prinsip pengujian perangkat lunak dalam siklus pengembangan perangkat lunak (SDLC).</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test case menggunakan teknik pengujian black-box (equivalence partitioning, boundary value analysis, decision table) dan white-box (basis path testing, control flow graph).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melakukan pengujian unit, integrasi, dan sistem terhadap perangkat lunak yang dikembangkan.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menggunakan tools/framework pengujian perangkat lunak (misalnya Selenium, JUnit, atau tools sejenis) untuk mendukung proses pengujian otomatis.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dokumentasi hasil pengujian dan melaporkan defect/bug secara sistematis.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