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900000" cy="900000"/>
            <wp:docPr id="1" name="Picture 1"/>
            <wp:cNvGraphicFramePr>
              <a:graphicFrameLocks noChangeAspect="1"/>
            </wp:cNvGraphicFramePr>
            <a:graphic>
              <a:graphicData uri="http://schemas.openxmlformats.org/drawingml/2006/picture">
                <pic:pic>
                  <pic:nvPicPr>
                    <pic:cNvPr id="0" name="logo-unisan.png"/>
                    <pic:cNvPicPr/>
                  </pic:nvPicPr>
                  <pic:blipFill>
                    <a:blip r:embed="rId9"/>
                    <a:stretch>
                      <a:fillRect/>
                    </a:stretch>
                  </pic:blipFill>
                  <pic:spPr>
                    <a:xfrm>
                      <a:off x="0" y="0"/>
                      <a:ext cx="900000" cy="900000"/>
                    </a:xfrm>
                    <a:prstGeom prst="rect"/>
                  </pic:spPr>
                </pic:pic>
              </a:graphicData>
            </a:graphic>
          </wp:inline>
        </w:drawing>
      </w:r>
    </w:p>
    <w:p>
      <w:pPr>
        <w:spacing w:after="20"/>
        <w:jc w:val="center"/>
      </w:pPr>
      <w:r>
        <w:rPr>
          <w:b/>
          <w:i w:val="0"/>
          <w:color w:val="4B3F9E"/>
          <w:sz w:val="30"/>
        </w:rPr>
        <w:t>LAMPIRAN PEDOMAN PENYELENGGARAAN</w:t>
      </w:r>
    </w:p>
    <w:p>
      <w:pPr>
        <w:spacing w:after="280"/>
        <w:jc w:val="center"/>
      </w:pPr>
      <w:r>
        <w:rPr>
          <w:b/>
          <w:i w:val="0"/>
          <w:color w:val="4B3F9E"/>
          <w:sz w:val="30"/>
        </w:rPr>
        <w:t>REKOGNISI PEMBELAJARAN LAMPAU (RPL)</w:t>
      </w:r>
    </w:p>
    <w:p>
      <w:pPr>
        <w:spacing w:after="400"/>
        <w:jc w:val="center"/>
      </w:pPr>
      <w:r>
        <w:rPr>
          <w:b/>
          <w:i w:val="0"/>
          <w:color w:val="6D5DD3"/>
          <w:sz w:val="26"/>
        </w:rPr>
        <w:t>BUKU 2: DESKRIPSI PRODI DAN FORMULIR EVALUASI DIRI</w:t>
      </w:r>
    </w:p>
    <w:p>
      <w:pPr>
        <w:spacing w:after="120"/>
        <w:jc w:val="center"/>
      </w:pPr>
      <w:r>
        <w:rPr>
          <w:b/>
          <w:i w:val="0"/>
          <w:sz w:val="28"/>
        </w:rPr>
        <w:t>PROGRAM STUDI S2 ILMU HUKUM</w:t>
      </w:r>
    </w:p>
    <w:p>
      <w:pPr>
        <w:spacing w:after="680"/>
        <w:jc w:val="center"/>
      </w:pPr>
      <w:r>
        <w:rPr>
          <w:b/>
          <w:i w:val="0"/>
          <w:color w:val="6D5DD3"/>
          <w:sz w:val="24"/>
        </w:rPr>
        <w:t>PERIODE 2026/2027 GANJIL</w:t>
      </w:r>
    </w:p>
    <w:p>
      <w:pPr>
        <w:spacing w:after="20"/>
        <w:jc w:val="center"/>
      </w:pPr>
      <w:r>
        <w:rPr>
          <w:b/>
          <w:i w:val="0"/>
          <w:color w:val="4B3F9E"/>
          <w:sz w:val="26"/>
        </w:rPr>
        <w:t>UNIVERSITAS ICHSAN GORONTALO</w:t>
      </w:r>
    </w:p>
    <w:p>
      <w:pPr>
        <w:spacing w:after="100"/>
        <w:jc w:val="center"/>
      </w:pPr>
      <w:r>
        <w:rPr>
          <w:b/>
          <w:i w:val="0"/>
          <w:sz w:val="24"/>
        </w:rPr>
        <w:t>2026</w:t>
      </w:r>
    </w:p>
    <w:p>
      <w:r>
        <w:br w:type="page"/>
      </w:r>
    </w:p>
    <w:p>
      <w:pPr>
        <w:spacing w:after="280"/>
        <w:jc w:val="center"/>
      </w:pPr>
      <w:r>
        <w:rPr>
          <w:b/>
          <w:i w:val="0"/>
          <w:color w:val="4B3F9E"/>
          <w:sz w:val="26"/>
        </w:rPr>
        <w:t>DAFTAR ISI</w:t>
      </w:r>
    </w:p>
    <w:p>
      <w:pPr>
        <w:tabs>
          <w:tab w:pos="9241" w:val="right" w:leader="dot"/>
        </w:tabs>
        <w:spacing w:after="80"/>
        <w:ind w:left="0"/>
      </w:pPr>
      <w:r>
        <w:rPr>
          <w:b/>
          <w:sz w:val="21"/>
        </w:rPr>
        <w:t>Bab I. Deskripsi Program Studi</w:t>
        <w:tab/>
        <w:t>1</w:t>
      </w:r>
    </w:p>
    <w:p>
      <w:pPr>
        <w:tabs>
          <w:tab w:pos="8901" w:val="right" w:leader="dot"/>
        </w:tabs>
        <w:spacing w:after="80"/>
        <w:ind w:left="340"/>
      </w:pPr>
      <w:r>
        <w:rPr>
          <w:b w:val="0"/>
          <w:sz w:val="21"/>
        </w:rPr>
        <w:t>A. Profil Lulusan</w:t>
        <w:tab/>
        <w:t>1</w:t>
      </w:r>
    </w:p>
    <w:p>
      <w:pPr>
        <w:tabs>
          <w:tab w:pos="8901" w:val="right" w:leader="dot"/>
        </w:tabs>
        <w:spacing w:after="80"/>
        <w:ind w:left="340"/>
      </w:pPr>
      <w:r>
        <w:rPr>
          <w:b w:val="0"/>
          <w:sz w:val="21"/>
        </w:rPr>
        <w:t>B. Capaian Pembelajaran Lulusan</w:t>
        <w:tab/>
        <w:t>1</w:t>
      </w:r>
    </w:p>
    <w:p>
      <w:pPr>
        <w:tabs>
          <w:tab w:pos="8901" w:val="right" w:leader="dot"/>
        </w:tabs>
        <w:spacing w:after="80"/>
        <w:ind w:left="340"/>
      </w:pPr>
      <w:r>
        <w:rPr>
          <w:b w:val="0"/>
          <w:sz w:val="21"/>
        </w:rPr>
        <w:t>C. Daftar Mata Kuliah Program Studi</w:t>
        <w:tab/>
        <w:t>2</w:t>
      </w:r>
    </w:p>
    <w:p>
      <w:pPr>
        <w:tabs>
          <w:tab w:pos="9241" w:val="right" w:leader="dot"/>
        </w:tabs>
        <w:spacing w:after="80"/>
        <w:ind w:left="0"/>
      </w:pPr>
      <w:r>
        <w:rPr>
          <w:b/>
          <w:sz w:val="21"/>
        </w:rPr>
        <w:t>Bab II. Formulir Evaluasi Diri</w:t>
        <w:tab/>
        <w:t>3</w:t>
      </w:r>
    </w:p>
    <w:p>
      <w:pPr>
        <w:tabs>
          <w:tab w:pos="9241" w:val="right" w:leader="dot"/>
        </w:tabs>
        <w:spacing w:after="80"/>
        <w:ind w:left="0"/>
      </w:pPr>
      <w:r>
        <w:rPr>
          <w:b/>
          <w:sz w:val="21"/>
        </w:rPr>
        <w:t>Daftar Lampiran Buku 1</w:t>
        <w:tab/>
        <w:t>7</w:t>
      </w:r>
    </w:p>
    <w:p>
      <w:pPr>
        <w:spacing w:after="80"/>
      </w:pPr>
      <w:r>
        <w:rPr>
          <w:sz w:val="21"/>
        </w:rPr>
        <w:t>Lampiran 1: Formulir Aplikasi</w:t>
      </w:r>
    </w:p>
    <w:p>
      <w:pPr>
        <w:spacing w:after="80"/>
      </w:pPr>
      <w:r>
        <w:rPr>
          <w:sz w:val="21"/>
        </w:rPr>
        <w:t>Lampiran 2: Formulir Daftar Riwayat Hidup</w:t>
      </w:r>
    </w:p>
    <w:p>
      <w:r>
        <w:br w:type="page"/>
      </w:r>
    </w:p>
    <w:tbl>
      <w:tblPr>
        <w:tblW w:type="auto" w:w="0"/>
        <w:jc w:val="center"/>
        <w:tblLook w:firstColumn="1" w:firstRow="1" w:lastColumn="0" w:lastRow="0" w:noHBand="0" w:noVBand="1" w:val="04A0"/>
        <w:tblLayout w:type="fixed"/>
        <w:tblW w:w="9355" w:type="dxa"/>
      </w:tblPr>
      <w:tblGrid>
        <w:gridCol w:w="9355"/>
      </w:tblGrid>
      <w:tr>
        <w:tc>
          <w:tcPr>
            <w:tcW w:type="dxa" w:w="9354"/>
            <w:shd w:val="clear" w:color="auto" w:fill="4B3F9E"/>
            <w:tcMar>
              <w:top w:w="80" w:type="dxa"/>
              <w:bottom w:w="80" w:type="dxa"/>
              <w:start w:w="70" w:type="dxa"/>
              <w:end w:w="70" w:type="dxa"/>
            </w:tcMar>
            <w:vAlign w:val="center"/>
          </w:tcPr>
          <w:p>
            <w:pPr>
              <w:spacing w:after="0" w:before="0"/>
              <w:jc w:val="center"/>
            </w:pPr>
            <w:r/>
            <w:r>
              <w:rPr>
                <w:b/>
                <w:i w:val="0"/>
                <w:color w:val="FFFFFF"/>
                <w:sz w:val="24"/>
              </w:rPr>
              <w:t>BAB I — DESKRIPSI PROGRAM STUDI</w:t>
            </w:r>
          </w:p>
        </w:tc>
      </w:tr>
    </w:tbl>
    <w:p>
      <w:pPr>
        <w:spacing w:after="40"/>
      </w:pPr>
    </w:p>
    <w:p>
      <w:pPr>
        <w:spacing w:after="100"/>
        <w:jc w:val="both"/>
      </w:pPr>
      <w:r>
        <w:rPr>
          <w:b w:val="0"/>
          <w:i w:val="0"/>
          <w:sz w:val="20"/>
        </w:rPr>
        <w:t>Program Studi Magister Hukum Pascasarjana Universitas Ichsan Gorontalo merupakan jenjang pendidikan Strata Dua (S-2) yang berkomitmen untuk mencetak lulusan berkualifikasi Magister Hukum yang unggul, berintegritas, serta berdaya saing tinggi. Sejak Tahun 2021 Program studi Magister Hukum menyelenggarakan pendidikan keilmuan hukum tingkat lanjut yang memadukan kedalaman teori, penalaran hukum kritis, serta analisis praktis terhadap dinamika hukum nasional maupun global.</w:t>
      </w:r>
    </w:p>
    <w:p>
      <w:pPr>
        <w:spacing w:before="100" w:after="60"/>
      </w:pPr>
      <w:r>
        <w:rPr>
          <w:color w:val="C9A15F"/>
          <w:sz w:val="22"/>
        </w:rPr>
        <w:t xml:space="preserve">▌ </w:t>
      </w:r>
      <w:r>
        <w:rPr>
          <w:b/>
          <w:color w:val="4B3F9E"/>
          <w:sz w:val="22"/>
        </w:rPr>
        <w:t>Konsentrasi HTN — Hukum Tata Negara</w:t>
      </w:r>
    </w:p>
    <w:p>
      <w:pPr>
        <w:spacing w:after="100"/>
        <w:jc w:val="both"/>
      </w:pPr>
      <w:r>
        <w:rPr>
          <w:b w:val="0"/>
          <w:i w:val="0"/>
          <w:sz w:val="19"/>
        </w:rPr>
        <w:t>-</w:t>
      </w:r>
    </w:p>
    <w:p>
      <w:pPr>
        <w:spacing w:before="100" w:after="60"/>
      </w:pPr>
      <w:r>
        <w:rPr>
          <w:color w:val="C9A15F"/>
          <w:sz w:val="22"/>
        </w:rPr>
        <w:t xml:space="preserve">▌ </w:t>
      </w:r>
      <w:r>
        <w:rPr>
          <w:b/>
          <w:color w:val="4B3F9E"/>
          <w:sz w:val="22"/>
        </w:rPr>
        <w:t>Konsentrasi PDN — Pidana</w:t>
      </w:r>
    </w:p>
    <w:p>
      <w:pPr>
        <w:spacing w:after="100"/>
        <w:jc w:val="both"/>
      </w:pPr>
      <w:r>
        <w:rPr>
          <w:b w:val="0"/>
          <w:i w:val="0"/>
          <w:sz w:val="19"/>
        </w:rPr>
        <w:t>-</w:t>
      </w:r>
    </w:p>
    <w:p>
      <w:pPr>
        <w:spacing w:before="100" w:after="60"/>
      </w:pPr>
      <w:r>
        <w:rPr>
          <w:color w:val="C9A15F"/>
          <w:sz w:val="22"/>
        </w:rPr>
        <w:t xml:space="preserve">▌ </w:t>
      </w:r>
      <w:r>
        <w:rPr>
          <w:b/>
          <w:color w:val="4B3F9E"/>
          <w:sz w:val="22"/>
        </w:rPr>
        <w:t>Konsentrasi PDT — Perdata</w:t>
      </w:r>
    </w:p>
    <w:p>
      <w:pPr>
        <w:spacing w:after="100"/>
        <w:jc w:val="both"/>
      </w:pPr>
      <w:r>
        <w:rPr>
          <w:b w:val="0"/>
          <w:i w:val="0"/>
          <w:sz w:val="19"/>
        </w:rPr>
        <w:t>-</w:t>
      </w:r>
    </w:p>
    <w:p>
      <w:pPr>
        <w:spacing w:before="100" w:after="60"/>
      </w:pPr>
      <w:r>
        <w:rPr>
          <w:color w:val="C9A15F"/>
          <w:sz w:val="22"/>
        </w:rPr>
        <w:t xml:space="preserve">▌ </w:t>
      </w:r>
      <w:r>
        <w:rPr>
          <w:b/>
          <w:color w:val="4B3F9E"/>
          <w:sz w:val="22"/>
        </w:rPr>
        <w:t>Profil Lulusan</w:t>
      </w:r>
    </w:p>
    <w:p>
      <w:pPr>
        <w:spacing w:after="40"/>
        <w:ind w:left="227"/>
      </w:pPr>
      <w:r>
        <w:rPr>
          <w:b/>
          <w:color w:val="4B3F9E"/>
          <w:sz w:val="19"/>
        </w:rPr>
        <w:t xml:space="preserve">• Akademisi &amp; Ilmuwan Hukum: </w:t>
      </w:r>
      <w:r>
        <w:rPr>
          <w:sz w:val="19"/>
        </w:rPr>
        <w:t>Mengembangkan dan mendiseminasikan ilmu hukum melalui penelitian dan publikasi ilmiah, serta berperan sebagai dosen/peneliti hukum.</w:t>
      </w:r>
    </w:p>
    <w:p>
      <w:pPr>
        <w:spacing w:after="40"/>
        <w:ind w:left="227"/>
      </w:pPr>
      <w:r>
        <w:rPr>
          <w:b/>
          <w:color w:val="4B3F9E"/>
          <w:sz w:val="19"/>
        </w:rPr>
        <w:t xml:space="preserve">• Praktisi Hukum Ahli: </w:t>
      </w:r>
      <w:r>
        <w:rPr>
          <w:sz w:val="19"/>
        </w:rPr>
        <w:t>Advokat, konsultan hukum senior, hakim, atau jaksa yang menguasai penalaran hukum tingkat lanjut dan penyelesaian perkara kompleks.</w:t>
      </w:r>
    </w:p>
    <w:p>
      <w:pPr>
        <w:spacing w:after="40"/>
        <w:ind w:left="227"/>
      </w:pPr>
      <w:r>
        <w:rPr>
          <w:b/>
          <w:color w:val="4B3F9E"/>
          <w:sz w:val="19"/>
        </w:rPr>
        <w:t xml:space="preserve">• Perancang Peraturan &amp; Analis Kebijakan: </w:t>
      </w:r>
      <w:r>
        <w:rPr>
          <w:sz w:val="19"/>
        </w:rPr>
        <w:t>Menyusun naskah akademik dan peraturan perundang-undangan serta menganalisis kebijakan publik pada instansi pemerintah/legislatif.</w:t>
      </w:r>
    </w:p>
    <w:p>
      <w:pPr>
        <w:spacing w:after="40"/>
        <w:ind w:left="227"/>
      </w:pPr>
      <w:r>
        <w:rPr>
          <w:b/>
          <w:color w:val="4B3F9E"/>
          <w:sz w:val="19"/>
        </w:rPr>
        <w:t xml:space="preserve">• Konsultan/Ahli Hukum Korporasi &amp; Pemerintahan: </w:t>
      </w:r>
      <w:r>
        <w:rPr>
          <w:sz w:val="19"/>
        </w:rPr>
        <w:t>Memberikan pendapat hukum (legal opinion), memastikan kepatuhan, dan mengelola risiko hukum pada korporasi/lembaga.</w:t>
      </w:r>
    </w:p>
    <w:p>
      <w:pPr>
        <w:spacing w:after="40"/>
        <w:ind w:left="227"/>
      </w:pPr>
      <w:r>
        <w:rPr>
          <w:b/>
          <w:color w:val="4B3F9E"/>
          <w:sz w:val="19"/>
        </w:rPr>
        <w:t xml:space="preserve">• Legal-Technopreneur: </w:t>
      </w:r>
      <w:r>
        <w:rPr>
          <w:sz w:val="19"/>
        </w:rPr>
        <w:t>Merintis dan mengembangkan layanan hukum berbasis teknologi (legal-tech) secara beretika, inovatif, dan berdampak.</w:t>
      </w:r>
    </w:p>
    <w:p>
      <w:pPr>
        <w:spacing w:before="100" w:after="60"/>
      </w:pPr>
      <w:r>
        <w:rPr>
          <w:color w:val="C9A15F"/>
          <w:sz w:val="22"/>
        </w:rPr>
        <w:t xml:space="preserve">▌ </w:t>
      </w:r>
      <w:r>
        <w:rPr>
          <w:b/>
          <w:color w:val="4B3F9E"/>
          <w:sz w:val="22"/>
        </w:rPr>
        <w:t>Capaian Pembelajaran Lulusan</w:t>
      </w:r>
    </w:p>
    <w:p>
      <w:pPr>
        <w:spacing w:after="40"/>
        <w:ind w:left="227"/>
      </w:pPr>
      <w:r>
        <w:rPr>
          <w:sz w:val="19"/>
        </w:rPr>
        <w:t>CPL-1: Menunjukkan sikap religius, berintegritas, menjunjung Pancasila, supremasi hukum, dan HAM, serta menaati etika profesi hukum secara mandiri dan bertanggung jawab.</w:t>
      </w:r>
    </w:p>
    <w:p>
      <w:pPr>
        <w:spacing w:after="40"/>
        <w:ind w:left="227"/>
      </w:pPr>
      <w:r>
        <w:rPr>
          <w:sz w:val="19"/>
        </w:rPr>
        <w:t>CPL-2: Menguasai teori, filsafat, dan perkembangan mutakhir ilmu hukum secara mendalam sebagai landasan pengembangan keilmuan.</w:t>
      </w:r>
    </w:p>
    <w:p>
      <w:pPr>
        <w:spacing w:after="40"/>
        <w:ind w:left="227"/>
      </w:pPr>
      <w:r>
        <w:rPr>
          <w:sz w:val="19"/>
        </w:rPr>
        <w:t>CPL-3: Mampu menganalisis dan memecahkan masalah hukum yang kompleks secara inter/multidisiplin sesuai konsentrasi (Hukum Pidana, Hukum Tata Negara, atau Hukum Perdata).</w:t>
      </w:r>
    </w:p>
    <w:p>
      <w:pPr>
        <w:spacing w:after="40"/>
        <w:ind w:left="227"/>
      </w:pPr>
      <w:r>
        <w:rPr>
          <w:sz w:val="19"/>
        </w:rPr>
        <w:t>CPL-4: Mampu merencanakan dan melaksanakan penelitian hukum yang teruji secara ilmiah serta mendiseminasikan hasilnya pada jurnal terakreditasi/internasional (tesis dan publikasi).</w:t>
      </w:r>
    </w:p>
    <w:p>
      <w:pPr>
        <w:spacing w:after="40"/>
        <w:ind w:left="227"/>
      </w:pPr>
      <w:r>
        <w:rPr>
          <w:sz w:val="19"/>
        </w:rPr>
        <w:t>CPL-5: Mampu menyusun argumentasi dan dokumen hukum tingkat lanjut: naskah akademik, legal opinion, dan rancangan peraturan perundang-undangan.</w:t>
      </w:r>
    </w:p>
    <w:p>
      <w:pPr>
        <w:spacing w:after="40"/>
        <w:ind w:left="227"/>
      </w:pPr>
      <w:r>
        <w:rPr>
          <w:sz w:val="19"/>
        </w:rPr>
        <w:t>CPL-6: Mampu mengembangkan pemikiran hukum progresif dan kebijakan berbasis riset untuk pembangunan dan pembaruan hukum.</w:t>
      </w:r>
    </w:p>
    <w:p>
      <w:pPr>
        <w:spacing w:after="40"/>
        <w:ind w:left="227"/>
      </w:pPr>
      <w:r>
        <w:rPr>
          <w:sz w:val="19"/>
        </w:rPr>
        <w:t>CPL-7: Mampu menegakkan etika, keadilan, HAM, dan tata kelola dalam praktik dan pengembangan hukum.</w:t>
      </w:r>
    </w:p>
    <w:p>
      <w:pPr>
        <w:spacing w:after="40"/>
        <w:ind w:left="227"/>
      </w:pPr>
      <w:r>
        <w:rPr>
          <w:sz w:val="19"/>
        </w:rPr>
        <w:t>CPL-8: Menginternalisasi nilai ICHSA-N (Integrity, Creativity, Harmony, Service, Adaptability, Nationalism) dan mengembangkan layanan hukum berbasis technopreneurship yang beretika, adaptif, dan berdampak bagi masyarakat dan bangsa.</w:t>
      </w:r>
    </w:p>
    <w:p>
      <w:pPr>
        <w:spacing w:before="100" w:after="60"/>
      </w:pPr>
      <w:r>
        <w:rPr>
          <w:color w:val="C9A15F"/>
          <w:sz w:val="22"/>
        </w:rPr>
        <w:t xml:space="preserve">▌ </w:t>
      </w:r>
      <w:r>
        <w:rPr>
          <w:b/>
          <w:color w:val="4B3F9E"/>
          <w:sz w:val="22"/>
        </w:rPr>
        <w:t>Daftar Mata Kuliah Program Studi</w:t>
      </w:r>
    </w:p>
    <w:p>
      <w:pPr>
        <w:spacing w:after="100"/>
        <w:jc w:val="both"/>
      </w:pPr>
      <w:r>
        <w:rPr>
          <w:b w:val="0"/>
          <w:i w:val="0"/>
          <w:sz w:val="19"/>
        </w:rPr>
        <w:t>Daftar Mata Kuliah Program Studi berikut memuat seluruh mata kuliah yang telah didata Program Studi untuk RPL. Calon mahasiswa yang mendaftar melalui jalur Rekognisi Pembelajaran Lampau hanya dapat mengajukan rekognisi atas mata kuliah yang diberi tanda keterangan RPL “Ya”; mata kuliah dengan keterangan “Tidak” harus ditempuh melalui perkuliahan di Program Studi.</w:t>
      </w:r>
    </w:p>
    <w:p>
      <w:pPr>
        <w:spacing w:before="100" w:after="60"/>
      </w:pPr>
      <w:r>
        <w:rPr>
          <w:color w:val="C9A15F"/>
          <w:sz w:val="22"/>
        </w:rPr>
        <w:t xml:space="preserve">▌ </w:t>
      </w:r>
      <w:r>
        <w:rPr>
          <w:b/>
          <w:color w:val="4B3F9E"/>
          <w:sz w:val="22"/>
        </w:rPr>
        <w:t>Non Konsentrasi</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9355" w:type="dxa"/>
      </w:tblPr>
      <w:tblGrid>
        <w:gridCol w:w="793"/>
        <w:gridCol w:w="1701"/>
        <w:gridCol w:w="3515"/>
        <w:gridCol w:w="793"/>
        <w:gridCol w:w="907"/>
        <w:gridCol w:w="1644"/>
      </w:tblGrid>
      <w:tr>
        <w:tc>
          <w:tcPr>
            <w:tcW w:type="dxa" w:w="1681"/>
            <w:shd w:val="clear" w:color="auto" w:fill="4B3F9E"/>
            <w:tcMar>
              <w:top w:w="40" w:type="dxa"/>
              <w:bottom w:w="40" w:type="dxa"/>
              <w:start w:w="70" w:type="dxa"/>
              <w:end w:w="70" w:type="dxa"/>
            </w:tcMar>
            <w:vAlign w:val="center"/>
          </w:tcPr>
          <w:p>
            <w:pPr>
              <w:spacing w:after="0" w:before="0"/>
              <w:jc w:val="center"/>
            </w:pPr>
            <w:r/>
            <w:r>
              <w:rPr>
                <w:b/>
                <w:i w:val="0"/>
                <w:color w:val="FFFFFF"/>
                <w:sz w:val="17"/>
              </w:rPr>
              <w:t>NO.</w:t>
            </w:r>
          </w:p>
        </w:tc>
        <w:tc>
          <w:tcPr>
            <w:tcW w:type="dxa" w:w="1681"/>
            <w:shd w:val="clear" w:color="auto" w:fill="4B3F9E"/>
            <w:tcMar>
              <w:top w:w="40" w:type="dxa"/>
              <w:bottom w:w="40" w:type="dxa"/>
              <w:start w:w="70" w:type="dxa"/>
              <w:end w:w="70" w:type="dxa"/>
            </w:tcMar>
            <w:vAlign w:val="center"/>
          </w:tcPr>
          <w:p>
            <w:pPr>
              <w:spacing w:after="0" w:before="0"/>
              <w:jc w:val="center"/>
            </w:pPr>
            <w:r/>
            <w:r>
              <w:rPr>
                <w:b/>
                <w:i w:val="0"/>
                <w:color w:val="FFFFFF"/>
                <w:sz w:val="17"/>
              </w:rPr>
              <w:t>KODE MK</w:t>
            </w:r>
          </w:p>
        </w:tc>
        <w:tc>
          <w:tcPr>
            <w:tcW w:type="dxa" w:w="1681"/>
            <w:shd w:val="clear" w:color="auto" w:fill="4B3F9E"/>
            <w:tcMar>
              <w:top w:w="40" w:type="dxa"/>
              <w:bottom w:w="40" w:type="dxa"/>
              <w:start w:w="70" w:type="dxa"/>
              <w:end w:w="70" w:type="dxa"/>
            </w:tcMar>
            <w:vAlign w:val="center"/>
          </w:tcPr>
          <w:p>
            <w:pPr>
              <w:spacing w:after="0" w:before="0"/>
              <w:jc w:val="center"/>
            </w:pPr>
            <w:r/>
            <w:r>
              <w:rPr>
                <w:b/>
                <w:i w:val="0"/>
                <w:color w:val="FFFFFF"/>
                <w:sz w:val="17"/>
              </w:rPr>
              <w:t>NAMA MATA KULIAH</w:t>
            </w:r>
          </w:p>
        </w:tc>
        <w:tc>
          <w:tcPr>
            <w:tcW w:type="dxa" w:w="1681"/>
            <w:shd w:val="clear" w:color="auto" w:fill="4B3F9E"/>
            <w:tcMar>
              <w:top w:w="40" w:type="dxa"/>
              <w:bottom w:w="40" w:type="dxa"/>
              <w:start w:w="70" w:type="dxa"/>
              <w:end w:w="70" w:type="dxa"/>
            </w:tcMar>
            <w:vAlign w:val="center"/>
          </w:tcPr>
          <w:p>
            <w:pPr>
              <w:spacing w:after="0" w:before="0"/>
              <w:jc w:val="center"/>
            </w:pPr>
            <w:r/>
            <w:r>
              <w:rPr>
                <w:b/>
                <w:i w:val="0"/>
                <w:color w:val="FFFFFF"/>
                <w:sz w:val="17"/>
              </w:rPr>
              <w:t>SKS</w:t>
            </w:r>
          </w:p>
        </w:tc>
        <w:tc>
          <w:tcPr>
            <w:tcW w:type="dxa" w:w="1681"/>
            <w:shd w:val="clear" w:color="auto" w:fill="4B3F9E"/>
            <w:tcMar>
              <w:top w:w="40" w:type="dxa"/>
              <w:bottom w:w="40" w:type="dxa"/>
              <w:start w:w="70" w:type="dxa"/>
              <w:end w:w="70" w:type="dxa"/>
            </w:tcMar>
            <w:vAlign w:val="center"/>
          </w:tcPr>
          <w:p>
            <w:pPr>
              <w:spacing w:after="0" w:before="0"/>
              <w:jc w:val="center"/>
            </w:pPr>
            <w:r/>
            <w:r>
              <w:rPr>
                <w:b/>
                <w:i w:val="0"/>
                <w:color w:val="FFFFFF"/>
                <w:sz w:val="17"/>
              </w:rPr>
              <w:t>RPL</w:t>
            </w:r>
          </w:p>
        </w:tc>
        <w:tc>
          <w:tcPr>
            <w:tcW w:type="dxa" w:w="1681"/>
            <w:shd w:val="clear" w:color="auto" w:fill="4B3F9E"/>
            <w:tcMar>
              <w:top w:w="40" w:type="dxa"/>
              <w:bottom w:w="40" w:type="dxa"/>
              <w:start w:w="70" w:type="dxa"/>
              <w:end w:w="70" w:type="dxa"/>
            </w:tcMar>
            <w:vAlign w:val="center"/>
          </w:tcPr>
          <w:p>
            <w:pPr>
              <w:spacing w:after="0" w:before="0"/>
              <w:jc w:val="center"/>
            </w:pPr>
            <w:r/>
            <w:r>
              <w:rPr>
                <w:b/>
                <w:i w:val="0"/>
                <w:color w:val="FFFFFF"/>
                <w:sz w:val="17"/>
              </w:rPr>
              <w:t>FORMULIR (FED)</w:t>
            </w:r>
          </w:p>
        </w:tc>
      </w:tr>
      <w:tr>
        <w:tc>
          <w:tcPr>
            <w:tcW w:type="dxa" w:w="1681"/>
            <w:tcMar>
              <w:top w:w="30" w:type="dxa"/>
              <w:bottom w:w="30" w:type="dxa"/>
              <w:start w:w="70" w:type="dxa"/>
              <w:end w:w="70" w:type="dxa"/>
            </w:tcMar>
            <w:vAlign w:val="center"/>
          </w:tcPr>
          <w:p>
            <w:pPr>
              <w:spacing w:after="0" w:before="0"/>
              <w:jc w:val="center"/>
            </w:pPr>
            <w:r/>
            <w:r>
              <w:rPr>
                <w:b w:val="0"/>
                <w:i w:val="0"/>
                <w:sz w:val="17"/>
              </w:rPr>
              <w:t>1</w:t>
            </w:r>
          </w:p>
        </w:tc>
        <w:tc>
          <w:tcPr>
            <w:tcW w:type="dxa" w:w="1681"/>
            <w:tcMar>
              <w:top w:w="30" w:type="dxa"/>
              <w:bottom w:w="30" w:type="dxa"/>
              <w:start w:w="70" w:type="dxa"/>
              <w:end w:w="70" w:type="dxa"/>
            </w:tcMar>
            <w:vAlign w:val="center"/>
          </w:tcPr>
          <w:p>
            <w:pPr>
              <w:spacing w:after="0" w:before="0"/>
              <w:jc w:val="center"/>
            </w:pPr>
            <w:r/>
            <w:r>
              <w:rPr>
                <w:b w:val="0"/>
                <w:i w:val="0"/>
                <w:sz w:val="17"/>
              </w:rPr>
              <w:t>3HS225201</w:t>
            </w:r>
          </w:p>
        </w:tc>
        <w:tc>
          <w:tcPr>
            <w:tcW w:type="dxa" w:w="1681"/>
            <w:tcMar>
              <w:top w:w="30" w:type="dxa"/>
              <w:bottom w:w="30" w:type="dxa"/>
              <w:start w:w="70" w:type="dxa"/>
              <w:end w:w="70" w:type="dxa"/>
            </w:tcMar>
            <w:vAlign w:val="center"/>
          </w:tcPr>
          <w:p>
            <w:pPr>
              <w:spacing w:after="0" w:before="0"/>
            </w:pPr>
            <w:r/>
            <w:r>
              <w:rPr>
                <w:b w:val="0"/>
                <w:i w:val="0"/>
                <w:sz w:val="17"/>
              </w:rPr>
              <w:t>Teori dan Filsafat Hukum</w:t>
            </w:r>
          </w:p>
        </w:tc>
        <w:tc>
          <w:tcPr>
            <w:tcW w:type="dxa" w:w="1681"/>
            <w:tcMar>
              <w:top w:w="30" w:type="dxa"/>
              <w:bottom w:w="30" w:type="dxa"/>
              <w:start w:w="70" w:type="dxa"/>
              <w:end w:w="70" w:type="dxa"/>
            </w:tcMar>
            <w:vAlign w:val="center"/>
          </w:tcPr>
          <w:p>
            <w:pPr>
              <w:spacing w:after="0" w:before="0"/>
              <w:jc w:val="center"/>
            </w:pPr>
            <w:r/>
            <w:r>
              <w:rPr>
                <w:b w:val="0"/>
                <w:i w:val="0"/>
                <w:sz w:val="17"/>
              </w:rPr>
              <w:t>3</w:t>
            </w:r>
          </w:p>
        </w:tc>
        <w:tc>
          <w:tcPr>
            <w:tcW w:type="dxa" w:w="1681"/>
            <w:tcMar>
              <w:top w:w="30" w:type="dxa"/>
              <w:bottom w:w="30" w:type="dxa"/>
              <w:start w:w="70" w:type="dxa"/>
              <w:end w:w="70" w:type="dxa"/>
            </w:tcMar>
            <w:vAlign w:val="center"/>
          </w:tcPr>
          <w:p>
            <w:pPr>
              <w:spacing w:after="0" w:before="0"/>
              <w:jc w:val="center"/>
            </w:pPr>
            <w:r/>
            <w:r>
              <w:rPr>
                <w:b w:val="0"/>
                <w:i w:val="0"/>
                <w:sz w:val="17"/>
              </w:rPr>
              <w:t>Ya</w:t>
            </w:r>
          </w:p>
        </w:tc>
        <w:tc>
          <w:tcPr>
            <w:tcW w:type="dxa" w:w="1681"/>
            <w:tcMar>
              <w:top w:w="30" w:type="dxa"/>
              <w:bottom w:w="30" w:type="dxa"/>
              <w:start w:w="70" w:type="dxa"/>
              <w:end w:w="70" w:type="dxa"/>
            </w:tcMar>
            <w:vAlign w:val="center"/>
          </w:tcPr>
          <w:p>
            <w:pPr>
              <w:spacing w:after="0" w:before="0"/>
              <w:jc w:val="center"/>
            </w:pPr>
            <w:r/>
            <w:r>
              <w:rPr>
                <w:b w:val="0"/>
                <w:i w:val="0"/>
                <w:sz w:val="17"/>
              </w:rPr>
              <w:t>FED-01</w:t>
            </w:r>
          </w:p>
        </w:tc>
      </w:tr>
      <w:tr>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2</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3HS225202</w:t>
            </w:r>
          </w:p>
        </w:tc>
        <w:tc>
          <w:tcPr>
            <w:tcW w:type="dxa" w:w="1681"/>
            <w:shd w:val="clear" w:color="auto" w:fill="F6F5FC"/>
            <w:tcMar>
              <w:top w:w="30" w:type="dxa"/>
              <w:bottom w:w="30" w:type="dxa"/>
              <w:start w:w="70" w:type="dxa"/>
              <w:end w:w="70" w:type="dxa"/>
            </w:tcMar>
            <w:vAlign w:val="center"/>
          </w:tcPr>
          <w:p>
            <w:pPr>
              <w:spacing w:after="0" w:before="0"/>
            </w:pPr>
            <w:r/>
            <w:r>
              <w:rPr>
                <w:b w:val="0"/>
                <w:i w:val="0"/>
                <w:sz w:val="17"/>
              </w:rPr>
              <w:t>Sosiologi Hukum</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Ya</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FED-02</w:t>
            </w:r>
          </w:p>
        </w:tc>
      </w:tr>
      <w:tr>
        <w:tc>
          <w:tcPr>
            <w:tcW w:type="dxa" w:w="1681"/>
            <w:tcMar>
              <w:top w:w="30" w:type="dxa"/>
              <w:bottom w:w="30" w:type="dxa"/>
              <w:start w:w="70" w:type="dxa"/>
              <w:end w:w="70" w:type="dxa"/>
            </w:tcMar>
            <w:vAlign w:val="center"/>
          </w:tcPr>
          <w:p>
            <w:pPr>
              <w:spacing w:after="0" w:before="0"/>
              <w:jc w:val="center"/>
            </w:pPr>
            <w:r/>
            <w:r>
              <w:rPr>
                <w:b w:val="0"/>
                <w:i w:val="0"/>
                <w:sz w:val="17"/>
              </w:rPr>
              <w:t>3</w:t>
            </w:r>
          </w:p>
        </w:tc>
        <w:tc>
          <w:tcPr>
            <w:tcW w:type="dxa" w:w="1681"/>
            <w:tcMar>
              <w:top w:w="30" w:type="dxa"/>
              <w:bottom w:w="30" w:type="dxa"/>
              <w:start w:w="70" w:type="dxa"/>
              <w:end w:w="70" w:type="dxa"/>
            </w:tcMar>
            <w:vAlign w:val="center"/>
          </w:tcPr>
          <w:p>
            <w:pPr>
              <w:spacing w:after="0" w:before="0"/>
              <w:jc w:val="center"/>
            </w:pPr>
            <w:r/>
            <w:r>
              <w:rPr>
                <w:b w:val="0"/>
                <w:i w:val="0"/>
                <w:sz w:val="17"/>
              </w:rPr>
              <w:t>3HS225203</w:t>
            </w:r>
          </w:p>
        </w:tc>
        <w:tc>
          <w:tcPr>
            <w:tcW w:type="dxa" w:w="1681"/>
            <w:tcMar>
              <w:top w:w="30" w:type="dxa"/>
              <w:bottom w:w="30" w:type="dxa"/>
              <w:start w:w="70" w:type="dxa"/>
              <w:end w:w="70" w:type="dxa"/>
            </w:tcMar>
            <w:vAlign w:val="center"/>
          </w:tcPr>
          <w:p>
            <w:pPr>
              <w:spacing w:after="0" w:before="0"/>
            </w:pPr>
            <w:r/>
            <w:r>
              <w:rPr>
                <w:b w:val="0"/>
                <w:i w:val="0"/>
                <w:sz w:val="17"/>
              </w:rPr>
              <w:t>Hukum Dan Hak Asasi Manusia</w:t>
            </w:r>
          </w:p>
        </w:tc>
        <w:tc>
          <w:tcPr>
            <w:tcW w:type="dxa" w:w="1681"/>
            <w:tcMar>
              <w:top w:w="30" w:type="dxa"/>
              <w:bottom w:w="30" w:type="dxa"/>
              <w:start w:w="70" w:type="dxa"/>
              <w:end w:w="70" w:type="dxa"/>
            </w:tcMar>
            <w:vAlign w:val="center"/>
          </w:tcPr>
          <w:p>
            <w:pPr>
              <w:spacing w:after="0" w:before="0"/>
              <w:jc w:val="center"/>
            </w:pPr>
            <w:r/>
            <w:r>
              <w:rPr>
                <w:b w:val="0"/>
                <w:i w:val="0"/>
                <w:sz w:val="17"/>
              </w:rPr>
              <w:t>3</w:t>
            </w:r>
          </w:p>
        </w:tc>
        <w:tc>
          <w:tcPr>
            <w:tcW w:type="dxa" w:w="1681"/>
            <w:tcMar>
              <w:top w:w="30" w:type="dxa"/>
              <w:bottom w:w="30" w:type="dxa"/>
              <w:start w:w="70" w:type="dxa"/>
              <w:end w:w="70" w:type="dxa"/>
            </w:tcMar>
            <w:vAlign w:val="center"/>
          </w:tcPr>
          <w:p>
            <w:pPr>
              <w:spacing w:after="0" w:before="0"/>
              <w:jc w:val="center"/>
            </w:pPr>
            <w:r/>
            <w:r>
              <w:rPr>
                <w:b w:val="0"/>
                <w:i w:val="0"/>
                <w:sz w:val="17"/>
              </w:rPr>
              <w:t>Ya</w:t>
            </w:r>
          </w:p>
        </w:tc>
        <w:tc>
          <w:tcPr>
            <w:tcW w:type="dxa" w:w="1681"/>
            <w:tcMar>
              <w:top w:w="30" w:type="dxa"/>
              <w:bottom w:w="30" w:type="dxa"/>
              <w:start w:w="70" w:type="dxa"/>
              <w:end w:w="70" w:type="dxa"/>
            </w:tcMar>
            <w:vAlign w:val="center"/>
          </w:tcPr>
          <w:p>
            <w:pPr>
              <w:spacing w:after="0" w:before="0"/>
              <w:jc w:val="center"/>
            </w:pPr>
            <w:r/>
            <w:r>
              <w:rPr>
                <w:b w:val="0"/>
                <w:i w:val="0"/>
                <w:sz w:val="17"/>
              </w:rPr>
              <w:t>FED-03</w:t>
            </w:r>
          </w:p>
        </w:tc>
      </w:tr>
      <w:tr>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4</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3HS225204</w:t>
            </w:r>
          </w:p>
        </w:tc>
        <w:tc>
          <w:tcPr>
            <w:tcW w:type="dxa" w:w="1681"/>
            <w:shd w:val="clear" w:color="auto" w:fill="F6F5FC"/>
            <w:tcMar>
              <w:top w:w="30" w:type="dxa"/>
              <w:bottom w:w="30" w:type="dxa"/>
              <w:start w:w="70" w:type="dxa"/>
              <w:end w:w="70" w:type="dxa"/>
            </w:tcMar>
            <w:vAlign w:val="center"/>
          </w:tcPr>
          <w:p>
            <w:pPr>
              <w:spacing w:after="0" w:before="0"/>
            </w:pPr>
            <w:r/>
            <w:r>
              <w:rPr>
                <w:b w:val="0"/>
                <w:i w:val="0"/>
                <w:sz w:val="17"/>
              </w:rPr>
              <w:t>Politik Hukum</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Ya</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FED-04</w:t>
            </w:r>
          </w:p>
        </w:tc>
      </w:tr>
      <w:tr>
        <w:tc>
          <w:tcPr>
            <w:tcW w:type="dxa" w:w="1681"/>
            <w:tcMar>
              <w:top w:w="30" w:type="dxa"/>
              <w:bottom w:w="30" w:type="dxa"/>
              <w:start w:w="70" w:type="dxa"/>
              <w:end w:w="70" w:type="dxa"/>
            </w:tcMar>
            <w:vAlign w:val="center"/>
          </w:tcPr>
          <w:p>
            <w:pPr>
              <w:spacing w:after="0" w:before="0"/>
              <w:jc w:val="center"/>
            </w:pPr>
            <w:r/>
            <w:r>
              <w:rPr>
                <w:b w:val="0"/>
                <w:i w:val="0"/>
                <w:sz w:val="17"/>
              </w:rPr>
              <w:t>5</w:t>
            </w:r>
          </w:p>
        </w:tc>
        <w:tc>
          <w:tcPr>
            <w:tcW w:type="dxa" w:w="1681"/>
            <w:tcMar>
              <w:top w:w="30" w:type="dxa"/>
              <w:bottom w:w="30" w:type="dxa"/>
              <w:start w:w="70" w:type="dxa"/>
              <w:end w:w="70" w:type="dxa"/>
            </w:tcMar>
            <w:vAlign w:val="center"/>
          </w:tcPr>
          <w:p>
            <w:pPr>
              <w:spacing w:after="0" w:before="0"/>
              <w:jc w:val="center"/>
            </w:pPr>
            <w:r/>
            <w:r>
              <w:rPr>
                <w:b w:val="0"/>
                <w:i w:val="0"/>
                <w:sz w:val="17"/>
              </w:rPr>
              <w:t>3HS225205</w:t>
            </w:r>
          </w:p>
        </w:tc>
        <w:tc>
          <w:tcPr>
            <w:tcW w:type="dxa" w:w="1681"/>
            <w:tcMar>
              <w:top w:w="30" w:type="dxa"/>
              <w:bottom w:w="30" w:type="dxa"/>
              <w:start w:w="70" w:type="dxa"/>
              <w:end w:w="70" w:type="dxa"/>
            </w:tcMar>
            <w:vAlign w:val="center"/>
          </w:tcPr>
          <w:p>
            <w:pPr>
              <w:spacing w:after="0" w:before="0"/>
            </w:pPr>
            <w:r/>
            <w:r>
              <w:rPr>
                <w:b w:val="0"/>
                <w:i w:val="0"/>
                <w:sz w:val="17"/>
              </w:rPr>
              <w:t>Metode Penelitian dan penulisan hukum</w:t>
            </w:r>
          </w:p>
        </w:tc>
        <w:tc>
          <w:tcPr>
            <w:tcW w:type="dxa" w:w="1681"/>
            <w:tcMar>
              <w:top w:w="30" w:type="dxa"/>
              <w:bottom w:w="30" w:type="dxa"/>
              <w:start w:w="70" w:type="dxa"/>
              <w:end w:w="70" w:type="dxa"/>
            </w:tcMar>
            <w:vAlign w:val="center"/>
          </w:tcPr>
          <w:p>
            <w:pPr>
              <w:spacing w:after="0" w:before="0"/>
              <w:jc w:val="center"/>
            </w:pPr>
            <w:r/>
            <w:r>
              <w:rPr>
                <w:b w:val="0"/>
                <w:i w:val="0"/>
                <w:sz w:val="17"/>
              </w:rPr>
              <w:t>3</w:t>
            </w:r>
          </w:p>
        </w:tc>
        <w:tc>
          <w:tcPr>
            <w:tcW w:type="dxa" w:w="1681"/>
            <w:tcMar>
              <w:top w:w="30" w:type="dxa"/>
              <w:bottom w:w="30" w:type="dxa"/>
              <w:start w:w="70" w:type="dxa"/>
              <w:end w:w="70" w:type="dxa"/>
            </w:tcMar>
            <w:vAlign w:val="center"/>
          </w:tcPr>
          <w:p>
            <w:pPr>
              <w:spacing w:after="0" w:before="0"/>
              <w:jc w:val="center"/>
            </w:pPr>
            <w:r/>
            <w:r>
              <w:rPr>
                <w:b w:val="0"/>
                <w:i w:val="0"/>
                <w:sz w:val="17"/>
              </w:rPr>
              <w:t>Tidak</w:t>
            </w:r>
          </w:p>
        </w:tc>
        <w:tc>
          <w:tcPr>
            <w:tcW w:type="dxa" w:w="1681"/>
            <w:tcMar>
              <w:top w:w="30" w:type="dxa"/>
              <w:bottom w:w="30" w:type="dxa"/>
              <w:start w:w="70" w:type="dxa"/>
              <w:end w:w="70" w:type="dxa"/>
            </w:tcMar>
            <w:vAlign w:val="center"/>
          </w:tcPr>
          <w:p>
            <w:pPr>
              <w:spacing w:after="0" w:before="0"/>
              <w:jc w:val="center"/>
            </w:pPr>
            <w:r/>
            <w:r>
              <w:rPr>
                <w:b w:val="0"/>
                <w:i w:val="0"/>
                <w:sz w:val="17"/>
              </w:rPr>
              <w:t>-</w:t>
            </w:r>
          </w:p>
        </w:tc>
      </w:tr>
      <w:tr>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6</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3HS225206</w:t>
            </w:r>
          </w:p>
        </w:tc>
        <w:tc>
          <w:tcPr>
            <w:tcW w:type="dxa" w:w="1681"/>
            <w:shd w:val="clear" w:color="auto" w:fill="F6F5FC"/>
            <w:tcMar>
              <w:top w:w="30" w:type="dxa"/>
              <w:bottom w:w="30" w:type="dxa"/>
              <w:start w:w="70" w:type="dxa"/>
              <w:end w:w="70" w:type="dxa"/>
            </w:tcMar>
            <w:vAlign w:val="center"/>
          </w:tcPr>
          <w:p>
            <w:pPr>
              <w:spacing w:after="0" w:before="0"/>
            </w:pPr>
            <w:r/>
            <w:r>
              <w:rPr>
                <w:b w:val="0"/>
                <w:i w:val="0"/>
                <w:sz w:val="17"/>
              </w:rPr>
              <w:t>Perbandingan Sistem Hukum</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Ya</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FED-05</w:t>
            </w:r>
          </w:p>
        </w:tc>
      </w:tr>
      <w:tr>
        <w:tc>
          <w:tcPr>
            <w:tcW w:type="dxa" w:w="1681"/>
            <w:tcMar>
              <w:top w:w="30" w:type="dxa"/>
              <w:bottom w:w="30" w:type="dxa"/>
              <w:start w:w="70" w:type="dxa"/>
              <w:end w:w="70" w:type="dxa"/>
            </w:tcMar>
            <w:vAlign w:val="center"/>
          </w:tcPr>
          <w:p>
            <w:pPr>
              <w:spacing w:after="0" w:before="0"/>
              <w:jc w:val="center"/>
            </w:pPr>
            <w:r/>
            <w:r>
              <w:rPr>
                <w:b w:val="0"/>
                <w:i w:val="0"/>
                <w:sz w:val="17"/>
              </w:rPr>
              <w:t>7</w:t>
            </w:r>
          </w:p>
        </w:tc>
        <w:tc>
          <w:tcPr>
            <w:tcW w:type="dxa" w:w="1681"/>
            <w:tcMar>
              <w:top w:w="30" w:type="dxa"/>
              <w:bottom w:w="30" w:type="dxa"/>
              <w:start w:w="70" w:type="dxa"/>
              <w:end w:w="70" w:type="dxa"/>
            </w:tcMar>
            <w:vAlign w:val="center"/>
          </w:tcPr>
          <w:p>
            <w:pPr>
              <w:spacing w:after="0" w:before="0"/>
              <w:jc w:val="center"/>
            </w:pPr>
            <w:r/>
            <w:r>
              <w:rPr>
                <w:b w:val="0"/>
                <w:i w:val="0"/>
                <w:sz w:val="17"/>
              </w:rPr>
              <w:t>3HS225207</w:t>
            </w:r>
          </w:p>
        </w:tc>
        <w:tc>
          <w:tcPr>
            <w:tcW w:type="dxa" w:w="1681"/>
            <w:tcMar>
              <w:top w:w="30" w:type="dxa"/>
              <w:bottom w:w="30" w:type="dxa"/>
              <w:start w:w="70" w:type="dxa"/>
              <w:end w:w="70" w:type="dxa"/>
            </w:tcMar>
            <w:vAlign w:val="center"/>
          </w:tcPr>
          <w:p>
            <w:pPr>
              <w:spacing w:after="0" w:before="0"/>
            </w:pPr>
            <w:r/>
            <w:r>
              <w:rPr>
                <w:b w:val="0"/>
                <w:i w:val="0"/>
                <w:sz w:val="17"/>
              </w:rPr>
              <w:t>Hukum dan Etika Profesi</w:t>
            </w:r>
          </w:p>
        </w:tc>
        <w:tc>
          <w:tcPr>
            <w:tcW w:type="dxa" w:w="1681"/>
            <w:tcMar>
              <w:top w:w="30" w:type="dxa"/>
              <w:bottom w:w="30" w:type="dxa"/>
              <w:start w:w="70" w:type="dxa"/>
              <w:end w:w="70" w:type="dxa"/>
            </w:tcMar>
            <w:vAlign w:val="center"/>
          </w:tcPr>
          <w:p>
            <w:pPr>
              <w:spacing w:after="0" w:before="0"/>
              <w:jc w:val="center"/>
            </w:pPr>
            <w:r/>
            <w:r>
              <w:rPr>
                <w:b w:val="0"/>
                <w:i w:val="0"/>
                <w:sz w:val="17"/>
              </w:rPr>
              <w:t>3</w:t>
            </w:r>
          </w:p>
        </w:tc>
        <w:tc>
          <w:tcPr>
            <w:tcW w:type="dxa" w:w="1681"/>
            <w:tcMar>
              <w:top w:w="30" w:type="dxa"/>
              <w:bottom w:w="30" w:type="dxa"/>
              <w:start w:w="70" w:type="dxa"/>
              <w:end w:w="70" w:type="dxa"/>
            </w:tcMar>
            <w:vAlign w:val="center"/>
          </w:tcPr>
          <w:p>
            <w:pPr>
              <w:spacing w:after="0" w:before="0"/>
              <w:jc w:val="center"/>
            </w:pPr>
            <w:r/>
            <w:r>
              <w:rPr>
                <w:b w:val="0"/>
                <w:i w:val="0"/>
                <w:sz w:val="17"/>
              </w:rPr>
              <w:t>Ya</w:t>
            </w:r>
          </w:p>
        </w:tc>
        <w:tc>
          <w:tcPr>
            <w:tcW w:type="dxa" w:w="1681"/>
            <w:tcMar>
              <w:top w:w="30" w:type="dxa"/>
              <w:bottom w:w="30" w:type="dxa"/>
              <w:start w:w="70" w:type="dxa"/>
              <w:end w:w="70" w:type="dxa"/>
            </w:tcMar>
            <w:vAlign w:val="center"/>
          </w:tcPr>
          <w:p>
            <w:pPr>
              <w:spacing w:after="0" w:before="0"/>
              <w:jc w:val="center"/>
            </w:pPr>
            <w:r/>
            <w:r>
              <w:rPr>
                <w:b w:val="0"/>
                <w:i w:val="0"/>
                <w:sz w:val="17"/>
              </w:rPr>
              <w:t>FED-06</w:t>
            </w:r>
          </w:p>
        </w:tc>
      </w:tr>
      <w:tr>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8</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3HS225208</w:t>
            </w:r>
          </w:p>
        </w:tc>
        <w:tc>
          <w:tcPr>
            <w:tcW w:type="dxa" w:w="1681"/>
            <w:shd w:val="clear" w:color="auto" w:fill="F6F5FC"/>
            <w:tcMar>
              <w:top w:w="30" w:type="dxa"/>
              <w:bottom w:w="30" w:type="dxa"/>
              <w:start w:w="70" w:type="dxa"/>
              <w:end w:w="70" w:type="dxa"/>
            </w:tcMar>
            <w:vAlign w:val="center"/>
          </w:tcPr>
          <w:p>
            <w:pPr>
              <w:spacing w:after="0" w:before="0"/>
            </w:pPr>
            <w:r/>
            <w:r>
              <w:rPr>
                <w:b w:val="0"/>
                <w:i w:val="0"/>
                <w:sz w:val="17"/>
              </w:rPr>
              <w:t>Tindak Pidana Korupsi dan Korporasi</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Ya</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FED-07</w:t>
            </w:r>
          </w:p>
        </w:tc>
      </w:tr>
      <w:tr>
        <w:tc>
          <w:tcPr>
            <w:tcW w:type="dxa" w:w="1681"/>
            <w:tcMar>
              <w:top w:w="30" w:type="dxa"/>
              <w:bottom w:w="30" w:type="dxa"/>
              <w:start w:w="70" w:type="dxa"/>
              <w:end w:w="70" w:type="dxa"/>
            </w:tcMar>
            <w:vAlign w:val="center"/>
          </w:tcPr>
          <w:p>
            <w:pPr>
              <w:spacing w:after="0" w:before="0"/>
              <w:jc w:val="center"/>
            </w:pPr>
            <w:r/>
            <w:r>
              <w:rPr>
                <w:b w:val="0"/>
                <w:i w:val="0"/>
                <w:sz w:val="17"/>
              </w:rPr>
              <w:t>9</w:t>
            </w:r>
          </w:p>
        </w:tc>
        <w:tc>
          <w:tcPr>
            <w:tcW w:type="dxa" w:w="1681"/>
            <w:tcMar>
              <w:top w:w="30" w:type="dxa"/>
              <w:bottom w:w="30" w:type="dxa"/>
              <w:start w:w="70" w:type="dxa"/>
              <w:end w:w="70" w:type="dxa"/>
            </w:tcMar>
            <w:vAlign w:val="center"/>
          </w:tcPr>
          <w:p>
            <w:pPr>
              <w:spacing w:after="0" w:before="0"/>
              <w:jc w:val="center"/>
            </w:pPr>
            <w:r/>
            <w:r>
              <w:rPr>
                <w:b w:val="0"/>
                <w:i w:val="0"/>
                <w:sz w:val="17"/>
              </w:rPr>
              <w:t>3HS225315</w:t>
            </w:r>
          </w:p>
        </w:tc>
        <w:tc>
          <w:tcPr>
            <w:tcW w:type="dxa" w:w="1681"/>
            <w:tcMar>
              <w:top w:w="30" w:type="dxa"/>
              <w:bottom w:w="30" w:type="dxa"/>
              <w:start w:w="70" w:type="dxa"/>
              <w:end w:w="70" w:type="dxa"/>
            </w:tcMar>
            <w:vAlign w:val="center"/>
          </w:tcPr>
          <w:p>
            <w:pPr>
              <w:spacing w:after="0" w:before="0"/>
            </w:pPr>
            <w:r/>
            <w:r>
              <w:rPr>
                <w:b w:val="0"/>
                <w:i w:val="0"/>
                <w:sz w:val="17"/>
              </w:rPr>
              <w:t>Publikasi Artikel</w:t>
            </w:r>
          </w:p>
        </w:tc>
        <w:tc>
          <w:tcPr>
            <w:tcW w:type="dxa" w:w="1681"/>
            <w:tcMar>
              <w:top w:w="30" w:type="dxa"/>
              <w:bottom w:w="30" w:type="dxa"/>
              <w:start w:w="70" w:type="dxa"/>
              <w:end w:w="70" w:type="dxa"/>
            </w:tcMar>
            <w:vAlign w:val="center"/>
          </w:tcPr>
          <w:p>
            <w:pPr>
              <w:spacing w:after="0" w:before="0"/>
              <w:jc w:val="center"/>
            </w:pPr>
            <w:r/>
            <w:r>
              <w:rPr>
                <w:b w:val="0"/>
                <w:i w:val="0"/>
                <w:sz w:val="17"/>
              </w:rPr>
              <w:t>3</w:t>
            </w:r>
          </w:p>
        </w:tc>
        <w:tc>
          <w:tcPr>
            <w:tcW w:type="dxa" w:w="1681"/>
            <w:tcMar>
              <w:top w:w="30" w:type="dxa"/>
              <w:bottom w:w="30" w:type="dxa"/>
              <w:start w:w="70" w:type="dxa"/>
              <w:end w:w="70" w:type="dxa"/>
            </w:tcMar>
            <w:vAlign w:val="center"/>
          </w:tcPr>
          <w:p>
            <w:pPr>
              <w:spacing w:after="0" w:before="0"/>
              <w:jc w:val="center"/>
            </w:pPr>
            <w:r/>
            <w:r>
              <w:rPr>
                <w:b w:val="0"/>
                <w:i w:val="0"/>
                <w:sz w:val="17"/>
              </w:rPr>
              <w:t>Tidak</w:t>
            </w:r>
          </w:p>
        </w:tc>
        <w:tc>
          <w:tcPr>
            <w:tcW w:type="dxa" w:w="1681"/>
            <w:tcMar>
              <w:top w:w="30" w:type="dxa"/>
              <w:bottom w:w="30" w:type="dxa"/>
              <w:start w:w="70" w:type="dxa"/>
              <w:end w:w="70" w:type="dxa"/>
            </w:tcMar>
            <w:vAlign w:val="center"/>
          </w:tcPr>
          <w:p>
            <w:pPr>
              <w:spacing w:after="0" w:before="0"/>
              <w:jc w:val="center"/>
            </w:pPr>
            <w:r/>
            <w:r>
              <w:rPr>
                <w:b w:val="0"/>
                <w:i w:val="0"/>
                <w:sz w:val="17"/>
              </w:rPr>
              <w:t>-</w:t>
            </w:r>
          </w:p>
        </w:tc>
      </w:tr>
      <w:tr>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10</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3HS225316</w:t>
            </w:r>
          </w:p>
        </w:tc>
        <w:tc>
          <w:tcPr>
            <w:tcW w:type="dxa" w:w="1681"/>
            <w:shd w:val="clear" w:color="auto" w:fill="F6F5FC"/>
            <w:tcMar>
              <w:top w:w="30" w:type="dxa"/>
              <w:bottom w:w="30" w:type="dxa"/>
              <w:start w:w="70" w:type="dxa"/>
              <w:end w:w="70" w:type="dxa"/>
            </w:tcMar>
            <w:vAlign w:val="center"/>
          </w:tcPr>
          <w:p>
            <w:pPr>
              <w:spacing w:after="0" w:before="0"/>
            </w:pPr>
            <w:r/>
            <w:r>
              <w:rPr>
                <w:b w:val="0"/>
                <w:i w:val="0"/>
                <w:sz w:val="17"/>
              </w:rPr>
              <w:t>Proposal Tesis</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Tidak</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w:t>
            </w:r>
          </w:p>
        </w:tc>
      </w:tr>
      <w:tr>
        <w:tc>
          <w:tcPr>
            <w:tcW w:type="dxa" w:w="1681"/>
            <w:tcMar>
              <w:top w:w="30" w:type="dxa"/>
              <w:bottom w:w="30" w:type="dxa"/>
              <w:start w:w="70" w:type="dxa"/>
              <w:end w:w="70" w:type="dxa"/>
            </w:tcMar>
            <w:vAlign w:val="center"/>
          </w:tcPr>
          <w:p>
            <w:pPr>
              <w:spacing w:after="0" w:before="0"/>
              <w:jc w:val="center"/>
            </w:pPr>
            <w:r/>
            <w:r>
              <w:rPr>
                <w:b w:val="0"/>
                <w:i w:val="0"/>
                <w:sz w:val="17"/>
              </w:rPr>
              <w:t>11</w:t>
            </w:r>
          </w:p>
        </w:tc>
        <w:tc>
          <w:tcPr>
            <w:tcW w:type="dxa" w:w="1681"/>
            <w:tcMar>
              <w:top w:w="30" w:type="dxa"/>
              <w:bottom w:w="30" w:type="dxa"/>
              <w:start w:w="70" w:type="dxa"/>
              <w:end w:w="70" w:type="dxa"/>
            </w:tcMar>
            <w:vAlign w:val="center"/>
          </w:tcPr>
          <w:p>
            <w:pPr>
              <w:spacing w:after="0" w:before="0"/>
              <w:jc w:val="center"/>
            </w:pPr>
            <w:r/>
            <w:r>
              <w:rPr>
                <w:b w:val="0"/>
                <w:i w:val="0"/>
                <w:sz w:val="17"/>
              </w:rPr>
              <w:t>4HS225317</w:t>
            </w:r>
          </w:p>
        </w:tc>
        <w:tc>
          <w:tcPr>
            <w:tcW w:type="dxa" w:w="1681"/>
            <w:tcMar>
              <w:top w:w="30" w:type="dxa"/>
              <w:bottom w:w="30" w:type="dxa"/>
              <w:start w:w="70" w:type="dxa"/>
              <w:end w:w="70" w:type="dxa"/>
            </w:tcMar>
            <w:vAlign w:val="center"/>
          </w:tcPr>
          <w:p>
            <w:pPr>
              <w:spacing w:after="0" w:before="0"/>
            </w:pPr>
            <w:r/>
            <w:r>
              <w:rPr>
                <w:b w:val="0"/>
                <w:i w:val="0"/>
                <w:sz w:val="17"/>
              </w:rPr>
              <w:t>Tesis</w:t>
            </w:r>
          </w:p>
        </w:tc>
        <w:tc>
          <w:tcPr>
            <w:tcW w:type="dxa" w:w="1681"/>
            <w:tcMar>
              <w:top w:w="30" w:type="dxa"/>
              <w:bottom w:w="30" w:type="dxa"/>
              <w:start w:w="70" w:type="dxa"/>
              <w:end w:w="70" w:type="dxa"/>
            </w:tcMar>
            <w:vAlign w:val="center"/>
          </w:tcPr>
          <w:p>
            <w:pPr>
              <w:spacing w:after="0" w:before="0"/>
              <w:jc w:val="center"/>
            </w:pPr>
            <w:r/>
            <w:r>
              <w:rPr>
                <w:b w:val="0"/>
                <w:i w:val="0"/>
                <w:sz w:val="17"/>
              </w:rPr>
              <w:t>4</w:t>
            </w:r>
          </w:p>
        </w:tc>
        <w:tc>
          <w:tcPr>
            <w:tcW w:type="dxa" w:w="1681"/>
            <w:tcMar>
              <w:top w:w="30" w:type="dxa"/>
              <w:bottom w:w="30" w:type="dxa"/>
              <w:start w:w="70" w:type="dxa"/>
              <w:end w:w="70" w:type="dxa"/>
            </w:tcMar>
            <w:vAlign w:val="center"/>
          </w:tcPr>
          <w:p>
            <w:pPr>
              <w:spacing w:after="0" w:before="0"/>
              <w:jc w:val="center"/>
            </w:pPr>
            <w:r/>
            <w:r>
              <w:rPr>
                <w:b w:val="0"/>
                <w:i w:val="0"/>
                <w:sz w:val="17"/>
              </w:rPr>
              <w:t>Tidak</w:t>
            </w:r>
          </w:p>
        </w:tc>
        <w:tc>
          <w:tcPr>
            <w:tcW w:type="dxa" w:w="1681"/>
            <w:tcMar>
              <w:top w:w="30" w:type="dxa"/>
              <w:bottom w:w="30" w:type="dxa"/>
              <w:start w:w="70" w:type="dxa"/>
              <w:end w:w="70" w:type="dxa"/>
            </w:tcMar>
            <w:vAlign w:val="center"/>
          </w:tcPr>
          <w:p>
            <w:pPr>
              <w:spacing w:after="0" w:before="0"/>
              <w:jc w:val="center"/>
            </w:pPr>
            <w:r/>
            <w:r>
              <w:rPr>
                <w:b w:val="0"/>
                <w:i w:val="0"/>
                <w:sz w:val="17"/>
              </w:rPr>
              <w:t>-</w:t>
            </w:r>
          </w:p>
        </w:tc>
      </w:tr>
    </w:tbl>
    <w:p>
      <w:pPr>
        <w:spacing w:after="120"/>
      </w:pPr>
    </w:p>
    <w:p>
      <w:pPr>
        <w:spacing w:before="100" w:after="60"/>
      </w:pPr>
      <w:r>
        <w:rPr>
          <w:color w:val="C9A15F"/>
          <w:sz w:val="22"/>
        </w:rPr>
        <w:t xml:space="preserve">▌ </w:t>
      </w:r>
      <w:r>
        <w:rPr>
          <w:b/>
          <w:color w:val="4B3F9E"/>
          <w:sz w:val="22"/>
        </w:rPr>
        <w:t>HTN — Hukum Tata Negara</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9355" w:type="dxa"/>
      </w:tblPr>
      <w:tblGrid>
        <w:gridCol w:w="793"/>
        <w:gridCol w:w="1701"/>
        <w:gridCol w:w="3515"/>
        <w:gridCol w:w="793"/>
        <w:gridCol w:w="907"/>
        <w:gridCol w:w="1644"/>
      </w:tblGrid>
      <w:tr>
        <w:tc>
          <w:tcPr>
            <w:tcW w:type="dxa" w:w="1681"/>
            <w:shd w:val="clear" w:color="auto" w:fill="4B3F9E"/>
            <w:tcMar>
              <w:top w:w="40" w:type="dxa"/>
              <w:bottom w:w="40" w:type="dxa"/>
              <w:start w:w="70" w:type="dxa"/>
              <w:end w:w="70" w:type="dxa"/>
            </w:tcMar>
            <w:vAlign w:val="center"/>
          </w:tcPr>
          <w:p>
            <w:pPr>
              <w:spacing w:after="0" w:before="0"/>
              <w:jc w:val="center"/>
            </w:pPr>
            <w:r/>
            <w:r>
              <w:rPr>
                <w:b/>
                <w:i w:val="0"/>
                <w:color w:val="FFFFFF"/>
                <w:sz w:val="17"/>
              </w:rPr>
              <w:t>NO.</w:t>
            </w:r>
          </w:p>
        </w:tc>
        <w:tc>
          <w:tcPr>
            <w:tcW w:type="dxa" w:w="1681"/>
            <w:shd w:val="clear" w:color="auto" w:fill="4B3F9E"/>
            <w:tcMar>
              <w:top w:w="40" w:type="dxa"/>
              <w:bottom w:w="40" w:type="dxa"/>
              <w:start w:w="70" w:type="dxa"/>
              <w:end w:w="70" w:type="dxa"/>
            </w:tcMar>
            <w:vAlign w:val="center"/>
          </w:tcPr>
          <w:p>
            <w:pPr>
              <w:spacing w:after="0" w:before="0"/>
              <w:jc w:val="center"/>
            </w:pPr>
            <w:r/>
            <w:r>
              <w:rPr>
                <w:b/>
                <w:i w:val="0"/>
                <w:color w:val="FFFFFF"/>
                <w:sz w:val="17"/>
              </w:rPr>
              <w:t>KODE MK</w:t>
            </w:r>
          </w:p>
        </w:tc>
        <w:tc>
          <w:tcPr>
            <w:tcW w:type="dxa" w:w="1681"/>
            <w:shd w:val="clear" w:color="auto" w:fill="4B3F9E"/>
            <w:tcMar>
              <w:top w:w="40" w:type="dxa"/>
              <w:bottom w:w="40" w:type="dxa"/>
              <w:start w:w="70" w:type="dxa"/>
              <w:end w:w="70" w:type="dxa"/>
            </w:tcMar>
            <w:vAlign w:val="center"/>
          </w:tcPr>
          <w:p>
            <w:pPr>
              <w:spacing w:after="0" w:before="0"/>
              <w:jc w:val="center"/>
            </w:pPr>
            <w:r/>
            <w:r>
              <w:rPr>
                <w:b/>
                <w:i w:val="0"/>
                <w:color w:val="FFFFFF"/>
                <w:sz w:val="17"/>
              </w:rPr>
              <w:t>NAMA MATA KULIAH</w:t>
            </w:r>
          </w:p>
        </w:tc>
        <w:tc>
          <w:tcPr>
            <w:tcW w:type="dxa" w:w="1681"/>
            <w:shd w:val="clear" w:color="auto" w:fill="4B3F9E"/>
            <w:tcMar>
              <w:top w:w="40" w:type="dxa"/>
              <w:bottom w:w="40" w:type="dxa"/>
              <w:start w:w="70" w:type="dxa"/>
              <w:end w:w="70" w:type="dxa"/>
            </w:tcMar>
            <w:vAlign w:val="center"/>
          </w:tcPr>
          <w:p>
            <w:pPr>
              <w:spacing w:after="0" w:before="0"/>
              <w:jc w:val="center"/>
            </w:pPr>
            <w:r/>
            <w:r>
              <w:rPr>
                <w:b/>
                <w:i w:val="0"/>
                <w:color w:val="FFFFFF"/>
                <w:sz w:val="17"/>
              </w:rPr>
              <w:t>SKS</w:t>
            </w:r>
          </w:p>
        </w:tc>
        <w:tc>
          <w:tcPr>
            <w:tcW w:type="dxa" w:w="1681"/>
            <w:shd w:val="clear" w:color="auto" w:fill="4B3F9E"/>
            <w:tcMar>
              <w:top w:w="40" w:type="dxa"/>
              <w:bottom w:w="40" w:type="dxa"/>
              <w:start w:w="70" w:type="dxa"/>
              <w:end w:w="70" w:type="dxa"/>
            </w:tcMar>
            <w:vAlign w:val="center"/>
          </w:tcPr>
          <w:p>
            <w:pPr>
              <w:spacing w:after="0" w:before="0"/>
              <w:jc w:val="center"/>
            </w:pPr>
            <w:r/>
            <w:r>
              <w:rPr>
                <w:b/>
                <w:i w:val="0"/>
                <w:color w:val="FFFFFF"/>
                <w:sz w:val="17"/>
              </w:rPr>
              <w:t>RPL</w:t>
            </w:r>
          </w:p>
        </w:tc>
        <w:tc>
          <w:tcPr>
            <w:tcW w:type="dxa" w:w="1681"/>
            <w:shd w:val="clear" w:color="auto" w:fill="4B3F9E"/>
            <w:tcMar>
              <w:top w:w="40" w:type="dxa"/>
              <w:bottom w:w="40" w:type="dxa"/>
              <w:start w:w="70" w:type="dxa"/>
              <w:end w:w="70" w:type="dxa"/>
            </w:tcMar>
            <w:vAlign w:val="center"/>
          </w:tcPr>
          <w:p>
            <w:pPr>
              <w:spacing w:after="0" w:before="0"/>
              <w:jc w:val="center"/>
            </w:pPr>
            <w:r/>
            <w:r>
              <w:rPr>
                <w:b/>
                <w:i w:val="0"/>
                <w:color w:val="FFFFFF"/>
                <w:sz w:val="17"/>
              </w:rPr>
              <w:t>FORMULIR (FED)</w:t>
            </w:r>
          </w:p>
        </w:tc>
      </w:tr>
      <w:tr>
        <w:tc>
          <w:tcPr>
            <w:tcW w:type="dxa" w:w="1681"/>
            <w:tcMar>
              <w:top w:w="30" w:type="dxa"/>
              <w:bottom w:w="30" w:type="dxa"/>
              <w:start w:w="70" w:type="dxa"/>
              <w:end w:w="70" w:type="dxa"/>
            </w:tcMar>
            <w:vAlign w:val="center"/>
          </w:tcPr>
          <w:p>
            <w:pPr>
              <w:spacing w:after="0" w:before="0"/>
              <w:jc w:val="center"/>
            </w:pPr>
            <w:r/>
            <w:r>
              <w:rPr>
                <w:b w:val="0"/>
                <w:i w:val="0"/>
                <w:sz w:val="17"/>
              </w:rPr>
              <w:t>1</w:t>
            </w:r>
          </w:p>
        </w:tc>
        <w:tc>
          <w:tcPr>
            <w:tcW w:type="dxa" w:w="1681"/>
            <w:tcMar>
              <w:top w:w="30" w:type="dxa"/>
              <w:bottom w:w="30" w:type="dxa"/>
              <w:start w:w="70" w:type="dxa"/>
              <w:end w:w="70" w:type="dxa"/>
            </w:tcMar>
            <w:vAlign w:val="center"/>
          </w:tcPr>
          <w:p>
            <w:pPr>
              <w:spacing w:after="0" w:before="0"/>
              <w:jc w:val="center"/>
            </w:pPr>
            <w:r/>
            <w:r>
              <w:rPr>
                <w:b w:val="0"/>
                <w:i w:val="0"/>
                <w:sz w:val="17"/>
              </w:rPr>
              <w:t>3HS225311</w:t>
            </w:r>
          </w:p>
        </w:tc>
        <w:tc>
          <w:tcPr>
            <w:tcW w:type="dxa" w:w="1681"/>
            <w:tcMar>
              <w:top w:w="30" w:type="dxa"/>
              <w:bottom w:w="30" w:type="dxa"/>
              <w:start w:w="70" w:type="dxa"/>
              <w:end w:w="70" w:type="dxa"/>
            </w:tcMar>
            <w:vAlign w:val="center"/>
          </w:tcPr>
          <w:p>
            <w:pPr>
              <w:spacing w:after="0" w:before="0"/>
            </w:pPr>
            <w:r/>
            <w:r>
              <w:rPr>
                <w:b w:val="0"/>
                <w:i w:val="0"/>
                <w:sz w:val="17"/>
              </w:rPr>
              <w:t>Hukum dan Kebijakan Publik</w:t>
            </w:r>
          </w:p>
        </w:tc>
        <w:tc>
          <w:tcPr>
            <w:tcW w:type="dxa" w:w="1681"/>
            <w:tcMar>
              <w:top w:w="30" w:type="dxa"/>
              <w:bottom w:w="30" w:type="dxa"/>
              <w:start w:w="70" w:type="dxa"/>
              <w:end w:w="70" w:type="dxa"/>
            </w:tcMar>
            <w:vAlign w:val="center"/>
          </w:tcPr>
          <w:p>
            <w:pPr>
              <w:spacing w:after="0" w:before="0"/>
              <w:jc w:val="center"/>
            </w:pPr>
            <w:r/>
            <w:r>
              <w:rPr>
                <w:b w:val="0"/>
                <w:i w:val="0"/>
                <w:sz w:val="17"/>
              </w:rPr>
              <w:t>3</w:t>
            </w:r>
          </w:p>
        </w:tc>
        <w:tc>
          <w:tcPr>
            <w:tcW w:type="dxa" w:w="1681"/>
            <w:tcMar>
              <w:top w:w="30" w:type="dxa"/>
              <w:bottom w:w="30" w:type="dxa"/>
              <w:start w:w="70" w:type="dxa"/>
              <w:end w:w="70" w:type="dxa"/>
            </w:tcMar>
            <w:vAlign w:val="center"/>
          </w:tcPr>
          <w:p>
            <w:pPr>
              <w:spacing w:after="0" w:before="0"/>
              <w:jc w:val="center"/>
            </w:pPr>
            <w:r/>
            <w:r>
              <w:rPr>
                <w:b w:val="0"/>
                <w:i w:val="0"/>
                <w:sz w:val="17"/>
              </w:rPr>
              <w:t>Ya</w:t>
            </w:r>
          </w:p>
        </w:tc>
        <w:tc>
          <w:tcPr>
            <w:tcW w:type="dxa" w:w="1681"/>
            <w:tcMar>
              <w:top w:w="30" w:type="dxa"/>
              <w:bottom w:w="30" w:type="dxa"/>
              <w:start w:w="70" w:type="dxa"/>
              <w:end w:w="70" w:type="dxa"/>
            </w:tcMar>
            <w:vAlign w:val="center"/>
          </w:tcPr>
          <w:p>
            <w:pPr>
              <w:spacing w:after="0" w:before="0"/>
              <w:jc w:val="center"/>
            </w:pPr>
            <w:r/>
            <w:r>
              <w:rPr>
                <w:b w:val="0"/>
                <w:i w:val="0"/>
                <w:sz w:val="17"/>
              </w:rPr>
              <w:t>FED-08</w:t>
            </w:r>
          </w:p>
        </w:tc>
      </w:tr>
      <w:tr>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2</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3HS225314</w:t>
            </w:r>
          </w:p>
        </w:tc>
        <w:tc>
          <w:tcPr>
            <w:tcW w:type="dxa" w:w="1681"/>
            <w:shd w:val="clear" w:color="auto" w:fill="F6F5FC"/>
            <w:tcMar>
              <w:top w:w="30" w:type="dxa"/>
              <w:bottom w:w="30" w:type="dxa"/>
              <w:start w:w="70" w:type="dxa"/>
              <w:end w:w="70" w:type="dxa"/>
            </w:tcMar>
            <w:vAlign w:val="center"/>
          </w:tcPr>
          <w:p>
            <w:pPr>
              <w:spacing w:after="0" w:before="0"/>
            </w:pPr>
            <w:r/>
            <w:r>
              <w:rPr>
                <w:b w:val="0"/>
                <w:i w:val="0"/>
                <w:sz w:val="17"/>
              </w:rPr>
              <w:t>Teori Perundang-undangan</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Ya</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FED-09</w:t>
            </w:r>
          </w:p>
        </w:tc>
      </w:tr>
    </w:tbl>
    <w:p>
      <w:pPr>
        <w:spacing w:after="120"/>
      </w:pPr>
    </w:p>
    <w:p>
      <w:pPr>
        <w:spacing w:before="100" w:after="60"/>
      </w:pPr>
      <w:r>
        <w:rPr>
          <w:color w:val="C9A15F"/>
          <w:sz w:val="22"/>
        </w:rPr>
        <w:t xml:space="preserve">▌ </w:t>
      </w:r>
      <w:r>
        <w:rPr>
          <w:b/>
          <w:color w:val="4B3F9E"/>
          <w:sz w:val="22"/>
        </w:rPr>
        <w:t>PDN — Pidana</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9355" w:type="dxa"/>
      </w:tblPr>
      <w:tblGrid>
        <w:gridCol w:w="793"/>
        <w:gridCol w:w="1701"/>
        <w:gridCol w:w="3515"/>
        <w:gridCol w:w="793"/>
        <w:gridCol w:w="907"/>
        <w:gridCol w:w="1644"/>
      </w:tblGrid>
      <w:tr>
        <w:tc>
          <w:tcPr>
            <w:tcW w:type="dxa" w:w="1681"/>
            <w:shd w:val="clear" w:color="auto" w:fill="4B3F9E"/>
            <w:tcMar>
              <w:top w:w="40" w:type="dxa"/>
              <w:bottom w:w="40" w:type="dxa"/>
              <w:start w:w="70" w:type="dxa"/>
              <w:end w:w="70" w:type="dxa"/>
            </w:tcMar>
            <w:vAlign w:val="center"/>
          </w:tcPr>
          <w:p>
            <w:pPr>
              <w:spacing w:after="0" w:before="0"/>
              <w:jc w:val="center"/>
            </w:pPr>
            <w:r/>
            <w:r>
              <w:rPr>
                <w:b/>
                <w:i w:val="0"/>
                <w:color w:val="FFFFFF"/>
                <w:sz w:val="17"/>
              </w:rPr>
              <w:t>NO.</w:t>
            </w:r>
          </w:p>
        </w:tc>
        <w:tc>
          <w:tcPr>
            <w:tcW w:type="dxa" w:w="1681"/>
            <w:shd w:val="clear" w:color="auto" w:fill="4B3F9E"/>
            <w:tcMar>
              <w:top w:w="40" w:type="dxa"/>
              <w:bottom w:w="40" w:type="dxa"/>
              <w:start w:w="70" w:type="dxa"/>
              <w:end w:w="70" w:type="dxa"/>
            </w:tcMar>
            <w:vAlign w:val="center"/>
          </w:tcPr>
          <w:p>
            <w:pPr>
              <w:spacing w:after="0" w:before="0"/>
              <w:jc w:val="center"/>
            </w:pPr>
            <w:r/>
            <w:r>
              <w:rPr>
                <w:b/>
                <w:i w:val="0"/>
                <w:color w:val="FFFFFF"/>
                <w:sz w:val="17"/>
              </w:rPr>
              <w:t>KODE MK</w:t>
            </w:r>
          </w:p>
        </w:tc>
        <w:tc>
          <w:tcPr>
            <w:tcW w:type="dxa" w:w="1681"/>
            <w:shd w:val="clear" w:color="auto" w:fill="4B3F9E"/>
            <w:tcMar>
              <w:top w:w="40" w:type="dxa"/>
              <w:bottom w:w="40" w:type="dxa"/>
              <w:start w:w="70" w:type="dxa"/>
              <w:end w:w="70" w:type="dxa"/>
            </w:tcMar>
            <w:vAlign w:val="center"/>
          </w:tcPr>
          <w:p>
            <w:pPr>
              <w:spacing w:after="0" w:before="0"/>
              <w:jc w:val="center"/>
            </w:pPr>
            <w:r/>
            <w:r>
              <w:rPr>
                <w:b/>
                <w:i w:val="0"/>
                <w:color w:val="FFFFFF"/>
                <w:sz w:val="17"/>
              </w:rPr>
              <w:t>NAMA MATA KULIAH</w:t>
            </w:r>
          </w:p>
        </w:tc>
        <w:tc>
          <w:tcPr>
            <w:tcW w:type="dxa" w:w="1681"/>
            <w:shd w:val="clear" w:color="auto" w:fill="4B3F9E"/>
            <w:tcMar>
              <w:top w:w="40" w:type="dxa"/>
              <w:bottom w:w="40" w:type="dxa"/>
              <w:start w:w="70" w:type="dxa"/>
              <w:end w:w="70" w:type="dxa"/>
            </w:tcMar>
            <w:vAlign w:val="center"/>
          </w:tcPr>
          <w:p>
            <w:pPr>
              <w:spacing w:after="0" w:before="0"/>
              <w:jc w:val="center"/>
            </w:pPr>
            <w:r/>
            <w:r>
              <w:rPr>
                <w:b/>
                <w:i w:val="0"/>
                <w:color w:val="FFFFFF"/>
                <w:sz w:val="17"/>
              </w:rPr>
              <w:t>SKS</w:t>
            </w:r>
          </w:p>
        </w:tc>
        <w:tc>
          <w:tcPr>
            <w:tcW w:type="dxa" w:w="1681"/>
            <w:shd w:val="clear" w:color="auto" w:fill="4B3F9E"/>
            <w:tcMar>
              <w:top w:w="40" w:type="dxa"/>
              <w:bottom w:w="40" w:type="dxa"/>
              <w:start w:w="70" w:type="dxa"/>
              <w:end w:w="70" w:type="dxa"/>
            </w:tcMar>
            <w:vAlign w:val="center"/>
          </w:tcPr>
          <w:p>
            <w:pPr>
              <w:spacing w:after="0" w:before="0"/>
              <w:jc w:val="center"/>
            </w:pPr>
            <w:r/>
            <w:r>
              <w:rPr>
                <w:b/>
                <w:i w:val="0"/>
                <w:color w:val="FFFFFF"/>
                <w:sz w:val="17"/>
              </w:rPr>
              <w:t>RPL</w:t>
            </w:r>
          </w:p>
        </w:tc>
        <w:tc>
          <w:tcPr>
            <w:tcW w:type="dxa" w:w="1681"/>
            <w:shd w:val="clear" w:color="auto" w:fill="4B3F9E"/>
            <w:tcMar>
              <w:top w:w="40" w:type="dxa"/>
              <w:bottom w:w="40" w:type="dxa"/>
              <w:start w:w="70" w:type="dxa"/>
              <w:end w:w="70" w:type="dxa"/>
            </w:tcMar>
            <w:vAlign w:val="center"/>
          </w:tcPr>
          <w:p>
            <w:pPr>
              <w:spacing w:after="0" w:before="0"/>
              <w:jc w:val="center"/>
            </w:pPr>
            <w:r/>
            <w:r>
              <w:rPr>
                <w:b/>
                <w:i w:val="0"/>
                <w:color w:val="FFFFFF"/>
                <w:sz w:val="17"/>
              </w:rPr>
              <w:t>FORMULIR (FED)</w:t>
            </w:r>
          </w:p>
        </w:tc>
      </w:tr>
      <w:tr>
        <w:tc>
          <w:tcPr>
            <w:tcW w:type="dxa" w:w="1681"/>
            <w:tcMar>
              <w:top w:w="30" w:type="dxa"/>
              <w:bottom w:w="30" w:type="dxa"/>
              <w:start w:w="70" w:type="dxa"/>
              <w:end w:w="70" w:type="dxa"/>
            </w:tcMar>
            <w:vAlign w:val="center"/>
          </w:tcPr>
          <w:p>
            <w:pPr>
              <w:spacing w:after="0" w:before="0"/>
              <w:jc w:val="center"/>
            </w:pPr>
            <w:r/>
            <w:r>
              <w:rPr>
                <w:b w:val="0"/>
                <w:i w:val="0"/>
                <w:sz w:val="17"/>
              </w:rPr>
              <w:t>1</w:t>
            </w:r>
          </w:p>
        </w:tc>
        <w:tc>
          <w:tcPr>
            <w:tcW w:type="dxa" w:w="1681"/>
            <w:tcMar>
              <w:top w:w="30" w:type="dxa"/>
              <w:bottom w:w="30" w:type="dxa"/>
              <w:start w:w="70" w:type="dxa"/>
              <w:end w:w="70" w:type="dxa"/>
            </w:tcMar>
            <w:vAlign w:val="center"/>
          </w:tcPr>
          <w:p>
            <w:pPr>
              <w:spacing w:after="0" w:before="0"/>
              <w:jc w:val="center"/>
            </w:pPr>
            <w:r/>
            <w:r>
              <w:rPr>
                <w:b w:val="0"/>
                <w:i w:val="0"/>
                <w:sz w:val="17"/>
              </w:rPr>
              <w:t>3HS225309</w:t>
            </w:r>
          </w:p>
        </w:tc>
        <w:tc>
          <w:tcPr>
            <w:tcW w:type="dxa" w:w="1681"/>
            <w:tcMar>
              <w:top w:w="30" w:type="dxa"/>
              <w:bottom w:w="30" w:type="dxa"/>
              <w:start w:w="70" w:type="dxa"/>
              <w:end w:w="70" w:type="dxa"/>
            </w:tcMar>
            <w:vAlign w:val="center"/>
          </w:tcPr>
          <w:p>
            <w:pPr>
              <w:spacing w:after="0" w:before="0"/>
            </w:pPr>
            <w:r/>
            <w:r>
              <w:rPr>
                <w:b w:val="0"/>
                <w:i w:val="0"/>
                <w:sz w:val="17"/>
              </w:rPr>
              <w:t>Perkembangan Teori Hukum Pidana</w:t>
            </w:r>
          </w:p>
        </w:tc>
        <w:tc>
          <w:tcPr>
            <w:tcW w:type="dxa" w:w="1681"/>
            <w:tcMar>
              <w:top w:w="30" w:type="dxa"/>
              <w:bottom w:w="30" w:type="dxa"/>
              <w:start w:w="70" w:type="dxa"/>
              <w:end w:w="70" w:type="dxa"/>
            </w:tcMar>
            <w:vAlign w:val="center"/>
          </w:tcPr>
          <w:p>
            <w:pPr>
              <w:spacing w:after="0" w:before="0"/>
              <w:jc w:val="center"/>
            </w:pPr>
            <w:r/>
            <w:r>
              <w:rPr>
                <w:b w:val="0"/>
                <w:i w:val="0"/>
                <w:sz w:val="17"/>
              </w:rPr>
              <w:t>3</w:t>
            </w:r>
          </w:p>
        </w:tc>
        <w:tc>
          <w:tcPr>
            <w:tcW w:type="dxa" w:w="1681"/>
            <w:tcMar>
              <w:top w:w="30" w:type="dxa"/>
              <w:bottom w:w="30" w:type="dxa"/>
              <w:start w:w="70" w:type="dxa"/>
              <w:end w:w="70" w:type="dxa"/>
            </w:tcMar>
            <w:vAlign w:val="center"/>
          </w:tcPr>
          <w:p>
            <w:pPr>
              <w:spacing w:after="0" w:before="0"/>
              <w:jc w:val="center"/>
            </w:pPr>
            <w:r/>
            <w:r>
              <w:rPr>
                <w:b w:val="0"/>
                <w:i w:val="0"/>
                <w:sz w:val="17"/>
              </w:rPr>
              <w:t>Ya</w:t>
            </w:r>
          </w:p>
        </w:tc>
        <w:tc>
          <w:tcPr>
            <w:tcW w:type="dxa" w:w="1681"/>
            <w:tcMar>
              <w:top w:w="30" w:type="dxa"/>
              <w:bottom w:w="30" w:type="dxa"/>
              <w:start w:w="70" w:type="dxa"/>
              <w:end w:w="70" w:type="dxa"/>
            </w:tcMar>
            <w:vAlign w:val="center"/>
          </w:tcPr>
          <w:p>
            <w:pPr>
              <w:spacing w:after="0" w:before="0"/>
              <w:jc w:val="center"/>
            </w:pPr>
            <w:r/>
            <w:r>
              <w:rPr>
                <w:b w:val="0"/>
                <w:i w:val="0"/>
                <w:sz w:val="17"/>
              </w:rPr>
              <w:t>FED-10</w:t>
            </w:r>
          </w:p>
        </w:tc>
      </w:tr>
      <w:tr>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2</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3HS225312</w:t>
            </w:r>
          </w:p>
        </w:tc>
        <w:tc>
          <w:tcPr>
            <w:tcW w:type="dxa" w:w="1681"/>
            <w:shd w:val="clear" w:color="auto" w:fill="F6F5FC"/>
            <w:tcMar>
              <w:top w:w="30" w:type="dxa"/>
              <w:bottom w:w="30" w:type="dxa"/>
              <w:start w:w="70" w:type="dxa"/>
              <w:end w:w="70" w:type="dxa"/>
            </w:tcMar>
            <w:vAlign w:val="center"/>
          </w:tcPr>
          <w:p>
            <w:pPr>
              <w:spacing w:after="0" w:before="0"/>
            </w:pPr>
            <w:r/>
            <w:r>
              <w:rPr>
                <w:b w:val="0"/>
                <w:i w:val="0"/>
                <w:sz w:val="17"/>
              </w:rPr>
              <w:t>Hukum Pidana Anak</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Ya</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FED-11</w:t>
            </w:r>
          </w:p>
        </w:tc>
      </w:tr>
    </w:tbl>
    <w:p>
      <w:pPr>
        <w:spacing w:after="120"/>
      </w:pPr>
    </w:p>
    <w:p>
      <w:pPr>
        <w:spacing w:before="100" w:after="60"/>
      </w:pPr>
      <w:r>
        <w:rPr>
          <w:color w:val="C9A15F"/>
          <w:sz w:val="22"/>
        </w:rPr>
        <w:t xml:space="preserve">▌ </w:t>
      </w:r>
      <w:r>
        <w:rPr>
          <w:b/>
          <w:color w:val="4B3F9E"/>
          <w:sz w:val="22"/>
        </w:rPr>
        <w:t>PDT — Perdata</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9355" w:type="dxa"/>
      </w:tblPr>
      <w:tblGrid>
        <w:gridCol w:w="793"/>
        <w:gridCol w:w="1701"/>
        <w:gridCol w:w="3515"/>
        <w:gridCol w:w="793"/>
        <w:gridCol w:w="907"/>
        <w:gridCol w:w="1644"/>
      </w:tblGrid>
      <w:tr>
        <w:tc>
          <w:tcPr>
            <w:tcW w:type="dxa" w:w="1681"/>
            <w:shd w:val="clear" w:color="auto" w:fill="4B3F9E"/>
            <w:tcMar>
              <w:top w:w="40" w:type="dxa"/>
              <w:bottom w:w="40" w:type="dxa"/>
              <w:start w:w="70" w:type="dxa"/>
              <w:end w:w="70" w:type="dxa"/>
            </w:tcMar>
            <w:vAlign w:val="center"/>
          </w:tcPr>
          <w:p>
            <w:pPr>
              <w:spacing w:after="0" w:before="0"/>
              <w:jc w:val="center"/>
            </w:pPr>
            <w:r/>
            <w:r>
              <w:rPr>
                <w:b/>
                <w:i w:val="0"/>
                <w:color w:val="FFFFFF"/>
                <w:sz w:val="17"/>
              </w:rPr>
              <w:t>NO.</w:t>
            </w:r>
          </w:p>
        </w:tc>
        <w:tc>
          <w:tcPr>
            <w:tcW w:type="dxa" w:w="1681"/>
            <w:shd w:val="clear" w:color="auto" w:fill="4B3F9E"/>
            <w:tcMar>
              <w:top w:w="40" w:type="dxa"/>
              <w:bottom w:w="40" w:type="dxa"/>
              <w:start w:w="70" w:type="dxa"/>
              <w:end w:w="70" w:type="dxa"/>
            </w:tcMar>
            <w:vAlign w:val="center"/>
          </w:tcPr>
          <w:p>
            <w:pPr>
              <w:spacing w:after="0" w:before="0"/>
              <w:jc w:val="center"/>
            </w:pPr>
            <w:r/>
            <w:r>
              <w:rPr>
                <w:b/>
                <w:i w:val="0"/>
                <w:color w:val="FFFFFF"/>
                <w:sz w:val="17"/>
              </w:rPr>
              <w:t>KODE MK</w:t>
            </w:r>
          </w:p>
        </w:tc>
        <w:tc>
          <w:tcPr>
            <w:tcW w:type="dxa" w:w="1681"/>
            <w:shd w:val="clear" w:color="auto" w:fill="4B3F9E"/>
            <w:tcMar>
              <w:top w:w="40" w:type="dxa"/>
              <w:bottom w:w="40" w:type="dxa"/>
              <w:start w:w="70" w:type="dxa"/>
              <w:end w:w="70" w:type="dxa"/>
            </w:tcMar>
            <w:vAlign w:val="center"/>
          </w:tcPr>
          <w:p>
            <w:pPr>
              <w:spacing w:after="0" w:before="0"/>
              <w:jc w:val="center"/>
            </w:pPr>
            <w:r/>
            <w:r>
              <w:rPr>
                <w:b/>
                <w:i w:val="0"/>
                <w:color w:val="FFFFFF"/>
                <w:sz w:val="17"/>
              </w:rPr>
              <w:t>NAMA MATA KULIAH</w:t>
            </w:r>
          </w:p>
        </w:tc>
        <w:tc>
          <w:tcPr>
            <w:tcW w:type="dxa" w:w="1681"/>
            <w:shd w:val="clear" w:color="auto" w:fill="4B3F9E"/>
            <w:tcMar>
              <w:top w:w="40" w:type="dxa"/>
              <w:bottom w:w="40" w:type="dxa"/>
              <w:start w:w="70" w:type="dxa"/>
              <w:end w:w="70" w:type="dxa"/>
            </w:tcMar>
            <w:vAlign w:val="center"/>
          </w:tcPr>
          <w:p>
            <w:pPr>
              <w:spacing w:after="0" w:before="0"/>
              <w:jc w:val="center"/>
            </w:pPr>
            <w:r/>
            <w:r>
              <w:rPr>
                <w:b/>
                <w:i w:val="0"/>
                <w:color w:val="FFFFFF"/>
                <w:sz w:val="17"/>
              </w:rPr>
              <w:t>SKS</w:t>
            </w:r>
          </w:p>
        </w:tc>
        <w:tc>
          <w:tcPr>
            <w:tcW w:type="dxa" w:w="1681"/>
            <w:shd w:val="clear" w:color="auto" w:fill="4B3F9E"/>
            <w:tcMar>
              <w:top w:w="40" w:type="dxa"/>
              <w:bottom w:w="40" w:type="dxa"/>
              <w:start w:w="70" w:type="dxa"/>
              <w:end w:w="70" w:type="dxa"/>
            </w:tcMar>
            <w:vAlign w:val="center"/>
          </w:tcPr>
          <w:p>
            <w:pPr>
              <w:spacing w:after="0" w:before="0"/>
              <w:jc w:val="center"/>
            </w:pPr>
            <w:r/>
            <w:r>
              <w:rPr>
                <w:b/>
                <w:i w:val="0"/>
                <w:color w:val="FFFFFF"/>
                <w:sz w:val="17"/>
              </w:rPr>
              <w:t>RPL</w:t>
            </w:r>
          </w:p>
        </w:tc>
        <w:tc>
          <w:tcPr>
            <w:tcW w:type="dxa" w:w="1681"/>
            <w:shd w:val="clear" w:color="auto" w:fill="4B3F9E"/>
            <w:tcMar>
              <w:top w:w="40" w:type="dxa"/>
              <w:bottom w:w="40" w:type="dxa"/>
              <w:start w:w="70" w:type="dxa"/>
              <w:end w:w="70" w:type="dxa"/>
            </w:tcMar>
            <w:vAlign w:val="center"/>
          </w:tcPr>
          <w:p>
            <w:pPr>
              <w:spacing w:after="0" w:before="0"/>
              <w:jc w:val="center"/>
            </w:pPr>
            <w:r/>
            <w:r>
              <w:rPr>
                <w:b/>
                <w:i w:val="0"/>
                <w:color w:val="FFFFFF"/>
                <w:sz w:val="17"/>
              </w:rPr>
              <w:t>FORMULIR (FED)</w:t>
            </w:r>
          </w:p>
        </w:tc>
      </w:tr>
      <w:tr>
        <w:tc>
          <w:tcPr>
            <w:tcW w:type="dxa" w:w="1681"/>
            <w:tcMar>
              <w:top w:w="30" w:type="dxa"/>
              <w:bottom w:w="30" w:type="dxa"/>
              <w:start w:w="70" w:type="dxa"/>
              <w:end w:w="70" w:type="dxa"/>
            </w:tcMar>
            <w:vAlign w:val="center"/>
          </w:tcPr>
          <w:p>
            <w:pPr>
              <w:spacing w:after="0" w:before="0"/>
              <w:jc w:val="center"/>
            </w:pPr>
            <w:r/>
            <w:r>
              <w:rPr>
                <w:b w:val="0"/>
                <w:i w:val="0"/>
                <w:sz w:val="17"/>
              </w:rPr>
              <w:t>1</w:t>
            </w:r>
          </w:p>
        </w:tc>
        <w:tc>
          <w:tcPr>
            <w:tcW w:type="dxa" w:w="1681"/>
            <w:tcMar>
              <w:top w:w="30" w:type="dxa"/>
              <w:bottom w:w="30" w:type="dxa"/>
              <w:start w:w="70" w:type="dxa"/>
              <w:end w:w="70" w:type="dxa"/>
            </w:tcMar>
            <w:vAlign w:val="center"/>
          </w:tcPr>
          <w:p>
            <w:pPr>
              <w:spacing w:after="0" w:before="0"/>
              <w:jc w:val="center"/>
            </w:pPr>
            <w:r/>
            <w:r>
              <w:rPr>
                <w:b w:val="0"/>
                <w:i w:val="0"/>
                <w:sz w:val="17"/>
              </w:rPr>
              <w:t>3HS225310</w:t>
            </w:r>
          </w:p>
        </w:tc>
        <w:tc>
          <w:tcPr>
            <w:tcW w:type="dxa" w:w="1681"/>
            <w:tcMar>
              <w:top w:w="30" w:type="dxa"/>
              <w:bottom w:w="30" w:type="dxa"/>
              <w:start w:w="70" w:type="dxa"/>
              <w:end w:w="70" w:type="dxa"/>
            </w:tcMar>
            <w:vAlign w:val="center"/>
          </w:tcPr>
          <w:p>
            <w:pPr>
              <w:spacing w:after="0" w:before="0"/>
            </w:pPr>
            <w:r/>
            <w:r>
              <w:rPr>
                <w:b w:val="0"/>
                <w:i w:val="0"/>
                <w:sz w:val="17"/>
              </w:rPr>
              <w:t>Perkembangan Hukum Agraria</w:t>
            </w:r>
          </w:p>
        </w:tc>
        <w:tc>
          <w:tcPr>
            <w:tcW w:type="dxa" w:w="1681"/>
            <w:tcMar>
              <w:top w:w="30" w:type="dxa"/>
              <w:bottom w:w="30" w:type="dxa"/>
              <w:start w:w="70" w:type="dxa"/>
              <w:end w:w="70" w:type="dxa"/>
            </w:tcMar>
            <w:vAlign w:val="center"/>
          </w:tcPr>
          <w:p>
            <w:pPr>
              <w:spacing w:after="0" w:before="0"/>
              <w:jc w:val="center"/>
            </w:pPr>
            <w:r/>
            <w:r>
              <w:rPr>
                <w:b w:val="0"/>
                <w:i w:val="0"/>
                <w:sz w:val="17"/>
              </w:rPr>
              <w:t>3</w:t>
            </w:r>
          </w:p>
        </w:tc>
        <w:tc>
          <w:tcPr>
            <w:tcW w:type="dxa" w:w="1681"/>
            <w:tcMar>
              <w:top w:w="30" w:type="dxa"/>
              <w:bottom w:w="30" w:type="dxa"/>
              <w:start w:w="70" w:type="dxa"/>
              <w:end w:w="70" w:type="dxa"/>
            </w:tcMar>
            <w:vAlign w:val="center"/>
          </w:tcPr>
          <w:p>
            <w:pPr>
              <w:spacing w:after="0" w:before="0"/>
              <w:jc w:val="center"/>
            </w:pPr>
            <w:r/>
            <w:r>
              <w:rPr>
                <w:b w:val="0"/>
                <w:i w:val="0"/>
                <w:sz w:val="17"/>
              </w:rPr>
              <w:t>Ya</w:t>
            </w:r>
          </w:p>
        </w:tc>
        <w:tc>
          <w:tcPr>
            <w:tcW w:type="dxa" w:w="1681"/>
            <w:tcMar>
              <w:top w:w="30" w:type="dxa"/>
              <w:bottom w:w="30" w:type="dxa"/>
              <w:start w:w="70" w:type="dxa"/>
              <w:end w:w="70" w:type="dxa"/>
            </w:tcMar>
            <w:vAlign w:val="center"/>
          </w:tcPr>
          <w:p>
            <w:pPr>
              <w:spacing w:after="0" w:before="0"/>
              <w:jc w:val="center"/>
            </w:pPr>
            <w:r/>
            <w:r>
              <w:rPr>
                <w:b w:val="0"/>
                <w:i w:val="0"/>
                <w:sz w:val="17"/>
              </w:rPr>
              <w:t>FED-12</w:t>
            </w:r>
          </w:p>
        </w:tc>
      </w:tr>
      <w:tr>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2</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3HS225313</w:t>
            </w:r>
          </w:p>
        </w:tc>
        <w:tc>
          <w:tcPr>
            <w:tcW w:type="dxa" w:w="1681"/>
            <w:shd w:val="clear" w:color="auto" w:fill="F6F5FC"/>
            <w:tcMar>
              <w:top w:w="30" w:type="dxa"/>
              <w:bottom w:w="30" w:type="dxa"/>
              <w:start w:w="70" w:type="dxa"/>
              <w:end w:w="70" w:type="dxa"/>
            </w:tcMar>
            <w:vAlign w:val="center"/>
          </w:tcPr>
          <w:p>
            <w:pPr>
              <w:spacing w:after="0" w:before="0"/>
            </w:pPr>
            <w:r/>
            <w:r>
              <w:rPr>
                <w:b w:val="0"/>
                <w:i w:val="0"/>
                <w:sz w:val="17"/>
              </w:rPr>
              <w:t>Hukum Jaminan</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Ya</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FED-13</w:t>
            </w:r>
          </w:p>
        </w:tc>
      </w:tr>
    </w:tbl>
    <w:p>
      <w:pPr>
        <w:spacing w:after="120"/>
      </w:pPr>
    </w:p>
    <w:p>
      <w:r>
        <w:br w:type="page"/>
      </w:r>
    </w:p>
    <w:tbl>
      <w:tblPr>
        <w:tblW w:type="auto" w:w="0"/>
        <w:jc w:val="center"/>
        <w:tblLook w:firstColumn="1" w:firstRow="1" w:lastColumn="0" w:lastRow="0" w:noHBand="0" w:noVBand="1" w:val="04A0"/>
        <w:tblLayout w:type="fixed"/>
        <w:tblW w:w="9355" w:type="dxa"/>
      </w:tblPr>
      <w:tblGrid>
        <w:gridCol w:w="9355"/>
      </w:tblGrid>
      <w:tr>
        <w:tc>
          <w:tcPr>
            <w:tcW w:type="dxa" w:w="9354"/>
            <w:shd w:val="clear" w:color="auto" w:fill="4B3F9E"/>
            <w:tcMar>
              <w:top w:w="80" w:type="dxa"/>
              <w:bottom w:w="80" w:type="dxa"/>
              <w:start w:w="70" w:type="dxa"/>
              <w:end w:w="70" w:type="dxa"/>
            </w:tcMar>
            <w:vAlign w:val="center"/>
          </w:tcPr>
          <w:p>
            <w:pPr>
              <w:spacing w:after="0" w:before="0"/>
              <w:jc w:val="center"/>
            </w:pPr>
            <w:r/>
            <w:r>
              <w:rPr>
                <w:b/>
                <w:i w:val="0"/>
                <w:color w:val="FFFFFF"/>
                <w:sz w:val="24"/>
              </w:rPr>
              <w:t>BAB II — FORMULIR EVALUASI DIRI MK YANG DAPAT DIAJUKAN UNTUK DIREKOGNISI (RPL)</w:t>
            </w:r>
          </w:p>
        </w:tc>
      </w:tr>
    </w:tbl>
    <w:p>
      <w:pPr>
        <w:spacing w:after="40"/>
      </w:pPr>
    </w:p>
    <w:p>
      <w:pPr>
        <w:spacing w:after="200"/>
        <w:jc w:val="center"/>
      </w:pPr>
      <w:r>
        <w:rPr>
          <w:b/>
          <w:i w:val="0"/>
          <w:color w:val="4B3F9E"/>
          <w:sz w:val="23"/>
        </w:rPr>
        <w:t>FORMULIR EVALUASI DIRI PROGRAM STUDI S2 ILMU HUKUM</w:t>
      </w:r>
    </w:p>
    <w:p>
      <w:pPr>
        <w:tabs>
          <w:tab w:pos="2381" w:val="left"/>
        </w:tabs>
        <w:spacing w:after="80"/>
      </w:pPr>
      <w:r>
        <w:rPr>
          <w:sz w:val="20"/>
        </w:rPr>
        <w:t>Nama Calon</w:t>
        <w:tab/>
        <w:t xml:space="preserve">: </w:t>
      </w:r>
      <w:r>
        <w:rPr>
          <w:sz w:val="20"/>
          <w:u w:val="single"/>
        </w:rPr>
        <w:t xml:space="preserve">                                                            </w:t>
      </w:r>
    </w:p>
    <w:p>
      <w:pPr>
        <w:tabs>
          <w:tab w:pos="2381" w:val="left"/>
        </w:tabs>
        <w:spacing w:after="80"/>
      </w:pPr>
      <w:r>
        <w:rPr>
          <w:sz w:val="20"/>
        </w:rPr>
        <w:t>Tempat/Tgl lahir</w:t>
        <w:tab/>
        <w:t xml:space="preserve">: </w:t>
      </w:r>
      <w:r>
        <w:rPr>
          <w:sz w:val="20"/>
          <w:u w:val="single"/>
        </w:rPr>
        <w:t xml:space="preserve">                                                            </w:t>
      </w:r>
    </w:p>
    <w:p>
      <w:pPr>
        <w:tabs>
          <w:tab w:pos="2381" w:val="left"/>
        </w:tabs>
        <w:spacing w:after="80"/>
      </w:pPr>
      <w:r>
        <w:rPr>
          <w:sz w:val="20"/>
        </w:rPr>
        <w:t>Alamat</w:t>
        <w:tab/>
        <w:t xml:space="preserve">: </w:t>
      </w:r>
      <w:r>
        <w:rPr>
          <w:sz w:val="20"/>
          <w:u w:val="single"/>
        </w:rPr>
        <w:t xml:space="preserve">                                                            </w:t>
      </w:r>
    </w:p>
    <w:p>
      <w:pPr>
        <w:tabs>
          <w:tab w:pos="2381" w:val="left"/>
        </w:tabs>
        <w:spacing w:after="80"/>
      </w:pPr>
      <w:r>
        <w:rPr>
          <w:sz w:val="20"/>
        </w:rPr>
        <w:t>Nomor Telpon/HP</w:t>
        <w:tab/>
        <w:t xml:space="preserve">: </w:t>
      </w:r>
      <w:r>
        <w:rPr>
          <w:sz w:val="20"/>
          <w:u w:val="single"/>
        </w:rPr>
        <w:t xml:space="preserve">                                                            </w:t>
      </w:r>
    </w:p>
    <w:p>
      <w:pPr>
        <w:tabs>
          <w:tab w:pos="2381" w:val="left"/>
        </w:tabs>
        <w:spacing w:after="80"/>
      </w:pPr>
      <w:r>
        <w:rPr>
          <w:sz w:val="20"/>
        </w:rPr>
        <w:t>Alamat E Mail</w:t>
        <w:tab/>
        <w:t xml:space="preserve">: </w:t>
      </w:r>
      <w:r>
        <w:rPr>
          <w:sz w:val="20"/>
          <w:u w:val="single"/>
        </w:rPr>
        <w:t xml:space="preserve">                                                            </w:t>
      </w:r>
    </w:p>
    <w:p>
      <w:pPr>
        <w:spacing w:after="120"/>
      </w:pPr>
    </w:p>
    <w:p>
      <w:pPr>
        <w:spacing w:before="100" w:after="60"/>
      </w:pPr>
      <w:r>
        <w:rPr>
          <w:color w:val="C9A15F"/>
          <w:sz w:val="22"/>
        </w:rPr>
        <w:t xml:space="preserve">▌ </w:t>
      </w:r>
      <w:r>
        <w:rPr>
          <w:b/>
          <w:color w:val="4B3F9E"/>
          <w:sz w:val="22"/>
        </w:rPr>
        <w:t>Pengantar</w:t>
      </w:r>
    </w:p>
    <w:p>
      <w:pPr>
        <w:spacing w:after="100"/>
        <w:jc w:val="both"/>
      </w:pPr>
      <w:r>
        <w:rPr>
          <w:b w:val="0"/>
          <w:i w:val="0"/>
          <w:color w:val="333333"/>
          <w:sz w:val="19"/>
        </w:rPr>
        <w:t>Tujuan pengisian Formulir Evaluasi Diri ini adalah agar calon dapat secara mandiri menilai tingkat profesiensi dari setiap kriteria unjuk kerja capaian pembelajaran mata kuliah atau modul pembelajaran dan menyampaikan bukti yang diperlukan untuk mendukung klaim tingkat profesiensinya.</w:t>
      </w:r>
    </w:p>
    <w:p>
      <w:pPr>
        <w:spacing w:after="100"/>
        <w:jc w:val="both"/>
      </w:pPr>
      <w:r>
        <w:rPr>
          <w:b w:val="0"/>
          <w:i w:val="0"/>
          <w:color w:val="333333"/>
          <w:sz w:val="19"/>
        </w:rPr>
        <w:t>Isilah setiap kriteria unjuk kerja atau capaian pembelajaran pada halaman-halaman berikut sesuai dengan tingkat profesiansi yang saudara miliki. Saudara harus jujur dalam melakukan penilaian ini.</w:t>
      </w:r>
    </w:p>
    <w:p>
      <w:pPr>
        <w:spacing w:before="100" w:after="60"/>
      </w:pPr>
      <w:r>
        <w:rPr>
          <w:color w:val="C9A15F"/>
          <w:sz w:val="22"/>
        </w:rPr>
        <w:t xml:space="preserve">▌ </w:t>
      </w:r>
      <w:r>
        <w:rPr>
          <w:b/>
          <w:color w:val="4B3F9E"/>
          <w:sz w:val="22"/>
        </w:rPr>
        <w:t>Catatan</w:t>
      </w:r>
    </w:p>
    <w:p>
      <w:pPr>
        <w:spacing w:after="200"/>
        <w:jc w:val="both"/>
      </w:pPr>
      <w:r>
        <w:rPr>
          <w:b w:val="0"/>
          <w:i w:val="0"/>
          <w:color w:val="333333"/>
          <w:sz w:val="19"/>
        </w:rPr>
        <w:t>Jika saudara merasa yakin dengan kemampuan yang saudara miliki atas pencapaian profesiensi setiap kriteria unjuk kerja atau capaian pembelajaran yang dideskripsikan pada halaman berikut, dimohon saudara dapat melampirkan bukti yang valid, otentik, terkini, dan mencukupi untuk mendukung klaim saudara atas pencapaian profesiensi yang baik, dan/atau sangat baik tersebut.</w:t>
      </w:r>
    </w:p>
    <w:p>
      <w:pPr>
        <w:spacing w:before="100" w:after="60"/>
      </w:pPr>
      <w:r>
        <w:rPr>
          <w:color w:val="C9A15F"/>
          <w:sz w:val="22"/>
        </w:rPr>
        <w:t xml:space="preserve">▌ </w:t>
      </w:r>
      <w:r>
        <w:rPr>
          <w:b/>
          <w:color w:val="4B3F9E"/>
          <w:sz w:val="22"/>
        </w:rPr>
        <w:t>Tingkat Profisiensi</w:t>
      </w:r>
    </w:p>
    <w:p>
      <w:pPr>
        <w:spacing w:after="100"/>
      </w:pPr>
      <w:r>
        <w:rPr>
          <w:b w:val="0"/>
          <w:i w:val="0"/>
          <w:sz w:val="19"/>
        </w:rPr>
        <w:t>Identifikasi tingkat profesiensi pencapaian saudara dalam kriteria unjuk kerja atau capaian pembelajaran dengan menggunakan jawaban berikut ini:</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9355" w:type="dxa"/>
      </w:tblPr>
      <w:tblGrid>
        <w:gridCol w:w="2041"/>
        <w:gridCol w:w="7314"/>
      </w:tblGrid>
      <w:tr>
        <w:tc>
          <w:tcPr>
            <w:tcW w:type="dxa" w:w="2041"/>
            <w:shd w:val="clear" w:color="auto" w:fill="4B3F9E"/>
            <w:tcMar>
              <w:top w:w="50" w:type="dxa"/>
              <w:bottom w:w="50" w:type="dxa"/>
              <w:start w:w="70" w:type="dxa"/>
              <w:end w:w="70" w:type="dxa"/>
            </w:tcMar>
            <w:vAlign w:val="center"/>
          </w:tcPr>
          <w:p>
            <w:pPr>
              <w:spacing w:after="0" w:before="0"/>
              <w:jc w:val="center"/>
            </w:pPr>
            <w:r/>
            <w:r>
              <w:rPr>
                <w:b/>
                <w:i w:val="0"/>
                <w:color w:val="FFFFFF"/>
                <w:sz w:val="19"/>
              </w:rPr>
              <w:t>Profisiensi / Kemampuan</w:t>
            </w:r>
          </w:p>
        </w:tc>
        <w:tc>
          <w:tcPr>
            <w:tcW w:type="dxa" w:w="7143"/>
            <w:shd w:val="clear" w:color="auto" w:fill="4B3F9E"/>
            <w:tcMar>
              <w:top w:w="50" w:type="dxa"/>
              <w:bottom w:w="50" w:type="dxa"/>
              <w:start w:w="70" w:type="dxa"/>
              <w:end w:w="70" w:type="dxa"/>
            </w:tcMar>
            <w:vAlign w:val="center"/>
          </w:tcPr>
          <w:p>
            <w:pPr>
              <w:spacing w:after="0" w:before="0"/>
              <w:jc w:val="center"/>
            </w:pPr>
            <w:r/>
            <w:r>
              <w:rPr>
                <w:b/>
                <w:i w:val="0"/>
                <w:color w:val="FFFFFF"/>
                <w:sz w:val="19"/>
              </w:rPr>
              <w:t>Uraian</w:t>
            </w:r>
          </w:p>
        </w:tc>
      </w:tr>
      <w:tr>
        <w:tc>
          <w:tcPr>
            <w:tcW w:type="dxa" w:w="5043"/>
            <w:tcMar>
              <w:top w:w="30" w:type="dxa"/>
              <w:bottom w:w="30" w:type="dxa"/>
              <w:start w:w="70" w:type="dxa"/>
              <w:end w:w="70" w:type="dxa"/>
            </w:tcMar>
            <w:vAlign w:val="center"/>
          </w:tcPr>
          <w:p>
            <w:pPr>
              <w:spacing w:after="0" w:before="0"/>
              <w:jc w:val="center"/>
            </w:pPr>
            <w:r/>
            <w:r>
              <w:rPr>
                <w:b/>
                <w:i w:val="0"/>
                <w:color w:val="4B3F9E"/>
                <w:sz w:val="19"/>
              </w:rPr>
              <w:t>Sangat baik</w:t>
            </w:r>
          </w:p>
        </w:tc>
        <w:tc>
          <w:tcPr>
            <w:tcW w:type="dxa" w:w="5043"/>
            <w:tcMar>
              <w:top w:w="30" w:type="dxa"/>
              <w:bottom w:w="30" w:type="dxa"/>
              <w:start w:w="70" w:type="dxa"/>
              <w:end w:w="70" w:type="dxa"/>
            </w:tcMar>
            <w:vAlign w:val="center"/>
          </w:tcPr>
          <w:p>
            <w:pPr>
              <w:spacing w:after="0" w:before="0"/>
            </w:pPr>
            <w:r/>
            <w:r>
              <w:rPr>
                <w:b w:val="0"/>
                <w:i w:val="0"/>
                <w:sz w:val="18"/>
              </w:rPr>
              <w:t>Saya melakukan tugas ini dengan sangat baik, atau</w:t>
              <w:br/>
              <w:t>Saya menguasai bahan kajian ini dengan sangat baik, atau</w:t>
              <w:br/>
              <w:t>Saya memiliki keterampilan ini, selalu digunakan dalam pekerjaan dengan tepat tanpa ada kesalahan</w:t>
            </w:r>
          </w:p>
        </w:tc>
      </w:tr>
      <w:tr>
        <w:tc>
          <w:tcPr>
            <w:tcW w:type="dxa" w:w="5043"/>
            <w:tcMar>
              <w:top w:w="30" w:type="dxa"/>
              <w:bottom w:w="30" w:type="dxa"/>
              <w:start w:w="70" w:type="dxa"/>
              <w:end w:w="70" w:type="dxa"/>
            </w:tcMar>
            <w:shd w:val="clear" w:color="auto" w:fill="F6F5FC"/>
            <w:vAlign w:val="center"/>
          </w:tcPr>
          <w:p>
            <w:pPr>
              <w:spacing w:after="0" w:before="0"/>
              <w:jc w:val="center"/>
            </w:pPr>
            <w:r/>
            <w:r>
              <w:rPr>
                <w:b/>
                <w:i w:val="0"/>
                <w:color w:val="4B3F9E"/>
                <w:sz w:val="19"/>
              </w:rPr>
              <w:t>Baik</w:t>
            </w:r>
          </w:p>
        </w:tc>
        <w:tc>
          <w:tcPr>
            <w:tcW w:type="dxa" w:w="5043"/>
            <w:tcMar>
              <w:top w:w="30" w:type="dxa"/>
              <w:bottom w:w="30" w:type="dxa"/>
              <w:start w:w="70" w:type="dxa"/>
              <w:end w:w="70" w:type="dxa"/>
            </w:tcMar>
            <w:shd w:val="clear" w:color="auto" w:fill="F6F5FC"/>
            <w:vAlign w:val="center"/>
          </w:tcPr>
          <w:p>
            <w:pPr>
              <w:spacing w:after="0" w:before="0"/>
            </w:pPr>
            <w:r/>
            <w:r>
              <w:rPr>
                <w:b w:val="0"/>
                <w:i w:val="0"/>
                <w:sz w:val="18"/>
              </w:rPr>
              <w:t>Saya melakukan tugas ini dengan baik, atau</w:t>
              <w:br/>
              <w:t>Saya menguasai bahan kajian ini dengan baik, atau</w:t>
              <w:br/>
              <w:t>Saya memiliki keterampilan ini, dan kadang-kadang digunakan dalam pekerjaan</w:t>
            </w:r>
          </w:p>
        </w:tc>
      </w:tr>
      <w:tr>
        <w:tc>
          <w:tcPr>
            <w:tcW w:type="dxa" w:w="5043"/>
            <w:tcMar>
              <w:top w:w="30" w:type="dxa"/>
              <w:bottom w:w="30" w:type="dxa"/>
              <w:start w:w="70" w:type="dxa"/>
              <w:end w:w="70" w:type="dxa"/>
            </w:tcMar>
            <w:vAlign w:val="center"/>
          </w:tcPr>
          <w:p>
            <w:pPr>
              <w:spacing w:after="0" w:before="0"/>
              <w:jc w:val="center"/>
            </w:pPr>
            <w:r/>
            <w:r>
              <w:rPr>
                <w:b/>
                <w:i w:val="0"/>
                <w:color w:val="4B3F9E"/>
                <w:sz w:val="19"/>
              </w:rPr>
              <w:t>Tidak pernah</w:t>
            </w:r>
          </w:p>
        </w:tc>
        <w:tc>
          <w:tcPr>
            <w:tcW w:type="dxa" w:w="5043"/>
            <w:tcMar>
              <w:top w:w="30" w:type="dxa"/>
              <w:bottom w:w="30" w:type="dxa"/>
              <w:start w:w="70" w:type="dxa"/>
              <w:end w:w="70" w:type="dxa"/>
            </w:tcMar>
            <w:vAlign w:val="center"/>
          </w:tcPr>
          <w:p>
            <w:pPr>
              <w:spacing w:after="0" w:before="0"/>
            </w:pPr>
            <w:r/>
            <w:r>
              <w:rPr>
                <w:b w:val="0"/>
                <w:i w:val="0"/>
                <w:sz w:val="18"/>
              </w:rPr>
              <w:t>Saya tidak pernah melakukan tugas ini, atau</w:t>
              <w:br/>
              <w:t>Saya tidak menguasai bahan kajian ini, atau</w:t>
              <w:br/>
              <w:t>Saya tidak memiliki keterampilan ini</w:t>
            </w:r>
          </w:p>
        </w:tc>
      </w:tr>
    </w:tbl>
    <w:p>
      <w:pPr>
        <w:spacing w:before="100" w:after="60"/>
      </w:pPr>
      <w:r>
        <w:rPr>
          <w:color w:val="C9A15F"/>
          <w:sz w:val="22"/>
        </w:rPr>
        <w:t xml:space="preserve">▌ </w:t>
      </w:r>
      <w:r>
        <w:rPr>
          <w:b/>
          <w:color w:val="4B3F9E"/>
          <w:sz w:val="22"/>
        </w:rPr>
        <w:t>Jenis Bukti</w:t>
      </w:r>
    </w:p>
    <w:p>
      <w:pPr>
        <w:spacing w:after="120"/>
        <w:jc w:val="both"/>
      </w:pPr>
      <w:r>
        <w:rPr>
          <w:b w:val="0"/>
          <w:i w:val="0"/>
          <w:sz w:val="19"/>
        </w:rPr>
        <w:t>Bukti yang dapat digunakan untuk mendukung klaim saudara atas pencapaian profesiensi yang baik dan atau sangat baik tersebut adalah:</w:t>
      </w:r>
    </w:p>
    <w:p>
      <w:pPr>
        <w:spacing w:after="120"/>
        <w:jc w:val="both"/>
      </w:pPr>
      <w:r>
        <w:rPr>
          <w:b w:val="0"/>
          <w:i w:val="0"/>
          <w:sz w:val="19"/>
        </w:rPr>
        <w:t>Untuk Rekognisi dari Capaian Pembelajaran Formal sebelumnya, yaitu untuk calon mahasiswa yang mengajukan rekognisi Capaian Pembelajaran yang diperoleh dari pendidikan formal pada Program Studi pada Perguruan Tinggi sebelumnya, misal, pernah mengikuti kuliah di Perguruan Tinggi, baik selesai maupun tidak selesai/putus kuliah, maka calon dapat mengajukan bukti berupa, Ijazah dan/atau Transkrip Nilai, atau Surat Keterangan Lulus Mata Kuliah yang pernah ditempuh di jenjang Pendidikan Tinggi sebelumnya, dan dilengkapi dengan informasi silabusnya.</w:t>
      </w:r>
    </w:p>
    <w:p>
      <w:pPr>
        <w:spacing w:after="60"/>
        <w:jc w:val="both"/>
      </w:pPr>
      <w:r>
        <w:rPr>
          <w:b w:val="0"/>
          <w:i w:val="0"/>
          <w:sz w:val="19"/>
        </w:rPr>
        <w:t>Untuk Rekognisi dari Capaian Pembelajaran Nonformal, Informal dan Pengalaman Kerja, yaitu untuk calon mahasiswa yang mengajukan rekognsi Capaian Pembelajaran yang diperoleh dari pendidikan nonformal, informal dan/atau pengalaman kerja, dapat mengajukan bukti berupa, tetapi tidak terbatas pada:</w:t>
      </w:r>
    </w:p>
    <w:p>
      <w:pPr>
        <w:spacing w:after="20"/>
        <w:ind w:left="283"/>
      </w:pPr>
      <w:r>
        <w:rPr>
          <w:sz w:val="18"/>
        </w:rPr>
        <w:t>• Daftar Riwayat pekerjaan dengan rincian tugas yang dilakukan (lihat lampiran);</w:t>
      </w:r>
    </w:p>
    <w:p>
      <w:pPr>
        <w:spacing w:after="20"/>
        <w:ind w:left="283"/>
      </w:pPr>
      <w:r>
        <w:rPr>
          <w:sz w:val="18"/>
        </w:rPr>
        <w:t>• Sertifikat Kompetensi;</w:t>
      </w:r>
    </w:p>
    <w:p>
      <w:pPr>
        <w:spacing w:after="20"/>
        <w:ind w:left="283"/>
      </w:pPr>
      <w:r>
        <w:rPr>
          <w:sz w:val="18"/>
        </w:rPr>
        <w:t>• Sertifikat pengoperasian/lisensi; (misalnya, operator forklift, crane, dsb.);</w:t>
      </w:r>
    </w:p>
    <w:p>
      <w:pPr>
        <w:spacing w:after="20"/>
        <w:ind w:left="283"/>
      </w:pPr>
      <w:r>
        <w:rPr>
          <w:sz w:val="18"/>
        </w:rPr>
        <w:t>• Foto atau video pekerjaan yang pernah dilakukan;</w:t>
      </w:r>
    </w:p>
    <w:p>
      <w:pPr>
        <w:spacing w:after="20"/>
        <w:ind w:left="283"/>
      </w:pPr>
      <w:r>
        <w:rPr>
          <w:sz w:val="18"/>
        </w:rPr>
        <w:t>• Buku harian;</w:t>
      </w:r>
    </w:p>
    <w:p>
      <w:pPr>
        <w:spacing w:after="20"/>
        <w:ind w:left="283"/>
      </w:pPr>
      <w:r>
        <w:rPr>
          <w:sz w:val="18"/>
        </w:rPr>
        <w:t>• Lembar tugas / lembar kerja ketika bekerja di perusahaan;</w:t>
      </w:r>
    </w:p>
    <w:p>
      <w:pPr>
        <w:spacing w:after="20"/>
        <w:ind w:left="283"/>
      </w:pPr>
      <w:r>
        <w:rPr>
          <w:sz w:val="18"/>
        </w:rPr>
        <w:t>• Dokumen analisis/perancangan (parsial atau lengkap) ketika bekerja di perusahaan;</w:t>
      </w:r>
    </w:p>
    <w:p>
      <w:pPr>
        <w:spacing w:after="20"/>
        <w:ind w:left="283"/>
      </w:pPr>
      <w:r>
        <w:rPr>
          <w:sz w:val="18"/>
        </w:rPr>
        <w:t>• Logbook;</w:t>
      </w:r>
    </w:p>
    <w:p>
      <w:pPr>
        <w:spacing w:after="20"/>
        <w:ind w:left="283"/>
      </w:pPr>
      <w:r>
        <w:rPr>
          <w:sz w:val="18"/>
        </w:rPr>
        <w:t>• Catatan pelatihan di lokasi tempat kerja;</w:t>
      </w:r>
    </w:p>
    <w:p>
      <w:pPr>
        <w:spacing w:after="20"/>
        <w:ind w:left="283"/>
      </w:pPr>
      <w:r>
        <w:rPr>
          <w:sz w:val="18"/>
        </w:rPr>
        <w:t>• Keanggotaan asosiasi profesi yang relevan;</w:t>
      </w:r>
    </w:p>
    <w:p>
      <w:pPr>
        <w:spacing w:after="20"/>
        <w:ind w:left="283"/>
      </w:pPr>
      <w:r>
        <w:rPr>
          <w:sz w:val="18"/>
        </w:rPr>
        <w:t>• Referensi / surat keterangan/ laporan verifikasi pihak ketiga dari pemberi kerja / supervisor;</w:t>
      </w:r>
    </w:p>
    <w:p>
      <w:pPr>
        <w:spacing w:after="20"/>
        <w:ind w:left="283"/>
      </w:pPr>
      <w:r>
        <w:rPr>
          <w:sz w:val="18"/>
        </w:rPr>
        <w:t>• Penghargaan dari industri; dan</w:t>
      </w:r>
    </w:p>
    <w:p>
      <w:pPr>
        <w:spacing w:after="20"/>
        <w:ind w:left="283"/>
      </w:pPr>
      <w:r>
        <w:rPr>
          <w:sz w:val="18"/>
        </w:rPr>
        <w:t>• Penilaian kinerja dari perusahaan.</w:t>
      </w:r>
    </w:p>
    <w:p>
      <w:pPr>
        <w:spacing w:after="80"/>
      </w:pPr>
    </w:p>
    <w:p>
      <w:pPr>
        <w:spacing w:before="100" w:after="60"/>
      </w:pPr>
      <w:r>
        <w:rPr>
          <w:color w:val="C9A15F"/>
          <w:sz w:val="22"/>
        </w:rPr>
        <w:t xml:space="preserve">▌ </w:t>
      </w:r>
      <w:r>
        <w:rPr>
          <w:b/>
          <w:color w:val="4B3F9E"/>
          <w:sz w:val="22"/>
        </w:rPr>
        <w:t>Prinsip Verifikasi Bukti oleh Asesor (VATM)</w:t>
      </w:r>
    </w:p>
    <w:p>
      <w:pPr>
        <w:spacing w:after="80"/>
        <w:jc w:val="both"/>
      </w:pPr>
      <w:r>
        <w:rPr>
          <w:b w:val="0"/>
          <w:i w:val="0"/>
          <w:sz w:val="19"/>
        </w:rPr>
        <w:t>Bukti untuk mendukung klaim calon atas pernyataan kriteria capaian pembelajaran mata kuliah atau modul pembelajaran yang dilampirkan calon pada saat mengajukan lamaran akan diverifikasi dan divalidasi oleh Asesor sesuai prinsip bukti, yaitu, sahih (V), otentik (A), terkini (T) dan cukup (M), yaitu:</w:t>
      </w:r>
    </w:p>
    <w:p>
      <w:pPr>
        <w:spacing w:after="20"/>
        <w:ind w:left="227"/>
      </w:pPr>
      <w:r>
        <w:rPr>
          <w:b/>
          <w:color w:val="4B3F9E"/>
          <w:sz w:val="18"/>
        </w:rPr>
        <w:t xml:space="preserve">• Sahih (Valid): </w:t>
      </w:r>
      <w:r>
        <w:rPr>
          <w:sz w:val="18"/>
        </w:rPr>
        <w:t>ada hubungan yang jelas antara persyaratan bukti dari unit kompetensi/mata kuliah yang akan dinilai dengan bukti yang menjadi dasar penilaian;</w:t>
      </w:r>
    </w:p>
    <w:p>
      <w:pPr>
        <w:spacing w:after="20"/>
        <w:ind w:left="227"/>
      </w:pPr>
      <w:r>
        <w:rPr>
          <w:b/>
          <w:color w:val="4B3F9E"/>
          <w:sz w:val="18"/>
        </w:rPr>
        <w:t xml:space="preserve">• Otentik/Asli: </w:t>
      </w:r>
      <w:r>
        <w:rPr>
          <w:sz w:val="18"/>
        </w:rPr>
        <w:t>dapat dibuktikan bahwa buktinya adalah karya calon sendiri.</w:t>
      </w:r>
    </w:p>
    <w:p>
      <w:pPr>
        <w:spacing w:after="20"/>
        <w:ind w:left="227"/>
      </w:pPr>
      <w:r>
        <w:rPr>
          <w:b/>
          <w:color w:val="4B3F9E"/>
          <w:sz w:val="18"/>
        </w:rPr>
        <w:t xml:space="preserve">• Terkini: </w:t>
      </w:r>
      <w:r>
        <w:rPr>
          <w:sz w:val="18"/>
        </w:rPr>
        <w:t>bukti menunjukkan pengetahuan dan keterampilan kandidat saat ini;</w:t>
      </w:r>
    </w:p>
    <w:p>
      <w:pPr>
        <w:spacing w:after="20"/>
        <w:ind w:left="227"/>
      </w:pPr>
      <w:r>
        <w:rPr>
          <w:b/>
          <w:color w:val="4B3F9E"/>
          <w:sz w:val="18"/>
        </w:rPr>
        <w:t xml:space="preserve">• Cukup/Memadai: </w:t>
      </w:r>
      <w:r>
        <w:rPr>
          <w:sz w:val="18"/>
        </w:rPr>
        <w:t>kriteria mengacu kepada kriteria unjuk kerja dan panduan bukti: mendemonstrasikan kompetensi selama periode waktu tertentu; mengacu kepada semua dimensi kompetensi; dan mendemonstrasikan kompetensi dalam konteks yang berbeda;</w:t>
      </w:r>
    </w:p>
    <w:p>
      <w:pPr>
        <w:spacing w:after="200"/>
        <w:jc w:val="both"/>
      </w:pPr>
      <w:r>
        <w:rPr>
          <w:b w:val="0"/>
          <w:i w:val="0"/>
          <w:sz w:val="19"/>
        </w:rPr>
        <w:t>Berikut adalah Formulir Evaluasi Diri untuk Mata Kuliah yang dapat dilamar dengan rekognisi (RPL). Calon dapat memilih Formulir Evaluasi Diri sesuai dengan hasil belajar yang telah dimilikinya, baik yang berasal dari pendidikan formal, maupun dari pendidikan nonformal, informal, dan/atau pengalaman kerja.</w:t>
      </w:r>
    </w:p>
    <w:p>
      <w:pPr>
        <w:sectPr>
          <w:pgSz w:w="12240" w:h="15840"/>
          <w:pgMar w:top="907" w:right="1020" w:bottom="794" w:left="1134" w:header="720" w:footer="720" w:gutter="0"/>
          <w:cols w:space="720"/>
          <w:docGrid w:linePitch="360"/>
        </w:sectPr>
      </w:pPr>
    </w:p>
    <w:p>
      <w:pPr>
        <w:spacing w:before="100" w:after="60"/>
      </w:pPr>
      <w:r>
        <w:rPr>
          <w:color w:val="C9A15F"/>
          <w:sz w:val="22"/>
        </w:rPr>
        <w:t xml:space="preserve">▌ </w:t>
      </w:r>
      <w:r>
        <w:rPr>
          <w:b/>
          <w:color w:val="4B3F9E"/>
          <w:sz w:val="22"/>
        </w:rPr>
        <w:t>Non Konsentrasi</w:t>
      </w:r>
    </w:p>
    <w:p>
      <w:pPr>
        <w:spacing w:after="80"/>
      </w:pPr>
    </w:p>
    <w:tbl>
      <w:tblPr>
        <w:tblW w:type="auto" w:w="0"/>
        <w:jc w:val="center"/>
        <w:tblLayout w:type="fixed"/>
        <w:tblLook w:firstColumn="1" w:firstRow="1" w:lastColumn="0" w:lastRow="0" w:noHBand="0" w:noVBand="1" w:val="04A0"/>
        <w:tblBorders>
          <w:top w:val="single" w:sz="4" w:space="0" w:color="D9D6F2"/>
          <w:left w:val="single" w:sz="4" w:space="0" w:color="D9D6F2"/>
          <w:bottom w:val="single" w:sz="4" w:space="0" w:color="D9D6F2"/>
          <w:right w:val="single" w:sz="4" w:space="0" w:color="D9D6F2"/>
          <w:insideH w:val="single" w:sz="4" w:space="0" w:color="D9D6F2"/>
          <w:insideV w:val="single" w:sz="4" w:space="0" w:color="D9D6F2"/>
        </w:tblBorders>
        <w:tblLayout w:type="fixed"/>
        <w:tblW w:w="14968" w:type="dxa"/>
      </w:tblPr>
      <w:tblGrid>
        <w:gridCol w:w="2381"/>
        <w:gridCol w:w="12587"/>
      </w:tblGrid>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Formulir</w:t>
            </w:r>
          </w:p>
        </w:tc>
        <w:tc>
          <w:tcPr>
            <w:tcW w:type="dxa" w:w="12586"/>
            <w:tcMar>
              <w:top w:w="30" w:type="dxa"/>
              <w:bottom w:w="30" w:type="dxa"/>
              <w:start w:w="70" w:type="dxa"/>
              <w:end w:w="70" w:type="dxa"/>
            </w:tcMar>
            <w:vAlign w:val="center"/>
          </w:tcPr>
          <w:p>
            <w:pPr>
              <w:spacing w:after="0" w:before="0"/>
            </w:pPr>
            <w:r/>
            <w:r>
              <w:rPr>
                <w:b w:val="0"/>
                <w:i w:val="0"/>
                <w:sz w:val="18"/>
              </w:rPr>
              <w:t>FED-01</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Nama Mata Kuliah</w:t>
            </w:r>
          </w:p>
        </w:tc>
        <w:tc>
          <w:tcPr>
            <w:tcW w:type="dxa" w:w="12586"/>
            <w:tcMar>
              <w:top w:w="30" w:type="dxa"/>
              <w:bottom w:w="30" w:type="dxa"/>
              <w:start w:w="70" w:type="dxa"/>
              <w:end w:w="70" w:type="dxa"/>
            </w:tcMar>
            <w:vAlign w:val="center"/>
          </w:tcPr>
          <w:p>
            <w:pPr>
              <w:spacing w:after="0" w:before="0"/>
            </w:pPr>
            <w:r/>
            <w:r>
              <w:rPr>
                <w:b w:val="0"/>
                <w:i w:val="0"/>
                <w:sz w:val="18"/>
              </w:rPr>
              <w:t>Teori dan Filsafat Hukum</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Kode Mata Kuliah</w:t>
            </w:r>
          </w:p>
        </w:tc>
        <w:tc>
          <w:tcPr>
            <w:tcW w:type="dxa" w:w="12586"/>
            <w:tcMar>
              <w:top w:w="30" w:type="dxa"/>
              <w:bottom w:w="30" w:type="dxa"/>
              <w:start w:w="70" w:type="dxa"/>
              <w:end w:w="70" w:type="dxa"/>
            </w:tcMar>
            <w:vAlign w:val="center"/>
          </w:tcPr>
          <w:p>
            <w:pPr>
              <w:spacing w:after="0" w:before="0"/>
            </w:pPr>
            <w:r/>
            <w:r>
              <w:rPr>
                <w:b w:val="0"/>
                <w:i w:val="0"/>
                <w:sz w:val="18"/>
              </w:rPr>
              <w:t>3HS225201</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SKS</w:t>
            </w:r>
          </w:p>
        </w:tc>
        <w:tc>
          <w:tcPr>
            <w:tcW w:type="dxa" w:w="12586"/>
            <w:tcMar>
              <w:top w:w="30" w:type="dxa"/>
              <w:bottom w:w="30" w:type="dxa"/>
              <w:start w:w="70" w:type="dxa"/>
              <w:end w:w="70" w:type="dxa"/>
            </w:tcMar>
            <w:vAlign w:val="center"/>
          </w:tcPr>
          <w:p>
            <w:pPr>
              <w:spacing w:after="0" w:before="0"/>
            </w:pPr>
            <w:r/>
            <w:r>
              <w:rPr>
                <w:b w:val="0"/>
                <w:i w:val="0"/>
                <w:sz w:val="18"/>
              </w:rPr>
              <w:t>3</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Deskripsi Mata Kuliah</w:t>
            </w:r>
          </w:p>
        </w:tc>
        <w:tc>
          <w:tcPr>
            <w:tcW w:type="dxa" w:w="12586"/>
            <w:tcMar>
              <w:top w:w="30" w:type="dxa"/>
              <w:bottom w:w="30" w:type="dxa"/>
              <w:start w:w="70" w:type="dxa"/>
              <w:end w:w="70" w:type="dxa"/>
            </w:tcMar>
            <w:vAlign w:val="center"/>
          </w:tcPr>
          <w:p>
            <w:pPr>
              <w:spacing w:after="0" w:before="0"/>
              <w:jc w:val="both"/>
            </w:pPr>
            <w:r/>
            <w:r>
              <w:rPr>
                <w:b w:val="0"/>
                <w:i w:val="0"/>
                <w:sz w:val="18"/>
              </w:rPr>
              <w:t>-</w:t>
            </w:r>
          </w:p>
        </w:tc>
      </w:tr>
    </w:tbl>
    <w:p>
      <w:pPr>
        <w:spacing w:after="80"/>
      </w:pPr>
    </w:p>
    <w:tbl>
      <w:tblPr>
        <w:tblW w:type="auto" w:w="0"/>
        <w:jc w:val="center"/>
        <w:tblLayout w:type="fixed"/>
        <w:tblLook w:firstColumn="1" w:firstRow="1" w:lastColumn="0" w:lastRow="0" w:noHBand="0" w:noVBand="1" w:val="04A0"/>
        <w:tblBorders>
          <w:top w:val="single" w:sz="6" w:space="0" w:color="6D5DD3"/>
          <w:left w:val="single" w:sz="6" w:space="0" w:color="6D5DD3"/>
          <w:bottom w:val="single" w:sz="6" w:space="0" w:color="6D5DD3"/>
          <w:right w:val="single" w:sz="6" w:space="0" w:color="6D5DD3"/>
          <w:insideH w:val="single" w:sz="6" w:space="0" w:color="6D5DD3"/>
          <w:insideV w:val="single" w:sz="6" w:space="0" w:color="6D5DD3"/>
        </w:tblBorders>
        <w:tblLayout w:type="fixed"/>
        <w:tblW w:w="14968" w:type="dxa"/>
      </w:tblPr>
      <w:tblGrid>
        <w:gridCol w:w="4762"/>
        <w:gridCol w:w="907"/>
        <w:gridCol w:w="793"/>
        <w:gridCol w:w="963"/>
        <w:gridCol w:w="481"/>
        <w:gridCol w:w="481"/>
        <w:gridCol w:w="481"/>
        <w:gridCol w:w="481"/>
        <w:gridCol w:w="2494"/>
        <w:gridCol w:w="3118"/>
      </w:tblGrid>
      <w:tr>
        <w:tc>
          <w:tcPr>
            <w:tcW w:type="dxa" w:w="4762"/>
            <w:vMerge w:val="restart"/>
            <w:shd w:val="clear" w:color="auto" w:fill="4B3F9E"/>
            <w:tcMar>
              <w:top w:w="30" w:type="dxa"/>
              <w:bottom w:w="30" w:type="dxa"/>
              <w:start w:w="70" w:type="dxa"/>
              <w:end w:w="70" w:type="dxa"/>
            </w:tcMar>
            <w:vAlign w:val="center"/>
          </w:tcPr>
          <w:p>
            <w:pPr>
              <w:spacing w:after="0" w:before="0"/>
              <w:jc w:val="center"/>
            </w:pPr>
            <w:r/>
            <w:r>
              <w:rPr>
                <w:b/>
                <w:i w:val="0"/>
                <w:color w:val="FFFFFF"/>
                <w:sz w:val="17"/>
              </w:rPr>
              <w:t>Kemampuan Akhir / Capaian Pembelajaran (CPMK)</w:t>
            </w:r>
          </w:p>
        </w:tc>
        <w:tc>
          <w:tcPr>
            <w:tcW w:type="dxa" w:w="907"/>
            <w:gridSpan w:val="3"/>
            <w:shd w:val="clear" w:color="auto" w:fill="4B3F9E"/>
            <w:tcMar>
              <w:top w:w="30" w:type="dxa"/>
              <w:bottom w:w="30" w:type="dxa"/>
              <w:start w:w="70" w:type="dxa"/>
              <w:end w:w="70" w:type="dxa"/>
            </w:tcMar>
            <w:vAlign w:val="center"/>
          </w:tcPr>
          <w:p>
            <w:pPr>
              <w:spacing w:after="0" w:before="0"/>
              <w:jc w:val="center"/>
            </w:pPr>
            <w:r/>
            <w:r>
              <w:rPr>
                <w:b/>
                <w:i w:val="0"/>
                <w:color w:val="FFFFFF"/>
                <w:sz w:val="17"/>
              </w:rPr>
              <w:t>Profisiensi saat ini *</w:t>
            </w:r>
          </w:p>
        </w:tc>
        <w:tc>
          <w:tcPr>
            <w:tcW w:type="dxa" w:w="482"/>
            <w:gridSpan w:val="4"/>
            <w:shd w:val="clear" w:color="auto" w:fill="4B3F9E"/>
            <w:tcMar>
              <w:top w:w="30" w:type="dxa"/>
              <w:bottom w:w="30" w:type="dxa"/>
              <w:start w:w="70" w:type="dxa"/>
              <w:end w:w="70" w:type="dxa"/>
            </w:tcMar>
            <w:vAlign w:val="center"/>
          </w:tcPr>
          <w:p>
            <w:pPr>
              <w:spacing w:after="0" w:before="0"/>
              <w:jc w:val="center"/>
            </w:pPr>
            <w:r/>
            <w:r>
              <w:rPr>
                <w:b/>
                <w:i w:val="0"/>
                <w:color w:val="FFFFFF"/>
                <w:sz w:val="17"/>
              </w:rPr>
              <w:t>Hasil evaluasi Asesor</w:t>
            </w:r>
          </w:p>
        </w:tc>
        <w:tc>
          <w:tcPr>
            <w:tcW w:type="dxa" w:w="2494"/>
            <w:gridSpan w:val="2"/>
            <w:shd w:val="clear" w:color="auto" w:fill="4B3F9E"/>
            <w:tcMar>
              <w:top w:w="30" w:type="dxa"/>
              <w:bottom w:w="30" w:type="dxa"/>
              <w:start w:w="70" w:type="dxa"/>
              <w:end w:w="70" w:type="dxa"/>
            </w:tcMar>
            <w:vAlign w:val="center"/>
          </w:tcPr>
          <w:p>
            <w:pPr>
              <w:spacing w:after="0" w:before="0"/>
              <w:jc w:val="center"/>
            </w:pPr>
            <w:r/>
            <w:r>
              <w:rPr>
                <w:b/>
                <w:i w:val="0"/>
                <w:color w:val="FFFFFF"/>
                <w:sz w:val="17"/>
              </w:rPr>
              <w:t>Bukti yang disampaikan *</w:t>
            </w:r>
          </w:p>
        </w:tc>
      </w:tr>
      <w:tr>
        <w:tc>
          <w:tcPr>
            <w:tcW w:type="dxa" w:w="4762"/>
            <w:vMerge/>
          </w:tcPr>
          <w:p/>
        </w:tc>
        <w:tc>
          <w:tcPr>
            <w:tcW w:type="dxa" w:w="907"/>
            <w:shd w:val="clear" w:color="auto" w:fill="6D5DD3"/>
            <w:tcMar>
              <w:top w:w="20" w:type="dxa"/>
              <w:bottom w:w="20" w:type="dxa"/>
              <w:start w:w="70" w:type="dxa"/>
              <w:end w:w="70" w:type="dxa"/>
            </w:tcMar>
            <w:vAlign w:val="center"/>
          </w:tcPr>
          <w:p>
            <w:pPr>
              <w:spacing w:after="0" w:before="0"/>
              <w:jc w:val="center"/>
            </w:pPr>
            <w:r/>
            <w:r>
              <w:rPr>
                <w:b/>
                <w:i w:val="0"/>
                <w:color w:val="FFFFFF"/>
                <w:sz w:val="16"/>
              </w:rPr>
              <w:t>Sangat baik</w:t>
            </w:r>
          </w:p>
        </w:tc>
        <w:tc>
          <w:tcPr>
            <w:tcW w:type="dxa" w:w="794"/>
            <w:shd w:val="clear" w:color="auto" w:fill="6D5DD3"/>
            <w:tcMar>
              <w:top w:w="20" w:type="dxa"/>
              <w:bottom w:w="20" w:type="dxa"/>
              <w:start w:w="70" w:type="dxa"/>
              <w:end w:w="70" w:type="dxa"/>
            </w:tcMar>
            <w:vAlign w:val="center"/>
          </w:tcPr>
          <w:p>
            <w:pPr>
              <w:spacing w:after="0" w:before="0"/>
              <w:jc w:val="center"/>
            </w:pPr>
            <w:r/>
            <w:r>
              <w:rPr>
                <w:b/>
                <w:i w:val="0"/>
                <w:color w:val="FFFFFF"/>
                <w:sz w:val="16"/>
              </w:rPr>
              <w:t>Baik</w:t>
            </w:r>
          </w:p>
        </w:tc>
        <w:tc>
          <w:tcPr>
            <w:tcW w:type="dxa" w:w="964"/>
            <w:shd w:val="clear" w:color="auto" w:fill="6D5DD3"/>
            <w:tcMar>
              <w:top w:w="20" w:type="dxa"/>
              <w:bottom w:w="20" w:type="dxa"/>
              <w:start w:w="70" w:type="dxa"/>
              <w:end w:w="70" w:type="dxa"/>
            </w:tcMar>
            <w:vAlign w:val="center"/>
          </w:tcPr>
          <w:p>
            <w:pPr>
              <w:spacing w:after="0" w:before="0"/>
              <w:jc w:val="center"/>
            </w:pPr>
            <w:r/>
            <w:r>
              <w:rPr>
                <w:b/>
                <w:i w:val="0"/>
                <w:color w:val="FFFFFF"/>
                <w:sz w:val="16"/>
              </w:rPr>
              <w:t>Tidak pernah</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V</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A</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T</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M</w:t>
            </w:r>
          </w:p>
        </w:tc>
        <w:tc>
          <w:tcPr>
            <w:tcW w:type="dxa" w:w="2494"/>
            <w:shd w:val="clear" w:color="auto" w:fill="6D5DD3"/>
            <w:tcMar>
              <w:top w:w="20" w:type="dxa"/>
              <w:bottom w:w="20" w:type="dxa"/>
              <w:start w:w="70" w:type="dxa"/>
              <w:end w:w="70" w:type="dxa"/>
            </w:tcMar>
            <w:vAlign w:val="center"/>
          </w:tcPr>
          <w:p>
            <w:pPr>
              <w:spacing w:after="0" w:before="0"/>
              <w:jc w:val="center"/>
            </w:pPr>
            <w:r/>
            <w:r>
              <w:rPr>
                <w:b/>
                <w:i w:val="0"/>
                <w:color w:val="FFFFFF"/>
                <w:sz w:val="16"/>
              </w:rPr>
              <w:t>Nomor Dokumen</w:t>
            </w:r>
          </w:p>
        </w:tc>
        <w:tc>
          <w:tcPr>
            <w:tcW w:type="dxa" w:w="3118"/>
            <w:shd w:val="clear" w:color="auto" w:fill="6D5DD3"/>
            <w:tcMar>
              <w:top w:w="20" w:type="dxa"/>
              <w:bottom w:w="20" w:type="dxa"/>
              <w:start w:w="70" w:type="dxa"/>
              <w:end w:w="70" w:type="dxa"/>
            </w:tcMar>
            <w:vAlign w:val="center"/>
          </w:tcPr>
          <w:p>
            <w:pPr>
              <w:spacing w:after="0" w:before="0"/>
              <w:jc w:val="center"/>
            </w:pPr>
            <w:r/>
            <w:r>
              <w:rPr>
                <w:b/>
                <w:i w:val="0"/>
                <w:color w:val="FFFFFF"/>
                <w:sz w:val="16"/>
              </w:rPr>
              <w:t>Jenis Dokumen</w:t>
            </w:r>
          </w:p>
        </w:tc>
      </w:tr>
      <w:tr>
        <w:tc>
          <w:tcPr>
            <w:tcW w:type="dxa" w:w="4762"/>
            <w:tcMar>
              <w:top w:w="20" w:type="dxa"/>
              <w:bottom w:w="20" w:type="dxa"/>
              <w:start w:w="50" w:type="dxa"/>
              <w:end w:w="50" w:type="dxa"/>
            </w:tcMar>
            <w:vAlign w:val="center"/>
          </w:tcPr>
          <w:p>
            <w:pPr>
              <w:spacing w:after="0" w:before="0"/>
            </w:pPr>
            <w:r/>
            <w:r>
              <w:rPr>
                <w:b w:val="0"/>
                <w:i w:val="0"/>
                <w:sz w:val="17"/>
              </w:rPr>
              <w:t>Mahasiswa mampu menganalisis aliran-aliran utama teori dan filsafat hukum (hukum alam, positivisme, mazhab sejarah, realisme, dan sociological jurisprudence) sebagai landasan ontologis, epistemologis, dan aksiologis pembentukan norma hukum.</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Mahasiswa mampu mengkritisi relasi antara moralitas, kekuasaan, dan ekonomi dengan sistem hukum secara argumentatif menggunakan perspektif teori hukum yang relevan.</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Mahasiswa mampu merumuskan argumentasi teoretis untuk penyelesaian persoalan hukum di Indonesia berdasarkan evaluasi relevansi teori hukum kontemporer (Hukum Progresif, Teori Hukum Pembangunan, dan Teori Hukum Integratif).</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bl>
    <w:p>
      <w:pPr>
        <w:spacing w:after="80"/>
      </w:pPr>
      <w:r>
        <w:rPr>
          <w:b w:val="0"/>
          <w:i/>
          <w:color w:val="6B7280"/>
          <w:sz w:val="16"/>
        </w:rPr>
        <w:t>Keterangan: kolom bertanda * diisi oleh pelamar RPL; kolom V/A/T/M diisi oleh Asesor.</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14968" w:type="dxa"/>
      </w:tblPr>
      <w:tblGrid>
        <w:gridCol w:w="4536"/>
        <w:gridCol w:w="5103"/>
        <w:gridCol w:w="5329"/>
      </w:tblGrid>
      <w:tr>
        <w:tc>
          <w:tcPr>
            <w:tcW w:type="dxa" w:w="4535"/>
            <w:tcMar>
              <w:top w:w="30" w:type="dxa"/>
              <w:bottom w:w="30" w:type="dxa"/>
              <w:start w:w="70" w:type="dxa"/>
              <w:end w:w="70" w:type="dxa"/>
            </w:tcMar>
            <w:vAlign w:val="center"/>
          </w:tcPr>
          <w:p>
            <w:pPr>
              <w:spacing w:after="0" w:before="0"/>
            </w:pPr>
            <w:r/>
            <w:r>
              <w:rPr>
                <w:b w:val="0"/>
                <w:i w:val="0"/>
                <w:sz w:val="18"/>
              </w:rPr>
              <w:t>Tanggal :</w:t>
            </w:r>
          </w:p>
        </w:tc>
        <w:tc>
          <w:tcPr>
            <w:tcW w:type="dxa" w:w="5102"/>
            <w:vMerge w:val="restart"/>
            <w:tcMar>
              <w:top w:w="30" w:type="dxa"/>
              <w:bottom w:w="30" w:type="dxa"/>
              <w:start w:w="70" w:type="dxa"/>
              <w:end w:w="70" w:type="dxa"/>
            </w:tcMar>
          </w:tcPr>
          <w:p>
            <w:r/>
            <w:r>
              <w:rPr>
                <w:sz w:val="18"/>
              </w:rPr>
              <w:t>Lokasi Penelitian :</w:t>
            </w:r>
          </w:p>
        </w:tc>
        <w:tc>
          <w:tcPr>
            <w:tcW w:type="dxa" w:w="5329"/>
            <w:vMerge w:val="restart"/>
            <w:tcMar>
              <w:top w:w="30" w:type="dxa"/>
              <w:bottom w:w="30" w:type="dxa"/>
              <w:start w:w="70" w:type="dxa"/>
              <w:end w:w="70" w:type="dxa"/>
            </w:tcMar>
          </w:tcPr>
          <w:p>
            <w:r/>
            <w:r>
              <w:rPr>
                <w:sz w:val="18"/>
              </w:rPr>
              <w:t>Penilai I/II</w:t>
            </w:r>
          </w:p>
          <w:p>
            <w:pPr>
              <w:spacing w:after="40"/>
            </w:pPr>
          </w:p>
          <w:p>
            <w:pPr>
              <w:spacing w:after="40"/>
            </w:pPr>
          </w:p>
          <w:p>
            <w:pPr>
              <w:jc w:val="center"/>
            </w:pPr>
            <w:r>
              <w:rPr>
                <w:sz w:val="18"/>
              </w:rPr>
              <w:t>(...................................)</w:t>
            </w:r>
          </w:p>
        </w:tc>
      </w:tr>
      <w:tr>
        <w:tc>
          <w:tcPr>
            <w:tcW w:type="dxa" w:w="4535"/>
            <w:tcMar>
              <w:top w:w="30" w:type="dxa"/>
              <w:bottom w:w="30" w:type="dxa"/>
              <w:start w:w="70" w:type="dxa"/>
              <w:end w:w="70" w:type="dxa"/>
            </w:tcMar>
            <w:vAlign w:val="center"/>
          </w:tcPr>
          <w:p>
            <w:pPr>
              <w:spacing w:after="0" w:before="0"/>
            </w:pPr>
            <w:r/>
            <w:r>
              <w:rPr>
                <w:b w:val="0"/>
                <w:i w:val="0"/>
                <w:sz w:val="18"/>
              </w:rPr>
              <w:t>Waktu :</w:t>
            </w:r>
          </w:p>
        </w:tc>
        <w:tc>
          <w:tcPr>
            <w:tcW w:type="dxa" w:w="5102"/>
            <w:vMerge/>
          </w:tcPr>
          <w:p/>
        </w:tc>
        <w:tc>
          <w:tcPr>
            <w:tcW w:type="dxa" w:w="5329"/>
            <w:vMerge/>
          </w:tcPr>
          <w:p/>
        </w:tc>
      </w:tr>
      <w:tr>
        <w:tc>
          <w:tcPr>
            <w:tcW w:type="dxa" w:w="4535"/>
            <w:tcMar>
              <w:top w:w="30" w:type="dxa"/>
              <w:bottom w:w="30" w:type="dxa"/>
              <w:start w:w="70" w:type="dxa"/>
              <w:end w:w="70" w:type="dxa"/>
            </w:tcMar>
            <w:vAlign w:val="center"/>
          </w:tcPr>
          <w:p>
            <w:pPr>
              <w:spacing w:after="0" w:before="0"/>
            </w:pPr>
            <w:r/>
            <w:r>
              <w:rPr>
                <w:b w:val="0"/>
                <w:i w:val="0"/>
                <w:sz w:val="18"/>
              </w:rPr>
              <w:t>Catatan Penilaian :</w:t>
            </w:r>
          </w:p>
        </w:tc>
        <w:tc>
          <w:tcPr>
            <w:tcW w:type="dxa" w:w="5102"/>
            <w:vMerge/>
          </w:tcPr>
          <w:p/>
        </w:tc>
        <w:tc>
          <w:tcPr>
            <w:tcW w:type="dxa" w:w="5329"/>
            <w:vMerge/>
          </w:tcPr>
          <w:p/>
        </w:tc>
      </w:tr>
    </w:tbl>
    <w:p>
      <w:pPr>
        <w:spacing w:after="120"/>
      </w:pPr>
    </w:p>
    <w:p>
      <w:pPr>
        <w:spacing w:after="80"/>
      </w:pPr>
    </w:p>
    <w:tbl>
      <w:tblPr>
        <w:tblW w:type="auto" w:w="0"/>
        <w:jc w:val="center"/>
        <w:tblLayout w:type="fixed"/>
        <w:tblLook w:firstColumn="1" w:firstRow="1" w:lastColumn="0" w:lastRow="0" w:noHBand="0" w:noVBand="1" w:val="04A0"/>
        <w:tblBorders>
          <w:top w:val="single" w:sz="4" w:space="0" w:color="D9D6F2"/>
          <w:left w:val="single" w:sz="4" w:space="0" w:color="D9D6F2"/>
          <w:bottom w:val="single" w:sz="4" w:space="0" w:color="D9D6F2"/>
          <w:right w:val="single" w:sz="4" w:space="0" w:color="D9D6F2"/>
          <w:insideH w:val="single" w:sz="4" w:space="0" w:color="D9D6F2"/>
          <w:insideV w:val="single" w:sz="4" w:space="0" w:color="D9D6F2"/>
        </w:tblBorders>
        <w:tblLayout w:type="fixed"/>
        <w:tblW w:w="14968" w:type="dxa"/>
      </w:tblPr>
      <w:tblGrid>
        <w:gridCol w:w="2381"/>
        <w:gridCol w:w="12587"/>
      </w:tblGrid>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Formulir</w:t>
            </w:r>
          </w:p>
        </w:tc>
        <w:tc>
          <w:tcPr>
            <w:tcW w:type="dxa" w:w="12586"/>
            <w:tcMar>
              <w:top w:w="30" w:type="dxa"/>
              <w:bottom w:w="30" w:type="dxa"/>
              <w:start w:w="70" w:type="dxa"/>
              <w:end w:w="70" w:type="dxa"/>
            </w:tcMar>
            <w:vAlign w:val="center"/>
          </w:tcPr>
          <w:p>
            <w:pPr>
              <w:spacing w:after="0" w:before="0"/>
            </w:pPr>
            <w:r/>
            <w:r>
              <w:rPr>
                <w:b w:val="0"/>
                <w:i w:val="0"/>
                <w:sz w:val="18"/>
              </w:rPr>
              <w:t>FED-02</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Nama Mata Kuliah</w:t>
            </w:r>
          </w:p>
        </w:tc>
        <w:tc>
          <w:tcPr>
            <w:tcW w:type="dxa" w:w="12586"/>
            <w:tcMar>
              <w:top w:w="30" w:type="dxa"/>
              <w:bottom w:w="30" w:type="dxa"/>
              <w:start w:w="70" w:type="dxa"/>
              <w:end w:w="70" w:type="dxa"/>
            </w:tcMar>
            <w:vAlign w:val="center"/>
          </w:tcPr>
          <w:p>
            <w:pPr>
              <w:spacing w:after="0" w:before="0"/>
            </w:pPr>
            <w:r/>
            <w:r>
              <w:rPr>
                <w:b w:val="0"/>
                <w:i w:val="0"/>
                <w:sz w:val="18"/>
              </w:rPr>
              <w:t>Sosiologi Hukum</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Kode Mata Kuliah</w:t>
            </w:r>
          </w:p>
        </w:tc>
        <w:tc>
          <w:tcPr>
            <w:tcW w:type="dxa" w:w="12586"/>
            <w:tcMar>
              <w:top w:w="30" w:type="dxa"/>
              <w:bottom w:w="30" w:type="dxa"/>
              <w:start w:w="70" w:type="dxa"/>
              <w:end w:w="70" w:type="dxa"/>
            </w:tcMar>
            <w:vAlign w:val="center"/>
          </w:tcPr>
          <w:p>
            <w:pPr>
              <w:spacing w:after="0" w:before="0"/>
            </w:pPr>
            <w:r/>
            <w:r>
              <w:rPr>
                <w:b w:val="0"/>
                <w:i w:val="0"/>
                <w:sz w:val="18"/>
              </w:rPr>
              <w:t>3HS225202</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SKS</w:t>
            </w:r>
          </w:p>
        </w:tc>
        <w:tc>
          <w:tcPr>
            <w:tcW w:type="dxa" w:w="12586"/>
            <w:tcMar>
              <w:top w:w="30" w:type="dxa"/>
              <w:bottom w:w="30" w:type="dxa"/>
              <w:start w:w="70" w:type="dxa"/>
              <w:end w:w="70" w:type="dxa"/>
            </w:tcMar>
            <w:vAlign w:val="center"/>
          </w:tcPr>
          <w:p>
            <w:pPr>
              <w:spacing w:after="0" w:before="0"/>
            </w:pPr>
            <w:r/>
            <w:r>
              <w:rPr>
                <w:b w:val="0"/>
                <w:i w:val="0"/>
                <w:sz w:val="18"/>
              </w:rPr>
              <w:t>3</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Deskripsi Mata Kuliah</w:t>
            </w:r>
          </w:p>
        </w:tc>
        <w:tc>
          <w:tcPr>
            <w:tcW w:type="dxa" w:w="12586"/>
            <w:tcMar>
              <w:top w:w="30" w:type="dxa"/>
              <w:bottom w:w="30" w:type="dxa"/>
              <w:start w:w="70" w:type="dxa"/>
              <w:end w:w="70" w:type="dxa"/>
            </w:tcMar>
            <w:vAlign w:val="center"/>
          </w:tcPr>
          <w:p>
            <w:pPr>
              <w:spacing w:after="0" w:before="0"/>
              <w:jc w:val="both"/>
            </w:pPr>
            <w:r/>
            <w:r>
              <w:rPr>
                <w:b w:val="0"/>
                <w:i w:val="0"/>
                <w:sz w:val="18"/>
              </w:rPr>
              <w:t>-</w:t>
            </w:r>
          </w:p>
        </w:tc>
      </w:tr>
    </w:tbl>
    <w:p>
      <w:pPr>
        <w:spacing w:after="80"/>
      </w:pPr>
    </w:p>
    <w:tbl>
      <w:tblPr>
        <w:tblW w:type="auto" w:w="0"/>
        <w:jc w:val="center"/>
        <w:tblLayout w:type="fixed"/>
        <w:tblLook w:firstColumn="1" w:firstRow="1" w:lastColumn="0" w:lastRow="0" w:noHBand="0" w:noVBand="1" w:val="04A0"/>
        <w:tblBorders>
          <w:top w:val="single" w:sz="6" w:space="0" w:color="6D5DD3"/>
          <w:left w:val="single" w:sz="6" w:space="0" w:color="6D5DD3"/>
          <w:bottom w:val="single" w:sz="6" w:space="0" w:color="6D5DD3"/>
          <w:right w:val="single" w:sz="6" w:space="0" w:color="6D5DD3"/>
          <w:insideH w:val="single" w:sz="6" w:space="0" w:color="6D5DD3"/>
          <w:insideV w:val="single" w:sz="6" w:space="0" w:color="6D5DD3"/>
        </w:tblBorders>
        <w:tblLayout w:type="fixed"/>
        <w:tblW w:w="14968" w:type="dxa"/>
      </w:tblPr>
      <w:tblGrid>
        <w:gridCol w:w="4762"/>
        <w:gridCol w:w="907"/>
        <w:gridCol w:w="793"/>
        <w:gridCol w:w="963"/>
        <w:gridCol w:w="481"/>
        <w:gridCol w:w="481"/>
        <w:gridCol w:w="481"/>
        <w:gridCol w:w="481"/>
        <w:gridCol w:w="2494"/>
        <w:gridCol w:w="3118"/>
      </w:tblGrid>
      <w:tr>
        <w:tc>
          <w:tcPr>
            <w:tcW w:type="dxa" w:w="4762"/>
            <w:vMerge w:val="restart"/>
            <w:shd w:val="clear" w:color="auto" w:fill="4B3F9E"/>
            <w:tcMar>
              <w:top w:w="30" w:type="dxa"/>
              <w:bottom w:w="30" w:type="dxa"/>
              <w:start w:w="70" w:type="dxa"/>
              <w:end w:w="70" w:type="dxa"/>
            </w:tcMar>
            <w:vAlign w:val="center"/>
          </w:tcPr>
          <w:p>
            <w:pPr>
              <w:spacing w:after="0" w:before="0"/>
              <w:jc w:val="center"/>
            </w:pPr>
            <w:r/>
            <w:r>
              <w:rPr>
                <w:b/>
                <w:i w:val="0"/>
                <w:color w:val="FFFFFF"/>
                <w:sz w:val="17"/>
              </w:rPr>
              <w:t>Kemampuan Akhir / Capaian Pembelajaran (CPMK)</w:t>
            </w:r>
          </w:p>
        </w:tc>
        <w:tc>
          <w:tcPr>
            <w:tcW w:type="dxa" w:w="907"/>
            <w:gridSpan w:val="3"/>
            <w:shd w:val="clear" w:color="auto" w:fill="4B3F9E"/>
            <w:tcMar>
              <w:top w:w="30" w:type="dxa"/>
              <w:bottom w:w="30" w:type="dxa"/>
              <w:start w:w="70" w:type="dxa"/>
              <w:end w:w="70" w:type="dxa"/>
            </w:tcMar>
            <w:vAlign w:val="center"/>
          </w:tcPr>
          <w:p>
            <w:pPr>
              <w:spacing w:after="0" w:before="0"/>
              <w:jc w:val="center"/>
            </w:pPr>
            <w:r/>
            <w:r>
              <w:rPr>
                <w:b/>
                <w:i w:val="0"/>
                <w:color w:val="FFFFFF"/>
                <w:sz w:val="17"/>
              </w:rPr>
              <w:t>Profisiensi saat ini *</w:t>
            </w:r>
          </w:p>
        </w:tc>
        <w:tc>
          <w:tcPr>
            <w:tcW w:type="dxa" w:w="482"/>
            <w:gridSpan w:val="4"/>
            <w:shd w:val="clear" w:color="auto" w:fill="4B3F9E"/>
            <w:tcMar>
              <w:top w:w="30" w:type="dxa"/>
              <w:bottom w:w="30" w:type="dxa"/>
              <w:start w:w="70" w:type="dxa"/>
              <w:end w:w="70" w:type="dxa"/>
            </w:tcMar>
            <w:vAlign w:val="center"/>
          </w:tcPr>
          <w:p>
            <w:pPr>
              <w:spacing w:after="0" w:before="0"/>
              <w:jc w:val="center"/>
            </w:pPr>
            <w:r/>
            <w:r>
              <w:rPr>
                <w:b/>
                <w:i w:val="0"/>
                <w:color w:val="FFFFFF"/>
                <w:sz w:val="17"/>
              </w:rPr>
              <w:t>Hasil evaluasi Asesor</w:t>
            </w:r>
          </w:p>
        </w:tc>
        <w:tc>
          <w:tcPr>
            <w:tcW w:type="dxa" w:w="2494"/>
            <w:gridSpan w:val="2"/>
            <w:shd w:val="clear" w:color="auto" w:fill="4B3F9E"/>
            <w:tcMar>
              <w:top w:w="30" w:type="dxa"/>
              <w:bottom w:w="30" w:type="dxa"/>
              <w:start w:w="70" w:type="dxa"/>
              <w:end w:w="70" w:type="dxa"/>
            </w:tcMar>
            <w:vAlign w:val="center"/>
          </w:tcPr>
          <w:p>
            <w:pPr>
              <w:spacing w:after="0" w:before="0"/>
              <w:jc w:val="center"/>
            </w:pPr>
            <w:r/>
            <w:r>
              <w:rPr>
                <w:b/>
                <w:i w:val="0"/>
                <w:color w:val="FFFFFF"/>
                <w:sz w:val="17"/>
              </w:rPr>
              <w:t>Bukti yang disampaikan *</w:t>
            </w:r>
          </w:p>
        </w:tc>
      </w:tr>
      <w:tr>
        <w:tc>
          <w:tcPr>
            <w:tcW w:type="dxa" w:w="4762"/>
            <w:vMerge/>
          </w:tcPr>
          <w:p/>
        </w:tc>
        <w:tc>
          <w:tcPr>
            <w:tcW w:type="dxa" w:w="907"/>
            <w:shd w:val="clear" w:color="auto" w:fill="6D5DD3"/>
            <w:tcMar>
              <w:top w:w="20" w:type="dxa"/>
              <w:bottom w:w="20" w:type="dxa"/>
              <w:start w:w="70" w:type="dxa"/>
              <w:end w:w="70" w:type="dxa"/>
            </w:tcMar>
            <w:vAlign w:val="center"/>
          </w:tcPr>
          <w:p>
            <w:pPr>
              <w:spacing w:after="0" w:before="0"/>
              <w:jc w:val="center"/>
            </w:pPr>
            <w:r/>
            <w:r>
              <w:rPr>
                <w:b/>
                <w:i w:val="0"/>
                <w:color w:val="FFFFFF"/>
                <w:sz w:val="16"/>
              </w:rPr>
              <w:t>Sangat baik</w:t>
            </w:r>
          </w:p>
        </w:tc>
        <w:tc>
          <w:tcPr>
            <w:tcW w:type="dxa" w:w="794"/>
            <w:shd w:val="clear" w:color="auto" w:fill="6D5DD3"/>
            <w:tcMar>
              <w:top w:w="20" w:type="dxa"/>
              <w:bottom w:w="20" w:type="dxa"/>
              <w:start w:w="70" w:type="dxa"/>
              <w:end w:w="70" w:type="dxa"/>
            </w:tcMar>
            <w:vAlign w:val="center"/>
          </w:tcPr>
          <w:p>
            <w:pPr>
              <w:spacing w:after="0" w:before="0"/>
              <w:jc w:val="center"/>
            </w:pPr>
            <w:r/>
            <w:r>
              <w:rPr>
                <w:b/>
                <w:i w:val="0"/>
                <w:color w:val="FFFFFF"/>
                <w:sz w:val="16"/>
              </w:rPr>
              <w:t>Baik</w:t>
            </w:r>
          </w:p>
        </w:tc>
        <w:tc>
          <w:tcPr>
            <w:tcW w:type="dxa" w:w="964"/>
            <w:shd w:val="clear" w:color="auto" w:fill="6D5DD3"/>
            <w:tcMar>
              <w:top w:w="20" w:type="dxa"/>
              <w:bottom w:w="20" w:type="dxa"/>
              <w:start w:w="70" w:type="dxa"/>
              <w:end w:w="70" w:type="dxa"/>
            </w:tcMar>
            <w:vAlign w:val="center"/>
          </w:tcPr>
          <w:p>
            <w:pPr>
              <w:spacing w:after="0" w:before="0"/>
              <w:jc w:val="center"/>
            </w:pPr>
            <w:r/>
            <w:r>
              <w:rPr>
                <w:b/>
                <w:i w:val="0"/>
                <w:color w:val="FFFFFF"/>
                <w:sz w:val="16"/>
              </w:rPr>
              <w:t>Tidak pernah</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V</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A</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T</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M</w:t>
            </w:r>
          </w:p>
        </w:tc>
        <w:tc>
          <w:tcPr>
            <w:tcW w:type="dxa" w:w="2494"/>
            <w:shd w:val="clear" w:color="auto" w:fill="6D5DD3"/>
            <w:tcMar>
              <w:top w:w="20" w:type="dxa"/>
              <w:bottom w:w="20" w:type="dxa"/>
              <w:start w:w="70" w:type="dxa"/>
              <w:end w:w="70" w:type="dxa"/>
            </w:tcMar>
            <w:vAlign w:val="center"/>
          </w:tcPr>
          <w:p>
            <w:pPr>
              <w:spacing w:after="0" w:before="0"/>
              <w:jc w:val="center"/>
            </w:pPr>
            <w:r/>
            <w:r>
              <w:rPr>
                <w:b/>
                <w:i w:val="0"/>
                <w:color w:val="FFFFFF"/>
                <w:sz w:val="16"/>
              </w:rPr>
              <w:t>Nomor Dokumen</w:t>
            </w:r>
          </w:p>
        </w:tc>
        <w:tc>
          <w:tcPr>
            <w:tcW w:type="dxa" w:w="3118"/>
            <w:shd w:val="clear" w:color="auto" w:fill="6D5DD3"/>
            <w:tcMar>
              <w:top w:w="20" w:type="dxa"/>
              <w:bottom w:w="20" w:type="dxa"/>
              <w:start w:w="70" w:type="dxa"/>
              <w:end w:w="70" w:type="dxa"/>
            </w:tcMar>
            <w:vAlign w:val="center"/>
          </w:tcPr>
          <w:p>
            <w:pPr>
              <w:spacing w:after="0" w:before="0"/>
              <w:jc w:val="center"/>
            </w:pPr>
            <w:r/>
            <w:r>
              <w:rPr>
                <w:b/>
                <w:i w:val="0"/>
                <w:color w:val="FFFFFF"/>
                <w:sz w:val="16"/>
              </w:rPr>
              <w:t>Jenis Dokumen</w:t>
            </w:r>
          </w:p>
        </w:tc>
      </w:tr>
      <w:tr>
        <w:tc>
          <w:tcPr>
            <w:tcW w:type="dxa" w:w="4762"/>
            <w:tcMar>
              <w:top w:w="20" w:type="dxa"/>
              <w:bottom w:w="20" w:type="dxa"/>
              <w:start w:w="50" w:type="dxa"/>
              <w:end w:w="50" w:type="dxa"/>
            </w:tcMar>
            <w:vAlign w:val="center"/>
          </w:tcPr>
          <w:p>
            <w:pPr>
              <w:spacing w:after="0" w:before="0"/>
            </w:pPr>
            <w:r/>
            <w:r>
              <w:rPr>
                <w:b w:val="0"/>
                <w:i w:val="0"/>
                <w:sz w:val="17"/>
              </w:rPr>
              <w:t>Mahasiswa mampu menganalisis objek, ruang lingkup, dan karakteristik sosiologi hukum serta kedudukannya terhadap disiplin ilmu hukum lain (dogmatik hukum, antropologi hukum, dan psikologi hukum) sebagai dasar kajian sosio-legal.</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Mahasiswa mampu membandingkan teori-teori sosiologi hukum klasik (Durkheim, Weber, Ehrlich) dan kontemporer (Friedman, Chambliss–Seidman, Nonet–Selznick) untuk mendiagnosis fenomena hukum dalam masyarakat Indonesia.</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Mahasiswa mampu menganalisis faktor-faktor sosiologis yang memengaruhi efektivitas kaidah hukum dan kualitas penegakan hukum, termasuk fungsi hukum sebagai sarana kontrol sosial, berdasarkan data empiris.</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Mahasiswa mampu mengevaluasi hubungan timbal balik antara perubahan sosial, kebijakan hukum, dan pembangunan ekonomi dalam kerangka hukum sebagai sarana rekayasa sosial (law as a tool of social engineering).</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Mahasiswa mampu merancang kajian sosio-legal yang kritis terhadap isu diskriminasi dan fenomena hukum kontemporer dengan menggunakan tipologi dan paradigma hukum yang tepat.</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bl>
    <w:p>
      <w:pPr>
        <w:spacing w:after="80"/>
      </w:pPr>
      <w:r>
        <w:rPr>
          <w:b w:val="0"/>
          <w:i/>
          <w:color w:val="6B7280"/>
          <w:sz w:val="16"/>
        </w:rPr>
        <w:t>Keterangan: kolom bertanda * diisi oleh pelamar RPL; kolom V/A/T/M diisi oleh Asesor.</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14968" w:type="dxa"/>
      </w:tblPr>
      <w:tblGrid>
        <w:gridCol w:w="4536"/>
        <w:gridCol w:w="5103"/>
        <w:gridCol w:w="5329"/>
      </w:tblGrid>
      <w:tr>
        <w:tc>
          <w:tcPr>
            <w:tcW w:type="dxa" w:w="4535"/>
            <w:tcMar>
              <w:top w:w="30" w:type="dxa"/>
              <w:bottom w:w="30" w:type="dxa"/>
              <w:start w:w="70" w:type="dxa"/>
              <w:end w:w="70" w:type="dxa"/>
            </w:tcMar>
            <w:vAlign w:val="center"/>
          </w:tcPr>
          <w:p>
            <w:pPr>
              <w:spacing w:after="0" w:before="0"/>
            </w:pPr>
            <w:r/>
            <w:r>
              <w:rPr>
                <w:b w:val="0"/>
                <w:i w:val="0"/>
                <w:sz w:val="18"/>
              </w:rPr>
              <w:t>Tanggal :</w:t>
            </w:r>
          </w:p>
        </w:tc>
        <w:tc>
          <w:tcPr>
            <w:tcW w:type="dxa" w:w="5102"/>
            <w:vMerge w:val="restart"/>
            <w:tcMar>
              <w:top w:w="30" w:type="dxa"/>
              <w:bottom w:w="30" w:type="dxa"/>
              <w:start w:w="70" w:type="dxa"/>
              <w:end w:w="70" w:type="dxa"/>
            </w:tcMar>
          </w:tcPr>
          <w:p>
            <w:r/>
            <w:r>
              <w:rPr>
                <w:sz w:val="18"/>
              </w:rPr>
              <w:t>Lokasi Penelitian :</w:t>
            </w:r>
          </w:p>
        </w:tc>
        <w:tc>
          <w:tcPr>
            <w:tcW w:type="dxa" w:w="5329"/>
            <w:vMerge w:val="restart"/>
            <w:tcMar>
              <w:top w:w="30" w:type="dxa"/>
              <w:bottom w:w="30" w:type="dxa"/>
              <w:start w:w="70" w:type="dxa"/>
              <w:end w:w="70" w:type="dxa"/>
            </w:tcMar>
          </w:tcPr>
          <w:p>
            <w:r/>
            <w:r>
              <w:rPr>
                <w:sz w:val="18"/>
              </w:rPr>
              <w:t>Penilai I/II</w:t>
            </w:r>
          </w:p>
          <w:p>
            <w:pPr>
              <w:spacing w:after="40"/>
            </w:pPr>
          </w:p>
          <w:p>
            <w:pPr>
              <w:spacing w:after="40"/>
            </w:pPr>
          </w:p>
          <w:p>
            <w:pPr>
              <w:jc w:val="center"/>
            </w:pPr>
            <w:r>
              <w:rPr>
                <w:sz w:val="18"/>
              </w:rPr>
              <w:t>(...................................)</w:t>
            </w:r>
          </w:p>
        </w:tc>
      </w:tr>
      <w:tr>
        <w:tc>
          <w:tcPr>
            <w:tcW w:type="dxa" w:w="4535"/>
            <w:tcMar>
              <w:top w:w="30" w:type="dxa"/>
              <w:bottom w:w="30" w:type="dxa"/>
              <w:start w:w="70" w:type="dxa"/>
              <w:end w:w="70" w:type="dxa"/>
            </w:tcMar>
            <w:vAlign w:val="center"/>
          </w:tcPr>
          <w:p>
            <w:pPr>
              <w:spacing w:after="0" w:before="0"/>
            </w:pPr>
            <w:r/>
            <w:r>
              <w:rPr>
                <w:b w:val="0"/>
                <w:i w:val="0"/>
                <w:sz w:val="18"/>
              </w:rPr>
              <w:t>Waktu :</w:t>
            </w:r>
          </w:p>
        </w:tc>
        <w:tc>
          <w:tcPr>
            <w:tcW w:type="dxa" w:w="5102"/>
            <w:vMerge/>
          </w:tcPr>
          <w:p/>
        </w:tc>
        <w:tc>
          <w:tcPr>
            <w:tcW w:type="dxa" w:w="5329"/>
            <w:vMerge/>
          </w:tcPr>
          <w:p/>
        </w:tc>
      </w:tr>
      <w:tr>
        <w:tc>
          <w:tcPr>
            <w:tcW w:type="dxa" w:w="4535"/>
            <w:tcMar>
              <w:top w:w="30" w:type="dxa"/>
              <w:bottom w:w="30" w:type="dxa"/>
              <w:start w:w="70" w:type="dxa"/>
              <w:end w:w="70" w:type="dxa"/>
            </w:tcMar>
            <w:vAlign w:val="center"/>
          </w:tcPr>
          <w:p>
            <w:pPr>
              <w:spacing w:after="0" w:before="0"/>
            </w:pPr>
            <w:r/>
            <w:r>
              <w:rPr>
                <w:b w:val="0"/>
                <w:i w:val="0"/>
                <w:sz w:val="18"/>
              </w:rPr>
              <w:t>Catatan Penilaian :</w:t>
            </w:r>
          </w:p>
        </w:tc>
        <w:tc>
          <w:tcPr>
            <w:tcW w:type="dxa" w:w="5102"/>
            <w:vMerge/>
          </w:tcPr>
          <w:p/>
        </w:tc>
        <w:tc>
          <w:tcPr>
            <w:tcW w:type="dxa" w:w="5329"/>
            <w:vMerge/>
          </w:tcPr>
          <w:p/>
        </w:tc>
      </w:tr>
    </w:tbl>
    <w:p>
      <w:pPr>
        <w:spacing w:after="120"/>
      </w:pPr>
    </w:p>
    <w:p>
      <w:pPr>
        <w:spacing w:after="80"/>
      </w:pPr>
    </w:p>
    <w:tbl>
      <w:tblPr>
        <w:tblW w:type="auto" w:w="0"/>
        <w:jc w:val="center"/>
        <w:tblLayout w:type="fixed"/>
        <w:tblLook w:firstColumn="1" w:firstRow="1" w:lastColumn="0" w:lastRow="0" w:noHBand="0" w:noVBand="1" w:val="04A0"/>
        <w:tblBorders>
          <w:top w:val="single" w:sz="4" w:space="0" w:color="D9D6F2"/>
          <w:left w:val="single" w:sz="4" w:space="0" w:color="D9D6F2"/>
          <w:bottom w:val="single" w:sz="4" w:space="0" w:color="D9D6F2"/>
          <w:right w:val="single" w:sz="4" w:space="0" w:color="D9D6F2"/>
          <w:insideH w:val="single" w:sz="4" w:space="0" w:color="D9D6F2"/>
          <w:insideV w:val="single" w:sz="4" w:space="0" w:color="D9D6F2"/>
        </w:tblBorders>
        <w:tblLayout w:type="fixed"/>
        <w:tblW w:w="14968" w:type="dxa"/>
      </w:tblPr>
      <w:tblGrid>
        <w:gridCol w:w="2381"/>
        <w:gridCol w:w="12587"/>
      </w:tblGrid>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Formulir</w:t>
            </w:r>
          </w:p>
        </w:tc>
        <w:tc>
          <w:tcPr>
            <w:tcW w:type="dxa" w:w="12586"/>
            <w:tcMar>
              <w:top w:w="30" w:type="dxa"/>
              <w:bottom w:w="30" w:type="dxa"/>
              <w:start w:w="70" w:type="dxa"/>
              <w:end w:w="70" w:type="dxa"/>
            </w:tcMar>
            <w:vAlign w:val="center"/>
          </w:tcPr>
          <w:p>
            <w:pPr>
              <w:spacing w:after="0" w:before="0"/>
            </w:pPr>
            <w:r/>
            <w:r>
              <w:rPr>
                <w:b w:val="0"/>
                <w:i w:val="0"/>
                <w:sz w:val="18"/>
              </w:rPr>
              <w:t>FED-03</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Nama Mata Kuliah</w:t>
            </w:r>
          </w:p>
        </w:tc>
        <w:tc>
          <w:tcPr>
            <w:tcW w:type="dxa" w:w="12586"/>
            <w:tcMar>
              <w:top w:w="30" w:type="dxa"/>
              <w:bottom w:w="30" w:type="dxa"/>
              <w:start w:w="70" w:type="dxa"/>
              <w:end w:w="70" w:type="dxa"/>
            </w:tcMar>
            <w:vAlign w:val="center"/>
          </w:tcPr>
          <w:p>
            <w:pPr>
              <w:spacing w:after="0" w:before="0"/>
            </w:pPr>
            <w:r/>
            <w:r>
              <w:rPr>
                <w:b w:val="0"/>
                <w:i w:val="0"/>
                <w:sz w:val="18"/>
              </w:rPr>
              <w:t>Hukum Dan Hak Asasi Manusia</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Kode Mata Kuliah</w:t>
            </w:r>
          </w:p>
        </w:tc>
        <w:tc>
          <w:tcPr>
            <w:tcW w:type="dxa" w:w="12586"/>
            <w:tcMar>
              <w:top w:w="30" w:type="dxa"/>
              <w:bottom w:w="30" w:type="dxa"/>
              <w:start w:w="70" w:type="dxa"/>
              <w:end w:w="70" w:type="dxa"/>
            </w:tcMar>
            <w:vAlign w:val="center"/>
          </w:tcPr>
          <w:p>
            <w:pPr>
              <w:spacing w:after="0" w:before="0"/>
            </w:pPr>
            <w:r/>
            <w:r>
              <w:rPr>
                <w:b w:val="0"/>
                <w:i w:val="0"/>
                <w:sz w:val="18"/>
              </w:rPr>
              <w:t>3HS225203</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SKS</w:t>
            </w:r>
          </w:p>
        </w:tc>
        <w:tc>
          <w:tcPr>
            <w:tcW w:type="dxa" w:w="12586"/>
            <w:tcMar>
              <w:top w:w="30" w:type="dxa"/>
              <w:bottom w:w="30" w:type="dxa"/>
              <w:start w:w="70" w:type="dxa"/>
              <w:end w:w="70" w:type="dxa"/>
            </w:tcMar>
            <w:vAlign w:val="center"/>
          </w:tcPr>
          <w:p>
            <w:pPr>
              <w:spacing w:after="0" w:before="0"/>
            </w:pPr>
            <w:r/>
            <w:r>
              <w:rPr>
                <w:b w:val="0"/>
                <w:i w:val="0"/>
                <w:sz w:val="18"/>
              </w:rPr>
              <w:t>3</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Deskripsi Mata Kuliah</w:t>
            </w:r>
          </w:p>
        </w:tc>
        <w:tc>
          <w:tcPr>
            <w:tcW w:type="dxa" w:w="12586"/>
            <w:tcMar>
              <w:top w:w="30" w:type="dxa"/>
              <w:bottom w:w="30" w:type="dxa"/>
              <w:start w:w="70" w:type="dxa"/>
              <w:end w:w="70" w:type="dxa"/>
            </w:tcMar>
            <w:vAlign w:val="center"/>
          </w:tcPr>
          <w:p>
            <w:pPr>
              <w:spacing w:after="0" w:before="0"/>
              <w:jc w:val="both"/>
            </w:pPr>
            <w:r/>
            <w:r>
              <w:rPr>
                <w:b w:val="0"/>
                <w:i w:val="0"/>
                <w:sz w:val="18"/>
              </w:rPr>
              <w:t>-</w:t>
            </w:r>
          </w:p>
        </w:tc>
      </w:tr>
    </w:tbl>
    <w:p>
      <w:pPr>
        <w:spacing w:after="80"/>
      </w:pPr>
    </w:p>
    <w:tbl>
      <w:tblPr>
        <w:tblW w:type="auto" w:w="0"/>
        <w:jc w:val="center"/>
        <w:tblLayout w:type="fixed"/>
        <w:tblLook w:firstColumn="1" w:firstRow="1" w:lastColumn="0" w:lastRow="0" w:noHBand="0" w:noVBand="1" w:val="04A0"/>
        <w:tblBorders>
          <w:top w:val="single" w:sz="6" w:space="0" w:color="6D5DD3"/>
          <w:left w:val="single" w:sz="6" w:space="0" w:color="6D5DD3"/>
          <w:bottom w:val="single" w:sz="6" w:space="0" w:color="6D5DD3"/>
          <w:right w:val="single" w:sz="6" w:space="0" w:color="6D5DD3"/>
          <w:insideH w:val="single" w:sz="6" w:space="0" w:color="6D5DD3"/>
          <w:insideV w:val="single" w:sz="6" w:space="0" w:color="6D5DD3"/>
        </w:tblBorders>
        <w:tblLayout w:type="fixed"/>
        <w:tblW w:w="14968" w:type="dxa"/>
      </w:tblPr>
      <w:tblGrid>
        <w:gridCol w:w="4762"/>
        <w:gridCol w:w="907"/>
        <w:gridCol w:w="793"/>
        <w:gridCol w:w="963"/>
        <w:gridCol w:w="481"/>
        <w:gridCol w:w="481"/>
        <w:gridCol w:w="481"/>
        <w:gridCol w:w="481"/>
        <w:gridCol w:w="2494"/>
        <w:gridCol w:w="3118"/>
      </w:tblGrid>
      <w:tr>
        <w:tc>
          <w:tcPr>
            <w:tcW w:type="dxa" w:w="4762"/>
            <w:vMerge w:val="restart"/>
            <w:shd w:val="clear" w:color="auto" w:fill="4B3F9E"/>
            <w:tcMar>
              <w:top w:w="30" w:type="dxa"/>
              <w:bottom w:w="30" w:type="dxa"/>
              <w:start w:w="70" w:type="dxa"/>
              <w:end w:w="70" w:type="dxa"/>
            </w:tcMar>
            <w:vAlign w:val="center"/>
          </w:tcPr>
          <w:p>
            <w:pPr>
              <w:spacing w:after="0" w:before="0"/>
              <w:jc w:val="center"/>
            </w:pPr>
            <w:r/>
            <w:r>
              <w:rPr>
                <w:b/>
                <w:i w:val="0"/>
                <w:color w:val="FFFFFF"/>
                <w:sz w:val="17"/>
              </w:rPr>
              <w:t>Kemampuan Akhir / Capaian Pembelajaran (CPMK)</w:t>
            </w:r>
          </w:p>
        </w:tc>
        <w:tc>
          <w:tcPr>
            <w:tcW w:type="dxa" w:w="907"/>
            <w:gridSpan w:val="3"/>
            <w:shd w:val="clear" w:color="auto" w:fill="4B3F9E"/>
            <w:tcMar>
              <w:top w:w="30" w:type="dxa"/>
              <w:bottom w:w="30" w:type="dxa"/>
              <w:start w:w="70" w:type="dxa"/>
              <w:end w:w="70" w:type="dxa"/>
            </w:tcMar>
            <w:vAlign w:val="center"/>
          </w:tcPr>
          <w:p>
            <w:pPr>
              <w:spacing w:after="0" w:before="0"/>
              <w:jc w:val="center"/>
            </w:pPr>
            <w:r/>
            <w:r>
              <w:rPr>
                <w:b/>
                <w:i w:val="0"/>
                <w:color w:val="FFFFFF"/>
                <w:sz w:val="17"/>
              </w:rPr>
              <w:t>Profisiensi saat ini *</w:t>
            </w:r>
          </w:p>
        </w:tc>
        <w:tc>
          <w:tcPr>
            <w:tcW w:type="dxa" w:w="482"/>
            <w:gridSpan w:val="4"/>
            <w:shd w:val="clear" w:color="auto" w:fill="4B3F9E"/>
            <w:tcMar>
              <w:top w:w="30" w:type="dxa"/>
              <w:bottom w:w="30" w:type="dxa"/>
              <w:start w:w="70" w:type="dxa"/>
              <w:end w:w="70" w:type="dxa"/>
            </w:tcMar>
            <w:vAlign w:val="center"/>
          </w:tcPr>
          <w:p>
            <w:pPr>
              <w:spacing w:after="0" w:before="0"/>
              <w:jc w:val="center"/>
            </w:pPr>
            <w:r/>
            <w:r>
              <w:rPr>
                <w:b/>
                <w:i w:val="0"/>
                <w:color w:val="FFFFFF"/>
                <w:sz w:val="17"/>
              </w:rPr>
              <w:t>Hasil evaluasi Asesor</w:t>
            </w:r>
          </w:p>
        </w:tc>
        <w:tc>
          <w:tcPr>
            <w:tcW w:type="dxa" w:w="2494"/>
            <w:gridSpan w:val="2"/>
            <w:shd w:val="clear" w:color="auto" w:fill="4B3F9E"/>
            <w:tcMar>
              <w:top w:w="30" w:type="dxa"/>
              <w:bottom w:w="30" w:type="dxa"/>
              <w:start w:w="70" w:type="dxa"/>
              <w:end w:w="70" w:type="dxa"/>
            </w:tcMar>
            <w:vAlign w:val="center"/>
          </w:tcPr>
          <w:p>
            <w:pPr>
              <w:spacing w:after="0" w:before="0"/>
              <w:jc w:val="center"/>
            </w:pPr>
            <w:r/>
            <w:r>
              <w:rPr>
                <w:b/>
                <w:i w:val="0"/>
                <w:color w:val="FFFFFF"/>
                <w:sz w:val="17"/>
              </w:rPr>
              <w:t>Bukti yang disampaikan *</w:t>
            </w:r>
          </w:p>
        </w:tc>
      </w:tr>
      <w:tr>
        <w:tc>
          <w:tcPr>
            <w:tcW w:type="dxa" w:w="4762"/>
            <w:vMerge/>
          </w:tcPr>
          <w:p/>
        </w:tc>
        <w:tc>
          <w:tcPr>
            <w:tcW w:type="dxa" w:w="907"/>
            <w:shd w:val="clear" w:color="auto" w:fill="6D5DD3"/>
            <w:tcMar>
              <w:top w:w="20" w:type="dxa"/>
              <w:bottom w:w="20" w:type="dxa"/>
              <w:start w:w="70" w:type="dxa"/>
              <w:end w:w="70" w:type="dxa"/>
            </w:tcMar>
            <w:vAlign w:val="center"/>
          </w:tcPr>
          <w:p>
            <w:pPr>
              <w:spacing w:after="0" w:before="0"/>
              <w:jc w:val="center"/>
            </w:pPr>
            <w:r/>
            <w:r>
              <w:rPr>
                <w:b/>
                <w:i w:val="0"/>
                <w:color w:val="FFFFFF"/>
                <w:sz w:val="16"/>
              </w:rPr>
              <w:t>Sangat baik</w:t>
            </w:r>
          </w:p>
        </w:tc>
        <w:tc>
          <w:tcPr>
            <w:tcW w:type="dxa" w:w="794"/>
            <w:shd w:val="clear" w:color="auto" w:fill="6D5DD3"/>
            <w:tcMar>
              <w:top w:w="20" w:type="dxa"/>
              <w:bottom w:w="20" w:type="dxa"/>
              <w:start w:w="70" w:type="dxa"/>
              <w:end w:w="70" w:type="dxa"/>
            </w:tcMar>
            <w:vAlign w:val="center"/>
          </w:tcPr>
          <w:p>
            <w:pPr>
              <w:spacing w:after="0" w:before="0"/>
              <w:jc w:val="center"/>
            </w:pPr>
            <w:r/>
            <w:r>
              <w:rPr>
                <w:b/>
                <w:i w:val="0"/>
                <w:color w:val="FFFFFF"/>
                <w:sz w:val="16"/>
              </w:rPr>
              <w:t>Baik</w:t>
            </w:r>
          </w:p>
        </w:tc>
        <w:tc>
          <w:tcPr>
            <w:tcW w:type="dxa" w:w="964"/>
            <w:shd w:val="clear" w:color="auto" w:fill="6D5DD3"/>
            <w:tcMar>
              <w:top w:w="20" w:type="dxa"/>
              <w:bottom w:w="20" w:type="dxa"/>
              <w:start w:w="70" w:type="dxa"/>
              <w:end w:w="70" w:type="dxa"/>
            </w:tcMar>
            <w:vAlign w:val="center"/>
          </w:tcPr>
          <w:p>
            <w:pPr>
              <w:spacing w:after="0" w:before="0"/>
              <w:jc w:val="center"/>
            </w:pPr>
            <w:r/>
            <w:r>
              <w:rPr>
                <w:b/>
                <w:i w:val="0"/>
                <w:color w:val="FFFFFF"/>
                <w:sz w:val="16"/>
              </w:rPr>
              <w:t>Tidak pernah</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V</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A</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T</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M</w:t>
            </w:r>
          </w:p>
        </w:tc>
        <w:tc>
          <w:tcPr>
            <w:tcW w:type="dxa" w:w="2494"/>
            <w:shd w:val="clear" w:color="auto" w:fill="6D5DD3"/>
            <w:tcMar>
              <w:top w:w="20" w:type="dxa"/>
              <w:bottom w:w="20" w:type="dxa"/>
              <w:start w:w="70" w:type="dxa"/>
              <w:end w:w="70" w:type="dxa"/>
            </w:tcMar>
            <w:vAlign w:val="center"/>
          </w:tcPr>
          <w:p>
            <w:pPr>
              <w:spacing w:after="0" w:before="0"/>
              <w:jc w:val="center"/>
            </w:pPr>
            <w:r/>
            <w:r>
              <w:rPr>
                <w:b/>
                <w:i w:val="0"/>
                <w:color w:val="FFFFFF"/>
                <w:sz w:val="16"/>
              </w:rPr>
              <w:t>Nomor Dokumen</w:t>
            </w:r>
          </w:p>
        </w:tc>
        <w:tc>
          <w:tcPr>
            <w:tcW w:type="dxa" w:w="3118"/>
            <w:shd w:val="clear" w:color="auto" w:fill="6D5DD3"/>
            <w:tcMar>
              <w:top w:w="20" w:type="dxa"/>
              <w:bottom w:w="20" w:type="dxa"/>
              <w:start w:w="70" w:type="dxa"/>
              <w:end w:w="70" w:type="dxa"/>
            </w:tcMar>
            <w:vAlign w:val="center"/>
          </w:tcPr>
          <w:p>
            <w:pPr>
              <w:spacing w:after="0" w:before="0"/>
              <w:jc w:val="center"/>
            </w:pPr>
            <w:r/>
            <w:r>
              <w:rPr>
                <w:b/>
                <w:i w:val="0"/>
                <w:color w:val="FFFFFF"/>
                <w:sz w:val="16"/>
              </w:rPr>
              <w:t>Jenis Dokumen</w:t>
            </w:r>
          </w:p>
        </w:tc>
      </w:tr>
      <w:tr>
        <w:tc>
          <w:tcPr>
            <w:tcW w:type="dxa" w:w="4762"/>
            <w:tcMar>
              <w:top w:w="20" w:type="dxa"/>
              <w:bottom w:w="20" w:type="dxa"/>
              <w:start w:w="50" w:type="dxa"/>
              <w:end w:w="50" w:type="dxa"/>
            </w:tcMar>
            <w:vAlign w:val="center"/>
          </w:tcPr>
          <w:p>
            <w:pPr>
              <w:spacing w:after="0" w:before="0"/>
            </w:pPr>
            <w:r/>
            <w:r>
              <w:rPr>
                <w:b w:val="0"/>
                <w:i w:val="0"/>
                <w:sz w:val="17"/>
              </w:rPr>
              <w:t>Mahasiswa mampu menganalisis hakikat dan landasan filosofis hak asasi manusia serta perbedaannya dengan hak dasar dan hak konstitusional warga negara dalam kerangka negara hukum.</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Mahasiswa mampu menganalisis perkembangan historis HAM dari Magna Charta hingga instrumen internasional (DUHAM, ICCPR, dan ICESCR) beserta pengaruhnya terhadap sistem hukum nasional.</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Mahasiswa mampu menganalisis karakteristik HAM (universal, tidak dapat dicabut, saling bergantung) dan perkembangan generasi HAM, mulai dari hak sipil-politik, hak ekonomi-sosial-budaya, hingga hak atas pembangunan, lingkungan, dan air, beserta implikasinya terhadap kewajiban negara.</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Mahasiswa mampu mengevaluasi kesesuaian instrumen hukum HAM nasional dan sektoral (UUD NRI 1945, UU Nomor 39 Tahun 1999, dan UU Nomor 26 Tahun 2000) dengan standar HAM internasional pada dimensi penghormatan, perlindungan, dan pemenuhan.</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Mahasiswa mampu merumuskan rekomendasi penguatan lembaga perlindungan dan penegakan HAM di Indonesia (Komnas HAM, Pengadilan HAM, LPSK, KPAI, dan Komnas Perempuan) berdasarkan evaluasi kinerja kelembagaannya.</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bl>
    <w:p>
      <w:pPr>
        <w:spacing w:after="80"/>
      </w:pPr>
      <w:r>
        <w:rPr>
          <w:b w:val="0"/>
          <w:i/>
          <w:color w:val="6B7280"/>
          <w:sz w:val="16"/>
        </w:rPr>
        <w:t>Keterangan: kolom bertanda * diisi oleh pelamar RPL; kolom V/A/T/M diisi oleh Asesor.</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14968" w:type="dxa"/>
      </w:tblPr>
      <w:tblGrid>
        <w:gridCol w:w="4536"/>
        <w:gridCol w:w="5103"/>
        <w:gridCol w:w="5329"/>
      </w:tblGrid>
      <w:tr>
        <w:tc>
          <w:tcPr>
            <w:tcW w:type="dxa" w:w="4535"/>
            <w:tcMar>
              <w:top w:w="30" w:type="dxa"/>
              <w:bottom w:w="30" w:type="dxa"/>
              <w:start w:w="70" w:type="dxa"/>
              <w:end w:w="70" w:type="dxa"/>
            </w:tcMar>
            <w:vAlign w:val="center"/>
          </w:tcPr>
          <w:p>
            <w:pPr>
              <w:spacing w:after="0" w:before="0"/>
            </w:pPr>
            <w:r/>
            <w:r>
              <w:rPr>
                <w:b w:val="0"/>
                <w:i w:val="0"/>
                <w:sz w:val="18"/>
              </w:rPr>
              <w:t>Tanggal :</w:t>
            </w:r>
          </w:p>
        </w:tc>
        <w:tc>
          <w:tcPr>
            <w:tcW w:type="dxa" w:w="5102"/>
            <w:vMerge w:val="restart"/>
            <w:tcMar>
              <w:top w:w="30" w:type="dxa"/>
              <w:bottom w:w="30" w:type="dxa"/>
              <w:start w:w="70" w:type="dxa"/>
              <w:end w:w="70" w:type="dxa"/>
            </w:tcMar>
          </w:tcPr>
          <w:p>
            <w:r/>
            <w:r>
              <w:rPr>
                <w:sz w:val="18"/>
              </w:rPr>
              <w:t>Lokasi Penelitian :</w:t>
            </w:r>
          </w:p>
        </w:tc>
        <w:tc>
          <w:tcPr>
            <w:tcW w:type="dxa" w:w="5329"/>
            <w:vMerge w:val="restart"/>
            <w:tcMar>
              <w:top w:w="30" w:type="dxa"/>
              <w:bottom w:w="30" w:type="dxa"/>
              <w:start w:w="70" w:type="dxa"/>
              <w:end w:w="70" w:type="dxa"/>
            </w:tcMar>
          </w:tcPr>
          <w:p>
            <w:r/>
            <w:r>
              <w:rPr>
                <w:sz w:val="18"/>
              </w:rPr>
              <w:t>Penilai I/II</w:t>
            </w:r>
          </w:p>
          <w:p>
            <w:pPr>
              <w:spacing w:after="40"/>
            </w:pPr>
          </w:p>
          <w:p>
            <w:pPr>
              <w:spacing w:after="40"/>
            </w:pPr>
          </w:p>
          <w:p>
            <w:pPr>
              <w:jc w:val="center"/>
            </w:pPr>
            <w:r>
              <w:rPr>
                <w:sz w:val="18"/>
              </w:rPr>
              <w:t>(...................................)</w:t>
            </w:r>
          </w:p>
        </w:tc>
      </w:tr>
      <w:tr>
        <w:tc>
          <w:tcPr>
            <w:tcW w:type="dxa" w:w="4535"/>
            <w:tcMar>
              <w:top w:w="30" w:type="dxa"/>
              <w:bottom w:w="30" w:type="dxa"/>
              <w:start w:w="70" w:type="dxa"/>
              <w:end w:w="70" w:type="dxa"/>
            </w:tcMar>
            <w:vAlign w:val="center"/>
          </w:tcPr>
          <w:p>
            <w:pPr>
              <w:spacing w:after="0" w:before="0"/>
            </w:pPr>
            <w:r/>
            <w:r>
              <w:rPr>
                <w:b w:val="0"/>
                <w:i w:val="0"/>
                <w:sz w:val="18"/>
              </w:rPr>
              <w:t>Waktu :</w:t>
            </w:r>
          </w:p>
        </w:tc>
        <w:tc>
          <w:tcPr>
            <w:tcW w:type="dxa" w:w="5102"/>
            <w:vMerge/>
          </w:tcPr>
          <w:p/>
        </w:tc>
        <w:tc>
          <w:tcPr>
            <w:tcW w:type="dxa" w:w="5329"/>
            <w:vMerge/>
          </w:tcPr>
          <w:p/>
        </w:tc>
      </w:tr>
      <w:tr>
        <w:tc>
          <w:tcPr>
            <w:tcW w:type="dxa" w:w="4535"/>
            <w:tcMar>
              <w:top w:w="30" w:type="dxa"/>
              <w:bottom w:w="30" w:type="dxa"/>
              <w:start w:w="70" w:type="dxa"/>
              <w:end w:w="70" w:type="dxa"/>
            </w:tcMar>
            <w:vAlign w:val="center"/>
          </w:tcPr>
          <w:p>
            <w:pPr>
              <w:spacing w:after="0" w:before="0"/>
            </w:pPr>
            <w:r/>
            <w:r>
              <w:rPr>
                <w:b w:val="0"/>
                <w:i w:val="0"/>
                <w:sz w:val="18"/>
              </w:rPr>
              <w:t>Catatan Penilaian :</w:t>
            </w:r>
          </w:p>
        </w:tc>
        <w:tc>
          <w:tcPr>
            <w:tcW w:type="dxa" w:w="5102"/>
            <w:vMerge/>
          </w:tcPr>
          <w:p/>
        </w:tc>
        <w:tc>
          <w:tcPr>
            <w:tcW w:type="dxa" w:w="5329"/>
            <w:vMerge/>
          </w:tcPr>
          <w:p/>
        </w:tc>
      </w:tr>
    </w:tbl>
    <w:p>
      <w:pPr>
        <w:spacing w:after="120"/>
      </w:pPr>
    </w:p>
    <w:p>
      <w:pPr>
        <w:spacing w:after="80"/>
      </w:pPr>
    </w:p>
    <w:tbl>
      <w:tblPr>
        <w:tblW w:type="auto" w:w="0"/>
        <w:jc w:val="center"/>
        <w:tblLayout w:type="fixed"/>
        <w:tblLook w:firstColumn="1" w:firstRow="1" w:lastColumn="0" w:lastRow="0" w:noHBand="0" w:noVBand="1" w:val="04A0"/>
        <w:tblBorders>
          <w:top w:val="single" w:sz="4" w:space="0" w:color="D9D6F2"/>
          <w:left w:val="single" w:sz="4" w:space="0" w:color="D9D6F2"/>
          <w:bottom w:val="single" w:sz="4" w:space="0" w:color="D9D6F2"/>
          <w:right w:val="single" w:sz="4" w:space="0" w:color="D9D6F2"/>
          <w:insideH w:val="single" w:sz="4" w:space="0" w:color="D9D6F2"/>
          <w:insideV w:val="single" w:sz="4" w:space="0" w:color="D9D6F2"/>
        </w:tblBorders>
        <w:tblLayout w:type="fixed"/>
        <w:tblW w:w="14968" w:type="dxa"/>
      </w:tblPr>
      <w:tblGrid>
        <w:gridCol w:w="2381"/>
        <w:gridCol w:w="12587"/>
      </w:tblGrid>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Formulir</w:t>
            </w:r>
          </w:p>
        </w:tc>
        <w:tc>
          <w:tcPr>
            <w:tcW w:type="dxa" w:w="12586"/>
            <w:tcMar>
              <w:top w:w="30" w:type="dxa"/>
              <w:bottom w:w="30" w:type="dxa"/>
              <w:start w:w="70" w:type="dxa"/>
              <w:end w:w="70" w:type="dxa"/>
            </w:tcMar>
            <w:vAlign w:val="center"/>
          </w:tcPr>
          <w:p>
            <w:pPr>
              <w:spacing w:after="0" w:before="0"/>
            </w:pPr>
            <w:r/>
            <w:r>
              <w:rPr>
                <w:b w:val="0"/>
                <w:i w:val="0"/>
                <w:sz w:val="18"/>
              </w:rPr>
              <w:t>FED-04</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Nama Mata Kuliah</w:t>
            </w:r>
          </w:p>
        </w:tc>
        <w:tc>
          <w:tcPr>
            <w:tcW w:type="dxa" w:w="12586"/>
            <w:tcMar>
              <w:top w:w="30" w:type="dxa"/>
              <w:bottom w:w="30" w:type="dxa"/>
              <w:start w:w="70" w:type="dxa"/>
              <w:end w:w="70" w:type="dxa"/>
            </w:tcMar>
            <w:vAlign w:val="center"/>
          </w:tcPr>
          <w:p>
            <w:pPr>
              <w:spacing w:after="0" w:before="0"/>
            </w:pPr>
            <w:r/>
            <w:r>
              <w:rPr>
                <w:b w:val="0"/>
                <w:i w:val="0"/>
                <w:sz w:val="18"/>
              </w:rPr>
              <w:t>Politik Hukum</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Kode Mata Kuliah</w:t>
            </w:r>
          </w:p>
        </w:tc>
        <w:tc>
          <w:tcPr>
            <w:tcW w:type="dxa" w:w="12586"/>
            <w:tcMar>
              <w:top w:w="30" w:type="dxa"/>
              <w:bottom w:w="30" w:type="dxa"/>
              <w:start w:w="70" w:type="dxa"/>
              <w:end w:w="70" w:type="dxa"/>
            </w:tcMar>
            <w:vAlign w:val="center"/>
          </w:tcPr>
          <w:p>
            <w:pPr>
              <w:spacing w:after="0" w:before="0"/>
            </w:pPr>
            <w:r/>
            <w:r>
              <w:rPr>
                <w:b w:val="0"/>
                <w:i w:val="0"/>
                <w:sz w:val="18"/>
              </w:rPr>
              <w:t>3HS225204</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SKS</w:t>
            </w:r>
          </w:p>
        </w:tc>
        <w:tc>
          <w:tcPr>
            <w:tcW w:type="dxa" w:w="12586"/>
            <w:tcMar>
              <w:top w:w="30" w:type="dxa"/>
              <w:bottom w:w="30" w:type="dxa"/>
              <w:start w:w="70" w:type="dxa"/>
              <w:end w:w="70" w:type="dxa"/>
            </w:tcMar>
            <w:vAlign w:val="center"/>
          </w:tcPr>
          <w:p>
            <w:pPr>
              <w:spacing w:after="0" w:before="0"/>
            </w:pPr>
            <w:r/>
            <w:r>
              <w:rPr>
                <w:b w:val="0"/>
                <w:i w:val="0"/>
                <w:sz w:val="18"/>
              </w:rPr>
              <w:t>3</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Deskripsi Mata Kuliah</w:t>
            </w:r>
          </w:p>
        </w:tc>
        <w:tc>
          <w:tcPr>
            <w:tcW w:type="dxa" w:w="12586"/>
            <w:tcMar>
              <w:top w:w="30" w:type="dxa"/>
              <w:bottom w:w="30" w:type="dxa"/>
              <w:start w:w="70" w:type="dxa"/>
              <w:end w:w="70" w:type="dxa"/>
            </w:tcMar>
            <w:vAlign w:val="center"/>
          </w:tcPr>
          <w:p>
            <w:pPr>
              <w:spacing w:after="0" w:before="0"/>
              <w:jc w:val="both"/>
            </w:pPr>
            <w:r/>
            <w:r>
              <w:rPr>
                <w:b w:val="0"/>
                <w:i w:val="0"/>
                <w:sz w:val="18"/>
              </w:rPr>
              <w:t>-</w:t>
            </w:r>
          </w:p>
        </w:tc>
      </w:tr>
    </w:tbl>
    <w:p>
      <w:pPr>
        <w:spacing w:after="80"/>
      </w:pPr>
    </w:p>
    <w:tbl>
      <w:tblPr>
        <w:tblW w:type="auto" w:w="0"/>
        <w:jc w:val="center"/>
        <w:tblLayout w:type="fixed"/>
        <w:tblLook w:firstColumn="1" w:firstRow="1" w:lastColumn="0" w:lastRow="0" w:noHBand="0" w:noVBand="1" w:val="04A0"/>
        <w:tblBorders>
          <w:top w:val="single" w:sz="6" w:space="0" w:color="6D5DD3"/>
          <w:left w:val="single" w:sz="6" w:space="0" w:color="6D5DD3"/>
          <w:bottom w:val="single" w:sz="6" w:space="0" w:color="6D5DD3"/>
          <w:right w:val="single" w:sz="6" w:space="0" w:color="6D5DD3"/>
          <w:insideH w:val="single" w:sz="6" w:space="0" w:color="6D5DD3"/>
          <w:insideV w:val="single" w:sz="6" w:space="0" w:color="6D5DD3"/>
        </w:tblBorders>
        <w:tblLayout w:type="fixed"/>
        <w:tblW w:w="14968" w:type="dxa"/>
      </w:tblPr>
      <w:tblGrid>
        <w:gridCol w:w="4762"/>
        <w:gridCol w:w="907"/>
        <w:gridCol w:w="793"/>
        <w:gridCol w:w="963"/>
        <w:gridCol w:w="481"/>
        <w:gridCol w:w="481"/>
        <w:gridCol w:w="481"/>
        <w:gridCol w:w="481"/>
        <w:gridCol w:w="2494"/>
        <w:gridCol w:w="3118"/>
      </w:tblGrid>
      <w:tr>
        <w:tc>
          <w:tcPr>
            <w:tcW w:type="dxa" w:w="4762"/>
            <w:vMerge w:val="restart"/>
            <w:shd w:val="clear" w:color="auto" w:fill="4B3F9E"/>
            <w:tcMar>
              <w:top w:w="30" w:type="dxa"/>
              <w:bottom w:w="30" w:type="dxa"/>
              <w:start w:w="70" w:type="dxa"/>
              <w:end w:w="70" w:type="dxa"/>
            </w:tcMar>
            <w:vAlign w:val="center"/>
          </w:tcPr>
          <w:p>
            <w:pPr>
              <w:spacing w:after="0" w:before="0"/>
              <w:jc w:val="center"/>
            </w:pPr>
            <w:r/>
            <w:r>
              <w:rPr>
                <w:b/>
                <w:i w:val="0"/>
                <w:color w:val="FFFFFF"/>
                <w:sz w:val="17"/>
              </w:rPr>
              <w:t>Kemampuan Akhir / Capaian Pembelajaran (CPMK)</w:t>
            </w:r>
          </w:p>
        </w:tc>
        <w:tc>
          <w:tcPr>
            <w:tcW w:type="dxa" w:w="907"/>
            <w:gridSpan w:val="3"/>
            <w:shd w:val="clear" w:color="auto" w:fill="4B3F9E"/>
            <w:tcMar>
              <w:top w:w="30" w:type="dxa"/>
              <w:bottom w:w="30" w:type="dxa"/>
              <w:start w:w="70" w:type="dxa"/>
              <w:end w:w="70" w:type="dxa"/>
            </w:tcMar>
            <w:vAlign w:val="center"/>
          </w:tcPr>
          <w:p>
            <w:pPr>
              <w:spacing w:after="0" w:before="0"/>
              <w:jc w:val="center"/>
            </w:pPr>
            <w:r/>
            <w:r>
              <w:rPr>
                <w:b/>
                <w:i w:val="0"/>
                <w:color w:val="FFFFFF"/>
                <w:sz w:val="17"/>
              </w:rPr>
              <w:t>Profisiensi saat ini *</w:t>
            </w:r>
          </w:p>
        </w:tc>
        <w:tc>
          <w:tcPr>
            <w:tcW w:type="dxa" w:w="482"/>
            <w:gridSpan w:val="4"/>
            <w:shd w:val="clear" w:color="auto" w:fill="4B3F9E"/>
            <w:tcMar>
              <w:top w:w="30" w:type="dxa"/>
              <w:bottom w:w="30" w:type="dxa"/>
              <w:start w:w="70" w:type="dxa"/>
              <w:end w:w="70" w:type="dxa"/>
            </w:tcMar>
            <w:vAlign w:val="center"/>
          </w:tcPr>
          <w:p>
            <w:pPr>
              <w:spacing w:after="0" w:before="0"/>
              <w:jc w:val="center"/>
            </w:pPr>
            <w:r/>
            <w:r>
              <w:rPr>
                <w:b/>
                <w:i w:val="0"/>
                <w:color w:val="FFFFFF"/>
                <w:sz w:val="17"/>
              </w:rPr>
              <w:t>Hasil evaluasi Asesor</w:t>
            </w:r>
          </w:p>
        </w:tc>
        <w:tc>
          <w:tcPr>
            <w:tcW w:type="dxa" w:w="2494"/>
            <w:gridSpan w:val="2"/>
            <w:shd w:val="clear" w:color="auto" w:fill="4B3F9E"/>
            <w:tcMar>
              <w:top w:w="30" w:type="dxa"/>
              <w:bottom w:w="30" w:type="dxa"/>
              <w:start w:w="70" w:type="dxa"/>
              <w:end w:w="70" w:type="dxa"/>
            </w:tcMar>
            <w:vAlign w:val="center"/>
          </w:tcPr>
          <w:p>
            <w:pPr>
              <w:spacing w:after="0" w:before="0"/>
              <w:jc w:val="center"/>
            </w:pPr>
            <w:r/>
            <w:r>
              <w:rPr>
                <w:b/>
                <w:i w:val="0"/>
                <w:color w:val="FFFFFF"/>
                <w:sz w:val="17"/>
              </w:rPr>
              <w:t>Bukti yang disampaikan *</w:t>
            </w:r>
          </w:p>
        </w:tc>
      </w:tr>
      <w:tr>
        <w:tc>
          <w:tcPr>
            <w:tcW w:type="dxa" w:w="4762"/>
            <w:vMerge/>
          </w:tcPr>
          <w:p/>
        </w:tc>
        <w:tc>
          <w:tcPr>
            <w:tcW w:type="dxa" w:w="907"/>
            <w:shd w:val="clear" w:color="auto" w:fill="6D5DD3"/>
            <w:tcMar>
              <w:top w:w="20" w:type="dxa"/>
              <w:bottom w:w="20" w:type="dxa"/>
              <w:start w:w="70" w:type="dxa"/>
              <w:end w:w="70" w:type="dxa"/>
            </w:tcMar>
            <w:vAlign w:val="center"/>
          </w:tcPr>
          <w:p>
            <w:pPr>
              <w:spacing w:after="0" w:before="0"/>
              <w:jc w:val="center"/>
            </w:pPr>
            <w:r/>
            <w:r>
              <w:rPr>
                <w:b/>
                <w:i w:val="0"/>
                <w:color w:val="FFFFFF"/>
                <w:sz w:val="16"/>
              </w:rPr>
              <w:t>Sangat baik</w:t>
            </w:r>
          </w:p>
        </w:tc>
        <w:tc>
          <w:tcPr>
            <w:tcW w:type="dxa" w:w="794"/>
            <w:shd w:val="clear" w:color="auto" w:fill="6D5DD3"/>
            <w:tcMar>
              <w:top w:w="20" w:type="dxa"/>
              <w:bottom w:w="20" w:type="dxa"/>
              <w:start w:w="70" w:type="dxa"/>
              <w:end w:w="70" w:type="dxa"/>
            </w:tcMar>
            <w:vAlign w:val="center"/>
          </w:tcPr>
          <w:p>
            <w:pPr>
              <w:spacing w:after="0" w:before="0"/>
              <w:jc w:val="center"/>
            </w:pPr>
            <w:r/>
            <w:r>
              <w:rPr>
                <w:b/>
                <w:i w:val="0"/>
                <w:color w:val="FFFFFF"/>
                <w:sz w:val="16"/>
              </w:rPr>
              <w:t>Baik</w:t>
            </w:r>
          </w:p>
        </w:tc>
        <w:tc>
          <w:tcPr>
            <w:tcW w:type="dxa" w:w="964"/>
            <w:shd w:val="clear" w:color="auto" w:fill="6D5DD3"/>
            <w:tcMar>
              <w:top w:w="20" w:type="dxa"/>
              <w:bottom w:w="20" w:type="dxa"/>
              <w:start w:w="70" w:type="dxa"/>
              <w:end w:w="70" w:type="dxa"/>
            </w:tcMar>
            <w:vAlign w:val="center"/>
          </w:tcPr>
          <w:p>
            <w:pPr>
              <w:spacing w:after="0" w:before="0"/>
              <w:jc w:val="center"/>
            </w:pPr>
            <w:r/>
            <w:r>
              <w:rPr>
                <w:b/>
                <w:i w:val="0"/>
                <w:color w:val="FFFFFF"/>
                <w:sz w:val="16"/>
              </w:rPr>
              <w:t>Tidak pernah</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V</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A</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T</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M</w:t>
            </w:r>
          </w:p>
        </w:tc>
        <w:tc>
          <w:tcPr>
            <w:tcW w:type="dxa" w:w="2494"/>
            <w:shd w:val="clear" w:color="auto" w:fill="6D5DD3"/>
            <w:tcMar>
              <w:top w:w="20" w:type="dxa"/>
              <w:bottom w:w="20" w:type="dxa"/>
              <w:start w:w="70" w:type="dxa"/>
              <w:end w:w="70" w:type="dxa"/>
            </w:tcMar>
            <w:vAlign w:val="center"/>
          </w:tcPr>
          <w:p>
            <w:pPr>
              <w:spacing w:after="0" w:before="0"/>
              <w:jc w:val="center"/>
            </w:pPr>
            <w:r/>
            <w:r>
              <w:rPr>
                <w:b/>
                <w:i w:val="0"/>
                <w:color w:val="FFFFFF"/>
                <w:sz w:val="16"/>
              </w:rPr>
              <w:t>Nomor Dokumen</w:t>
            </w:r>
          </w:p>
        </w:tc>
        <w:tc>
          <w:tcPr>
            <w:tcW w:type="dxa" w:w="3118"/>
            <w:shd w:val="clear" w:color="auto" w:fill="6D5DD3"/>
            <w:tcMar>
              <w:top w:w="20" w:type="dxa"/>
              <w:bottom w:w="20" w:type="dxa"/>
              <w:start w:w="70" w:type="dxa"/>
              <w:end w:w="70" w:type="dxa"/>
            </w:tcMar>
            <w:vAlign w:val="center"/>
          </w:tcPr>
          <w:p>
            <w:pPr>
              <w:spacing w:after="0" w:before="0"/>
              <w:jc w:val="center"/>
            </w:pPr>
            <w:r/>
            <w:r>
              <w:rPr>
                <w:b/>
                <w:i w:val="0"/>
                <w:color w:val="FFFFFF"/>
                <w:sz w:val="16"/>
              </w:rPr>
              <w:t>Jenis Dokumen</w:t>
            </w:r>
          </w:p>
        </w:tc>
      </w:tr>
      <w:tr>
        <w:tc>
          <w:tcPr>
            <w:tcW w:type="dxa" w:w="4762"/>
            <w:tcMar>
              <w:top w:w="20" w:type="dxa"/>
              <w:bottom w:w="20" w:type="dxa"/>
              <w:start w:w="50" w:type="dxa"/>
              <w:end w:w="50" w:type="dxa"/>
            </w:tcMar>
            <w:vAlign w:val="center"/>
          </w:tcPr>
          <w:p>
            <w:pPr>
              <w:spacing w:after="0" w:before="0"/>
            </w:pPr>
            <w:r/>
            <w:r>
              <w:rPr>
                <w:b w:val="0"/>
                <w:i w:val="0"/>
                <w:sz w:val="17"/>
              </w:rPr>
              <w:t>Mahasiswa mampu menganalisis hakikat, ruang lingkup, dan kedudukan politik hukum dalam sistem hukum nasional berdasarkan pandangan para ahli.</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Mahasiswa mampu menganalisis pengaruh konfigurasi politik terhadap karakter produk hukum pada setiap periode ketatanegaraan Indonesia (Demokrasi Liberal, Demokrasi Terpimpin, Orde Baru, dan Reformasi).</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Mahasiswa mampu mengevaluasi karakter produk hukum (responsif/populistik atau konservatif/ortodoks) dalam kaitannya dengan sistem politik demokratis atau otoriter pada peraturan perundang-undangan tertentu.</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Mahasiswa mampu merumuskan arah politik hukum dan rancangan kebijakan legislasi yang responsif dengan memperhatikan mekanisme perencanaan hukum nasional melalui Program Legislasi Nasional (Prolegnas).</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bl>
    <w:p>
      <w:pPr>
        <w:spacing w:after="80"/>
      </w:pPr>
      <w:r>
        <w:rPr>
          <w:b w:val="0"/>
          <w:i/>
          <w:color w:val="6B7280"/>
          <w:sz w:val="16"/>
        </w:rPr>
        <w:t>Keterangan: kolom bertanda * diisi oleh pelamar RPL; kolom V/A/T/M diisi oleh Asesor.</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14968" w:type="dxa"/>
      </w:tblPr>
      <w:tblGrid>
        <w:gridCol w:w="4536"/>
        <w:gridCol w:w="5103"/>
        <w:gridCol w:w="5329"/>
      </w:tblGrid>
      <w:tr>
        <w:tc>
          <w:tcPr>
            <w:tcW w:type="dxa" w:w="4535"/>
            <w:tcMar>
              <w:top w:w="30" w:type="dxa"/>
              <w:bottom w:w="30" w:type="dxa"/>
              <w:start w:w="70" w:type="dxa"/>
              <w:end w:w="70" w:type="dxa"/>
            </w:tcMar>
            <w:vAlign w:val="center"/>
          </w:tcPr>
          <w:p>
            <w:pPr>
              <w:spacing w:after="0" w:before="0"/>
            </w:pPr>
            <w:r/>
            <w:r>
              <w:rPr>
                <w:b w:val="0"/>
                <w:i w:val="0"/>
                <w:sz w:val="18"/>
              </w:rPr>
              <w:t>Tanggal :</w:t>
            </w:r>
          </w:p>
        </w:tc>
        <w:tc>
          <w:tcPr>
            <w:tcW w:type="dxa" w:w="5102"/>
            <w:vMerge w:val="restart"/>
            <w:tcMar>
              <w:top w:w="30" w:type="dxa"/>
              <w:bottom w:w="30" w:type="dxa"/>
              <w:start w:w="70" w:type="dxa"/>
              <w:end w:w="70" w:type="dxa"/>
            </w:tcMar>
          </w:tcPr>
          <w:p>
            <w:r/>
            <w:r>
              <w:rPr>
                <w:sz w:val="18"/>
              </w:rPr>
              <w:t>Lokasi Penelitian :</w:t>
            </w:r>
          </w:p>
        </w:tc>
        <w:tc>
          <w:tcPr>
            <w:tcW w:type="dxa" w:w="5329"/>
            <w:vMerge w:val="restart"/>
            <w:tcMar>
              <w:top w:w="30" w:type="dxa"/>
              <w:bottom w:w="30" w:type="dxa"/>
              <w:start w:w="70" w:type="dxa"/>
              <w:end w:w="70" w:type="dxa"/>
            </w:tcMar>
          </w:tcPr>
          <w:p>
            <w:r/>
            <w:r>
              <w:rPr>
                <w:sz w:val="18"/>
              </w:rPr>
              <w:t>Penilai I/II</w:t>
            </w:r>
          </w:p>
          <w:p>
            <w:pPr>
              <w:spacing w:after="40"/>
            </w:pPr>
          </w:p>
          <w:p>
            <w:pPr>
              <w:spacing w:after="40"/>
            </w:pPr>
          </w:p>
          <w:p>
            <w:pPr>
              <w:jc w:val="center"/>
            </w:pPr>
            <w:r>
              <w:rPr>
                <w:sz w:val="18"/>
              </w:rPr>
              <w:t>(...................................)</w:t>
            </w:r>
          </w:p>
        </w:tc>
      </w:tr>
      <w:tr>
        <w:tc>
          <w:tcPr>
            <w:tcW w:type="dxa" w:w="4535"/>
            <w:tcMar>
              <w:top w:w="30" w:type="dxa"/>
              <w:bottom w:w="30" w:type="dxa"/>
              <w:start w:w="70" w:type="dxa"/>
              <w:end w:w="70" w:type="dxa"/>
            </w:tcMar>
            <w:vAlign w:val="center"/>
          </w:tcPr>
          <w:p>
            <w:pPr>
              <w:spacing w:after="0" w:before="0"/>
            </w:pPr>
            <w:r/>
            <w:r>
              <w:rPr>
                <w:b w:val="0"/>
                <w:i w:val="0"/>
                <w:sz w:val="18"/>
              </w:rPr>
              <w:t>Waktu :</w:t>
            </w:r>
          </w:p>
        </w:tc>
        <w:tc>
          <w:tcPr>
            <w:tcW w:type="dxa" w:w="5102"/>
            <w:vMerge/>
          </w:tcPr>
          <w:p/>
        </w:tc>
        <w:tc>
          <w:tcPr>
            <w:tcW w:type="dxa" w:w="5329"/>
            <w:vMerge/>
          </w:tcPr>
          <w:p/>
        </w:tc>
      </w:tr>
      <w:tr>
        <w:tc>
          <w:tcPr>
            <w:tcW w:type="dxa" w:w="4535"/>
            <w:tcMar>
              <w:top w:w="30" w:type="dxa"/>
              <w:bottom w:w="30" w:type="dxa"/>
              <w:start w:w="70" w:type="dxa"/>
              <w:end w:w="70" w:type="dxa"/>
            </w:tcMar>
            <w:vAlign w:val="center"/>
          </w:tcPr>
          <w:p>
            <w:pPr>
              <w:spacing w:after="0" w:before="0"/>
            </w:pPr>
            <w:r/>
            <w:r>
              <w:rPr>
                <w:b w:val="0"/>
                <w:i w:val="0"/>
                <w:sz w:val="18"/>
              </w:rPr>
              <w:t>Catatan Penilaian :</w:t>
            </w:r>
          </w:p>
        </w:tc>
        <w:tc>
          <w:tcPr>
            <w:tcW w:type="dxa" w:w="5102"/>
            <w:vMerge/>
          </w:tcPr>
          <w:p/>
        </w:tc>
        <w:tc>
          <w:tcPr>
            <w:tcW w:type="dxa" w:w="5329"/>
            <w:vMerge/>
          </w:tcPr>
          <w:p/>
        </w:tc>
      </w:tr>
    </w:tbl>
    <w:p>
      <w:pPr>
        <w:spacing w:after="120"/>
      </w:pPr>
    </w:p>
    <w:p>
      <w:pPr>
        <w:spacing w:after="80"/>
      </w:pPr>
    </w:p>
    <w:tbl>
      <w:tblPr>
        <w:tblW w:type="auto" w:w="0"/>
        <w:jc w:val="center"/>
        <w:tblLayout w:type="fixed"/>
        <w:tblLook w:firstColumn="1" w:firstRow="1" w:lastColumn="0" w:lastRow="0" w:noHBand="0" w:noVBand="1" w:val="04A0"/>
        <w:tblBorders>
          <w:top w:val="single" w:sz="4" w:space="0" w:color="D9D6F2"/>
          <w:left w:val="single" w:sz="4" w:space="0" w:color="D9D6F2"/>
          <w:bottom w:val="single" w:sz="4" w:space="0" w:color="D9D6F2"/>
          <w:right w:val="single" w:sz="4" w:space="0" w:color="D9D6F2"/>
          <w:insideH w:val="single" w:sz="4" w:space="0" w:color="D9D6F2"/>
          <w:insideV w:val="single" w:sz="4" w:space="0" w:color="D9D6F2"/>
        </w:tblBorders>
        <w:tblLayout w:type="fixed"/>
        <w:tblW w:w="14968" w:type="dxa"/>
      </w:tblPr>
      <w:tblGrid>
        <w:gridCol w:w="2381"/>
        <w:gridCol w:w="12587"/>
      </w:tblGrid>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Formulir</w:t>
            </w:r>
          </w:p>
        </w:tc>
        <w:tc>
          <w:tcPr>
            <w:tcW w:type="dxa" w:w="12586"/>
            <w:tcMar>
              <w:top w:w="30" w:type="dxa"/>
              <w:bottom w:w="30" w:type="dxa"/>
              <w:start w:w="70" w:type="dxa"/>
              <w:end w:w="70" w:type="dxa"/>
            </w:tcMar>
            <w:vAlign w:val="center"/>
          </w:tcPr>
          <w:p>
            <w:pPr>
              <w:spacing w:after="0" w:before="0"/>
            </w:pPr>
            <w:r/>
            <w:r>
              <w:rPr>
                <w:b w:val="0"/>
                <w:i w:val="0"/>
                <w:sz w:val="18"/>
              </w:rPr>
              <w:t>FED-05</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Nama Mata Kuliah</w:t>
            </w:r>
          </w:p>
        </w:tc>
        <w:tc>
          <w:tcPr>
            <w:tcW w:type="dxa" w:w="12586"/>
            <w:tcMar>
              <w:top w:w="30" w:type="dxa"/>
              <w:bottom w:w="30" w:type="dxa"/>
              <w:start w:w="70" w:type="dxa"/>
              <w:end w:w="70" w:type="dxa"/>
            </w:tcMar>
            <w:vAlign w:val="center"/>
          </w:tcPr>
          <w:p>
            <w:pPr>
              <w:spacing w:after="0" w:before="0"/>
            </w:pPr>
            <w:r/>
            <w:r>
              <w:rPr>
                <w:b w:val="0"/>
                <w:i w:val="0"/>
                <w:sz w:val="18"/>
              </w:rPr>
              <w:t>Perbandingan Sistem Hukum</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Kode Mata Kuliah</w:t>
            </w:r>
          </w:p>
        </w:tc>
        <w:tc>
          <w:tcPr>
            <w:tcW w:type="dxa" w:w="12586"/>
            <w:tcMar>
              <w:top w:w="30" w:type="dxa"/>
              <w:bottom w:w="30" w:type="dxa"/>
              <w:start w:w="70" w:type="dxa"/>
              <w:end w:w="70" w:type="dxa"/>
            </w:tcMar>
            <w:vAlign w:val="center"/>
          </w:tcPr>
          <w:p>
            <w:pPr>
              <w:spacing w:after="0" w:before="0"/>
            </w:pPr>
            <w:r/>
            <w:r>
              <w:rPr>
                <w:b w:val="0"/>
                <w:i w:val="0"/>
                <w:sz w:val="18"/>
              </w:rPr>
              <w:t>3HS225206</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SKS</w:t>
            </w:r>
          </w:p>
        </w:tc>
        <w:tc>
          <w:tcPr>
            <w:tcW w:type="dxa" w:w="12586"/>
            <w:tcMar>
              <w:top w:w="30" w:type="dxa"/>
              <w:bottom w:w="30" w:type="dxa"/>
              <w:start w:w="70" w:type="dxa"/>
              <w:end w:w="70" w:type="dxa"/>
            </w:tcMar>
            <w:vAlign w:val="center"/>
          </w:tcPr>
          <w:p>
            <w:pPr>
              <w:spacing w:after="0" w:before="0"/>
            </w:pPr>
            <w:r/>
            <w:r>
              <w:rPr>
                <w:b w:val="0"/>
                <w:i w:val="0"/>
                <w:sz w:val="18"/>
              </w:rPr>
              <w:t>3</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Deskripsi Mata Kuliah</w:t>
            </w:r>
          </w:p>
        </w:tc>
        <w:tc>
          <w:tcPr>
            <w:tcW w:type="dxa" w:w="12586"/>
            <w:tcMar>
              <w:top w:w="30" w:type="dxa"/>
              <w:bottom w:w="30" w:type="dxa"/>
              <w:start w:w="70" w:type="dxa"/>
              <w:end w:w="70" w:type="dxa"/>
            </w:tcMar>
            <w:vAlign w:val="center"/>
          </w:tcPr>
          <w:p>
            <w:pPr>
              <w:spacing w:after="0" w:before="0"/>
              <w:jc w:val="both"/>
            </w:pPr>
            <w:r/>
            <w:r>
              <w:rPr>
                <w:b w:val="0"/>
                <w:i w:val="0"/>
                <w:sz w:val="18"/>
              </w:rPr>
              <w:t>-</w:t>
            </w:r>
          </w:p>
        </w:tc>
      </w:tr>
    </w:tbl>
    <w:p>
      <w:pPr>
        <w:spacing w:after="80"/>
      </w:pPr>
    </w:p>
    <w:tbl>
      <w:tblPr>
        <w:tblW w:type="auto" w:w="0"/>
        <w:jc w:val="center"/>
        <w:tblLayout w:type="fixed"/>
        <w:tblLook w:firstColumn="1" w:firstRow="1" w:lastColumn="0" w:lastRow="0" w:noHBand="0" w:noVBand="1" w:val="04A0"/>
        <w:tblBorders>
          <w:top w:val="single" w:sz="6" w:space="0" w:color="6D5DD3"/>
          <w:left w:val="single" w:sz="6" w:space="0" w:color="6D5DD3"/>
          <w:bottom w:val="single" w:sz="6" w:space="0" w:color="6D5DD3"/>
          <w:right w:val="single" w:sz="6" w:space="0" w:color="6D5DD3"/>
          <w:insideH w:val="single" w:sz="6" w:space="0" w:color="6D5DD3"/>
          <w:insideV w:val="single" w:sz="6" w:space="0" w:color="6D5DD3"/>
        </w:tblBorders>
        <w:tblLayout w:type="fixed"/>
        <w:tblW w:w="14968" w:type="dxa"/>
      </w:tblPr>
      <w:tblGrid>
        <w:gridCol w:w="4762"/>
        <w:gridCol w:w="907"/>
        <w:gridCol w:w="793"/>
        <w:gridCol w:w="963"/>
        <w:gridCol w:w="481"/>
        <w:gridCol w:w="481"/>
        <w:gridCol w:w="481"/>
        <w:gridCol w:w="481"/>
        <w:gridCol w:w="2494"/>
        <w:gridCol w:w="3118"/>
      </w:tblGrid>
      <w:tr>
        <w:tc>
          <w:tcPr>
            <w:tcW w:type="dxa" w:w="4762"/>
            <w:vMerge w:val="restart"/>
            <w:shd w:val="clear" w:color="auto" w:fill="4B3F9E"/>
            <w:tcMar>
              <w:top w:w="30" w:type="dxa"/>
              <w:bottom w:w="30" w:type="dxa"/>
              <w:start w:w="70" w:type="dxa"/>
              <w:end w:w="70" w:type="dxa"/>
            </w:tcMar>
            <w:vAlign w:val="center"/>
          </w:tcPr>
          <w:p>
            <w:pPr>
              <w:spacing w:after="0" w:before="0"/>
              <w:jc w:val="center"/>
            </w:pPr>
            <w:r/>
            <w:r>
              <w:rPr>
                <w:b/>
                <w:i w:val="0"/>
                <w:color w:val="FFFFFF"/>
                <w:sz w:val="17"/>
              </w:rPr>
              <w:t>Kemampuan Akhir / Capaian Pembelajaran (CPMK)</w:t>
            </w:r>
          </w:p>
        </w:tc>
        <w:tc>
          <w:tcPr>
            <w:tcW w:type="dxa" w:w="907"/>
            <w:gridSpan w:val="3"/>
            <w:shd w:val="clear" w:color="auto" w:fill="4B3F9E"/>
            <w:tcMar>
              <w:top w:w="30" w:type="dxa"/>
              <w:bottom w:w="30" w:type="dxa"/>
              <w:start w:w="70" w:type="dxa"/>
              <w:end w:w="70" w:type="dxa"/>
            </w:tcMar>
            <w:vAlign w:val="center"/>
          </w:tcPr>
          <w:p>
            <w:pPr>
              <w:spacing w:after="0" w:before="0"/>
              <w:jc w:val="center"/>
            </w:pPr>
            <w:r/>
            <w:r>
              <w:rPr>
                <w:b/>
                <w:i w:val="0"/>
                <w:color w:val="FFFFFF"/>
                <w:sz w:val="17"/>
              </w:rPr>
              <w:t>Profisiensi saat ini *</w:t>
            </w:r>
          </w:p>
        </w:tc>
        <w:tc>
          <w:tcPr>
            <w:tcW w:type="dxa" w:w="482"/>
            <w:gridSpan w:val="4"/>
            <w:shd w:val="clear" w:color="auto" w:fill="4B3F9E"/>
            <w:tcMar>
              <w:top w:w="30" w:type="dxa"/>
              <w:bottom w:w="30" w:type="dxa"/>
              <w:start w:w="70" w:type="dxa"/>
              <w:end w:w="70" w:type="dxa"/>
            </w:tcMar>
            <w:vAlign w:val="center"/>
          </w:tcPr>
          <w:p>
            <w:pPr>
              <w:spacing w:after="0" w:before="0"/>
              <w:jc w:val="center"/>
            </w:pPr>
            <w:r/>
            <w:r>
              <w:rPr>
                <w:b/>
                <w:i w:val="0"/>
                <w:color w:val="FFFFFF"/>
                <w:sz w:val="17"/>
              </w:rPr>
              <w:t>Hasil evaluasi Asesor</w:t>
            </w:r>
          </w:p>
        </w:tc>
        <w:tc>
          <w:tcPr>
            <w:tcW w:type="dxa" w:w="2494"/>
            <w:gridSpan w:val="2"/>
            <w:shd w:val="clear" w:color="auto" w:fill="4B3F9E"/>
            <w:tcMar>
              <w:top w:w="30" w:type="dxa"/>
              <w:bottom w:w="30" w:type="dxa"/>
              <w:start w:w="70" w:type="dxa"/>
              <w:end w:w="70" w:type="dxa"/>
            </w:tcMar>
            <w:vAlign w:val="center"/>
          </w:tcPr>
          <w:p>
            <w:pPr>
              <w:spacing w:after="0" w:before="0"/>
              <w:jc w:val="center"/>
            </w:pPr>
            <w:r/>
            <w:r>
              <w:rPr>
                <w:b/>
                <w:i w:val="0"/>
                <w:color w:val="FFFFFF"/>
                <w:sz w:val="17"/>
              </w:rPr>
              <w:t>Bukti yang disampaikan *</w:t>
            </w:r>
          </w:p>
        </w:tc>
      </w:tr>
      <w:tr>
        <w:tc>
          <w:tcPr>
            <w:tcW w:type="dxa" w:w="4762"/>
            <w:vMerge/>
          </w:tcPr>
          <w:p/>
        </w:tc>
        <w:tc>
          <w:tcPr>
            <w:tcW w:type="dxa" w:w="907"/>
            <w:shd w:val="clear" w:color="auto" w:fill="6D5DD3"/>
            <w:tcMar>
              <w:top w:w="20" w:type="dxa"/>
              <w:bottom w:w="20" w:type="dxa"/>
              <w:start w:w="70" w:type="dxa"/>
              <w:end w:w="70" w:type="dxa"/>
            </w:tcMar>
            <w:vAlign w:val="center"/>
          </w:tcPr>
          <w:p>
            <w:pPr>
              <w:spacing w:after="0" w:before="0"/>
              <w:jc w:val="center"/>
            </w:pPr>
            <w:r/>
            <w:r>
              <w:rPr>
                <w:b/>
                <w:i w:val="0"/>
                <w:color w:val="FFFFFF"/>
                <w:sz w:val="16"/>
              </w:rPr>
              <w:t>Sangat baik</w:t>
            </w:r>
          </w:p>
        </w:tc>
        <w:tc>
          <w:tcPr>
            <w:tcW w:type="dxa" w:w="794"/>
            <w:shd w:val="clear" w:color="auto" w:fill="6D5DD3"/>
            <w:tcMar>
              <w:top w:w="20" w:type="dxa"/>
              <w:bottom w:w="20" w:type="dxa"/>
              <w:start w:w="70" w:type="dxa"/>
              <w:end w:w="70" w:type="dxa"/>
            </w:tcMar>
            <w:vAlign w:val="center"/>
          </w:tcPr>
          <w:p>
            <w:pPr>
              <w:spacing w:after="0" w:before="0"/>
              <w:jc w:val="center"/>
            </w:pPr>
            <w:r/>
            <w:r>
              <w:rPr>
                <w:b/>
                <w:i w:val="0"/>
                <w:color w:val="FFFFFF"/>
                <w:sz w:val="16"/>
              </w:rPr>
              <w:t>Baik</w:t>
            </w:r>
          </w:p>
        </w:tc>
        <w:tc>
          <w:tcPr>
            <w:tcW w:type="dxa" w:w="964"/>
            <w:shd w:val="clear" w:color="auto" w:fill="6D5DD3"/>
            <w:tcMar>
              <w:top w:w="20" w:type="dxa"/>
              <w:bottom w:w="20" w:type="dxa"/>
              <w:start w:w="70" w:type="dxa"/>
              <w:end w:w="70" w:type="dxa"/>
            </w:tcMar>
            <w:vAlign w:val="center"/>
          </w:tcPr>
          <w:p>
            <w:pPr>
              <w:spacing w:after="0" w:before="0"/>
              <w:jc w:val="center"/>
            </w:pPr>
            <w:r/>
            <w:r>
              <w:rPr>
                <w:b/>
                <w:i w:val="0"/>
                <w:color w:val="FFFFFF"/>
                <w:sz w:val="16"/>
              </w:rPr>
              <w:t>Tidak pernah</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V</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A</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T</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M</w:t>
            </w:r>
          </w:p>
        </w:tc>
        <w:tc>
          <w:tcPr>
            <w:tcW w:type="dxa" w:w="2494"/>
            <w:shd w:val="clear" w:color="auto" w:fill="6D5DD3"/>
            <w:tcMar>
              <w:top w:w="20" w:type="dxa"/>
              <w:bottom w:w="20" w:type="dxa"/>
              <w:start w:w="70" w:type="dxa"/>
              <w:end w:w="70" w:type="dxa"/>
            </w:tcMar>
            <w:vAlign w:val="center"/>
          </w:tcPr>
          <w:p>
            <w:pPr>
              <w:spacing w:after="0" w:before="0"/>
              <w:jc w:val="center"/>
            </w:pPr>
            <w:r/>
            <w:r>
              <w:rPr>
                <w:b/>
                <w:i w:val="0"/>
                <w:color w:val="FFFFFF"/>
                <w:sz w:val="16"/>
              </w:rPr>
              <w:t>Nomor Dokumen</w:t>
            </w:r>
          </w:p>
        </w:tc>
        <w:tc>
          <w:tcPr>
            <w:tcW w:type="dxa" w:w="3118"/>
            <w:shd w:val="clear" w:color="auto" w:fill="6D5DD3"/>
            <w:tcMar>
              <w:top w:w="20" w:type="dxa"/>
              <w:bottom w:w="20" w:type="dxa"/>
              <w:start w:w="70" w:type="dxa"/>
              <w:end w:w="70" w:type="dxa"/>
            </w:tcMar>
            <w:vAlign w:val="center"/>
          </w:tcPr>
          <w:p>
            <w:pPr>
              <w:spacing w:after="0" w:before="0"/>
              <w:jc w:val="center"/>
            </w:pPr>
            <w:r/>
            <w:r>
              <w:rPr>
                <w:b/>
                <w:i w:val="0"/>
                <w:color w:val="FFFFFF"/>
                <w:sz w:val="16"/>
              </w:rPr>
              <w:t>Jenis Dokumen</w:t>
            </w:r>
          </w:p>
        </w:tc>
      </w:tr>
      <w:tr>
        <w:tc>
          <w:tcPr>
            <w:tcW w:type="dxa" w:w="4762"/>
            <w:tcMar>
              <w:top w:w="20" w:type="dxa"/>
              <w:bottom w:w="20" w:type="dxa"/>
              <w:start w:w="50" w:type="dxa"/>
              <w:end w:w="50" w:type="dxa"/>
            </w:tcMar>
            <w:vAlign w:val="center"/>
          </w:tcPr>
          <w:p>
            <w:pPr>
              <w:spacing w:after="0" w:before="0"/>
            </w:pPr>
            <w:r/>
            <w:r>
              <w:rPr>
                <w:b w:val="0"/>
                <w:i w:val="0"/>
                <w:sz w:val="17"/>
              </w:rPr>
              <w:t>Mahasiswa mampu menganalisis konsep sistem hukum, tata hukum, dan unsur-unsur pembentuk sistem hukum (struktur, substansi, dan budaya hukum) sebagai kerangka metode perbandingan hukum.</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Mahasiswa mampu menganalisis perkembangan historis sistem Civil Law, termasuk pengaruh Code Civil Prancis serta keterkaitan Roman Law dan Customary Law, terhadap pembentukan sistem hukum Indonesia.</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Mahasiswa mampu menganalisis kedudukan sumber hukum materiil dan formal dalam sistem Civil Law, termasuk peran kodifikasi, doktrin, dan yurisprudensi.</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Mahasiswa mampu menganalisis perkembangan sistem Common Law, meliputi tata cara pengajuan perkara (lawsuit), yurisdiksi Court of Law, peran Court of Chancery, doktrin Equity, serta asas preseden (stare decisis).</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Mahasiswa mampu mengevaluasi perbedaan penalaran hukum (legal reasoning) dan filsafat peradilan (judicial philosophy) dalam sistem Civil Law dan Common Law sebagai dasar rekomendasi pengembangan sistem hukum nasional.</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bl>
    <w:p>
      <w:pPr>
        <w:spacing w:after="80"/>
      </w:pPr>
      <w:r>
        <w:rPr>
          <w:b w:val="0"/>
          <w:i/>
          <w:color w:val="6B7280"/>
          <w:sz w:val="16"/>
        </w:rPr>
        <w:t>Keterangan: kolom bertanda * diisi oleh pelamar RPL; kolom V/A/T/M diisi oleh Asesor.</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14968" w:type="dxa"/>
      </w:tblPr>
      <w:tblGrid>
        <w:gridCol w:w="4536"/>
        <w:gridCol w:w="5103"/>
        <w:gridCol w:w="5329"/>
      </w:tblGrid>
      <w:tr>
        <w:tc>
          <w:tcPr>
            <w:tcW w:type="dxa" w:w="4535"/>
            <w:tcMar>
              <w:top w:w="30" w:type="dxa"/>
              <w:bottom w:w="30" w:type="dxa"/>
              <w:start w:w="70" w:type="dxa"/>
              <w:end w:w="70" w:type="dxa"/>
            </w:tcMar>
            <w:vAlign w:val="center"/>
          </w:tcPr>
          <w:p>
            <w:pPr>
              <w:spacing w:after="0" w:before="0"/>
            </w:pPr>
            <w:r/>
            <w:r>
              <w:rPr>
                <w:b w:val="0"/>
                <w:i w:val="0"/>
                <w:sz w:val="18"/>
              </w:rPr>
              <w:t>Tanggal :</w:t>
            </w:r>
          </w:p>
        </w:tc>
        <w:tc>
          <w:tcPr>
            <w:tcW w:type="dxa" w:w="5102"/>
            <w:vMerge w:val="restart"/>
            <w:tcMar>
              <w:top w:w="30" w:type="dxa"/>
              <w:bottom w:w="30" w:type="dxa"/>
              <w:start w:w="70" w:type="dxa"/>
              <w:end w:w="70" w:type="dxa"/>
            </w:tcMar>
          </w:tcPr>
          <w:p>
            <w:r/>
            <w:r>
              <w:rPr>
                <w:sz w:val="18"/>
              </w:rPr>
              <w:t>Lokasi Penelitian :</w:t>
            </w:r>
          </w:p>
        </w:tc>
        <w:tc>
          <w:tcPr>
            <w:tcW w:type="dxa" w:w="5329"/>
            <w:vMerge w:val="restart"/>
            <w:tcMar>
              <w:top w:w="30" w:type="dxa"/>
              <w:bottom w:w="30" w:type="dxa"/>
              <w:start w:w="70" w:type="dxa"/>
              <w:end w:w="70" w:type="dxa"/>
            </w:tcMar>
          </w:tcPr>
          <w:p>
            <w:r/>
            <w:r>
              <w:rPr>
                <w:sz w:val="18"/>
              </w:rPr>
              <w:t>Penilai I/II</w:t>
            </w:r>
          </w:p>
          <w:p>
            <w:pPr>
              <w:spacing w:after="40"/>
            </w:pPr>
          </w:p>
          <w:p>
            <w:pPr>
              <w:spacing w:after="40"/>
            </w:pPr>
          </w:p>
          <w:p>
            <w:pPr>
              <w:jc w:val="center"/>
            </w:pPr>
            <w:r>
              <w:rPr>
                <w:sz w:val="18"/>
              </w:rPr>
              <w:t>(...................................)</w:t>
            </w:r>
          </w:p>
        </w:tc>
      </w:tr>
      <w:tr>
        <w:tc>
          <w:tcPr>
            <w:tcW w:type="dxa" w:w="4535"/>
            <w:tcMar>
              <w:top w:w="30" w:type="dxa"/>
              <w:bottom w:w="30" w:type="dxa"/>
              <w:start w:w="70" w:type="dxa"/>
              <w:end w:w="70" w:type="dxa"/>
            </w:tcMar>
            <w:vAlign w:val="center"/>
          </w:tcPr>
          <w:p>
            <w:pPr>
              <w:spacing w:after="0" w:before="0"/>
            </w:pPr>
            <w:r/>
            <w:r>
              <w:rPr>
                <w:b w:val="0"/>
                <w:i w:val="0"/>
                <w:sz w:val="18"/>
              </w:rPr>
              <w:t>Waktu :</w:t>
            </w:r>
          </w:p>
        </w:tc>
        <w:tc>
          <w:tcPr>
            <w:tcW w:type="dxa" w:w="5102"/>
            <w:vMerge/>
          </w:tcPr>
          <w:p/>
        </w:tc>
        <w:tc>
          <w:tcPr>
            <w:tcW w:type="dxa" w:w="5329"/>
            <w:vMerge/>
          </w:tcPr>
          <w:p/>
        </w:tc>
      </w:tr>
      <w:tr>
        <w:tc>
          <w:tcPr>
            <w:tcW w:type="dxa" w:w="4535"/>
            <w:tcMar>
              <w:top w:w="30" w:type="dxa"/>
              <w:bottom w:w="30" w:type="dxa"/>
              <w:start w:w="70" w:type="dxa"/>
              <w:end w:w="70" w:type="dxa"/>
            </w:tcMar>
            <w:vAlign w:val="center"/>
          </w:tcPr>
          <w:p>
            <w:pPr>
              <w:spacing w:after="0" w:before="0"/>
            </w:pPr>
            <w:r/>
            <w:r>
              <w:rPr>
                <w:b w:val="0"/>
                <w:i w:val="0"/>
                <w:sz w:val="18"/>
              </w:rPr>
              <w:t>Catatan Penilaian :</w:t>
            </w:r>
          </w:p>
        </w:tc>
        <w:tc>
          <w:tcPr>
            <w:tcW w:type="dxa" w:w="5102"/>
            <w:vMerge/>
          </w:tcPr>
          <w:p/>
        </w:tc>
        <w:tc>
          <w:tcPr>
            <w:tcW w:type="dxa" w:w="5329"/>
            <w:vMerge/>
          </w:tcPr>
          <w:p/>
        </w:tc>
      </w:tr>
    </w:tbl>
    <w:p>
      <w:pPr>
        <w:spacing w:after="120"/>
      </w:pPr>
    </w:p>
    <w:p>
      <w:pPr>
        <w:spacing w:after="80"/>
      </w:pPr>
    </w:p>
    <w:tbl>
      <w:tblPr>
        <w:tblW w:type="auto" w:w="0"/>
        <w:jc w:val="center"/>
        <w:tblLayout w:type="fixed"/>
        <w:tblLook w:firstColumn="1" w:firstRow="1" w:lastColumn="0" w:lastRow="0" w:noHBand="0" w:noVBand="1" w:val="04A0"/>
        <w:tblBorders>
          <w:top w:val="single" w:sz="4" w:space="0" w:color="D9D6F2"/>
          <w:left w:val="single" w:sz="4" w:space="0" w:color="D9D6F2"/>
          <w:bottom w:val="single" w:sz="4" w:space="0" w:color="D9D6F2"/>
          <w:right w:val="single" w:sz="4" w:space="0" w:color="D9D6F2"/>
          <w:insideH w:val="single" w:sz="4" w:space="0" w:color="D9D6F2"/>
          <w:insideV w:val="single" w:sz="4" w:space="0" w:color="D9D6F2"/>
        </w:tblBorders>
        <w:tblLayout w:type="fixed"/>
        <w:tblW w:w="14968" w:type="dxa"/>
      </w:tblPr>
      <w:tblGrid>
        <w:gridCol w:w="2381"/>
        <w:gridCol w:w="12587"/>
      </w:tblGrid>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Formulir</w:t>
            </w:r>
          </w:p>
        </w:tc>
        <w:tc>
          <w:tcPr>
            <w:tcW w:type="dxa" w:w="12586"/>
            <w:tcMar>
              <w:top w:w="30" w:type="dxa"/>
              <w:bottom w:w="30" w:type="dxa"/>
              <w:start w:w="70" w:type="dxa"/>
              <w:end w:w="70" w:type="dxa"/>
            </w:tcMar>
            <w:vAlign w:val="center"/>
          </w:tcPr>
          <w:p>
            <w:pPr>
              <w:spacing w:after="0" w:before="0"/>
            </w:pPr>
            <w:r/>
            <w:r>
              <w:rPr>
                <w:b w:val="0"/>
                <w:i w:val="0"/>
                <w:sz w:val="18"/>
              </w:rPr>
              <w:t>FED-06</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Nama Mata Kuliah</w:t>
            </w:r>
          </w:p>
        </w:tc>
        <w:tc>
          <w:tcPr>
            <w:tcW w:type="dxa" w:w="12586"/>
            <w:tcMar>
              <w:top w:w="30" w:type="dxa"/>
              <w:bottom w:w="30" w:type="dxa"/>
              <w:start w:w="70" w:type="dxa"/>
              <w:end w:w="70" w:type="dxa"/>
            </w:tcMar>
            <w:vAlign w:val="center"/>
          </w:tcPr>
          <w:p>
            <w:pPr>
              <w:spacing w:after="0" w:before="0"/>
            </w:pPr>
            <w:r/>
            <w:r>
              <w:rPr>
                <w:b w:val="0"/>
                <w:i w:val="0"/>
                <w:sz w:val="18"/>
              </w:rPr>
              <w:t>Hukum dan Etika Profesi</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Kode Mata Kuliah</w:t>
            </w:r>
          </w:p>
        </w:tc>
        <w:tc>
          <w:tcPr>
            <w:tcW w:type="dxa" w:w="12586"/>
            <w:tcMar>
              <w:top w:w="30" w:type="dxa"/>
              <w:bottom w:w="30" w:type="dxa"/>
              <w:start w:w="70" w:type="dxa"/>
              <w:end w:w="70" w:type="dxa"/>
            </w:tcMar>
            <w:vAlign w:val="center"/>
          </w:tcPr>
          <w:p>
            <w:pPr>
              <w:spacing w:after="0" w:before="0"/>
            </w:pPr>
            <w:r/>
            <w:r>
              <w:rPr>
                <w:b w:val="0"/>
                <w:i w:val="0"/>
                <w:sz w:val="18"/>
              </w:rPr>
              <w:t>3HS225207</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SKS</w:t>
            </w:r>
          </w:p>
        </w:tc>
        <w:tc>
          <w:tcPr>
            <w:tcW w:type="dxa" w:w="12586"/>
            <w:tcMar>
              <w:top w:w="30" w:type="dxa"/>
              <w:bottom w:w="30" w:type="dxa"/>
              <w:start w:w="70" w:type="dxa"/>
              <w:end w:w="70" w:type="dxa"/>
            </w:tcMar>
            <w:vAlign w:val="center"/>
          </w:tcPr>
          <w:p>
            <w:pPr>
              <w:spacing w:after="0" w:before="0"/>
            </w:pPr>
            <w:r/>
            <w:r>
              <w:rPr>
                <w:b w:val="0"/>
                <w:i w:val="0"/>
                <w:sz w:val="18"/>
              </w:rPr>
              <w:t>3</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Deskripsi Mata Kuliah</w:t>
            </w:r>
          </w:p>
        </w:tc>
        <w:tc>
          <w:tcPr>
            <w:tcW w:type="dxa" w:w="12586"/>
            <w:tcMar>
              <w:top w:w="30" w:type="dxa"/>
              <w:bottom w:w="30" w:type="dxa"/>
              <w:start w:w="70" w:type="dxa"/>
              <w:end w:w="70" w:type="dxa"/>
            </w:tcMar>
            <w:vAlign w:val="center"/>
          </w:tcPr>
          <w:p>
            <w:pPr>
              <w:spacing w:after="0" w:before="0"/>
              <w:jc w:val="both"/>
            </w:pPr>
            <w:r/>
            <w:r>
              <w:rPr>
                <w:b w:val="0"/>
                <w:i w:val="0"/>
                <w:sz w:val="18"/>
              </w:rPr>
              <w:t>-</w:t>
            </w:r>
          </w:p>
        </w:tc>
      </w:tr>
    </w:tbl>
    <w:p>
      <w:pPr>
        <w:spacing w:after="80"/>
      </w:pPr>
    </w:p>
    <w:tbl>
      <w:tblPr>
        <w:tblW w:type="auto" w:w="0"/>
        <w:jc w:val="center"/>
        <w:tblLayout w:type="fixed"/>
        <w:tblLook w:firstColumn="1" w:firstRow="1" w:lastColumn="0" w:lastRow="0" w:noHBand="0" w:noVBand="1" w:val="04A0"/>
        <w:tblBorders>
          <w:top w:val="single" w:sz="6" w:space="0" w:color="6D5DD3"/>
          <w:left w:val="single" w:sz="6" w:space="0" w:color="6D5DD3"/>
          <w:bottom w:val="single" w:sz="6" w:space="0" w:color="6D5DD3"/>
          <w:right w:val="single" w:sz="6" w:space="0" w:color="6D5DD3"/>
          <w:insideH w:val="single" w:sz="6" w:space="0" w:color="6D5DD3"/>
          <w:insideV w:val="single" w:sz="6" w:space="0" w:color="6D5DD3"/>
        </w:tblBorders>
        <w:tblLayout w:type="fixed"/>
        <w:tblW w:w="14968" w:type="dxa"/>
      </w:tblPr>
      <w:tblGrid>
        <w:gridCol w:w="4762"/>
        <w:gridCol w:w="907"/>
        <w:gridCol w:w="793"/>
        <w:gridCol w:w="963"/>
        <w:gridCol w:w="481"/>
        <w:gridCol w:w="481"/>
        <w:gridCol w:w="481"/>
        <w:gridCol w:w="481"/>
        <w:gridCol w:w="2494"/>
        <w:gridCol w:w="3118"/>
      </w:tblGrid>
      <w:tr>
        <w:tc>
          <w:tcPr>
            <w:tcW w:type="dxa" w:w="4762"/>
            <w:vMerge w:val="restart"/>
            <w:shd w:val="clear" w:color="auto" w:fill="4B3F9E"/>
            <w:tcMar>
              <w:top w:w="30" w:type="dxa"/>
              <w:bottom w:w="30" w:type="dxa"/>
              <w:start w:w="70" w:type="dxa"/>
              <w:end w:w="70" w:type="dxa"/>
            </w:tcMar>
            <w:vAlign w:val="center"/>
          </w:tcPr>
          <w:p>
            <w:pPr>
              <w:spacing w:after="0" w:before="0"/>
              <w:jc w:val="center"/>
            </w:pPr>
            <w:r/>
            <w:r>
              <w:rPr>
                <w:b/>
                <w:i w:val="0"/>
                <w:color w:val="FFFFFF"/>
                <w:sz w:val="17"/>
              </w:rPr>
              <w:t>Kemampuan Akhir / Capaian Pembelajaran (CPMK)</w:t>
            </w:r>
          </w:p>
        </w:tc>
        <w:tc>
          <w:tcPr>
            <w:tcW w:type="dxa" w:w="907"/>
            <w:gridSpan w:val="3"/>
            <w:shd w:val="clear" w:color="auto" w:fill="4B3F9E"/>
            <w:tcMar>
              <w:top w:w="30" w:type="dxa"/>
              <w:bottom w:w="30" w:type="dxa"/>
              <w:start w:w="70" w:type="dxa"/>
              <w:end w:w="70" w:type="dxa"/>
            </w:tcMar>
            <w:vAlign w:val="center"/>
          </w:tcPr>
          <w:p>
            <w:pPr>
              <w:spacing w:after="0" w:before="0"/>
              <w:jc w:val="center"/>
            </w:pPr>
            <w:r/>
            <w:r>
              <w:rPr>
                <w:b/>
                <w:i w:val="0"/>
                <w:color w:val="FFFFFF"/>
                <w:sz w:val="17"/>
              </w:rPr>
              <w:t>Profisiensi saat ini *</w:t>
            </w:r>
          </w:p>
        </w:tc>
        <w:tc>
          <w:tcPr>
            <w:tcW w:type="dxa" w:w="482"/>
            <w:gridSpan w:val="4"/>
            <w:shd w:val="clear" w:color="auto" w:fill="4B3F9E"/>
            <w:tcMar>
              <w:top w:w="30" w:type="dxa"/>
              <w:bottom w:w="30" w:type="dxa"/>
              <w:start w:w="70" w:type="dxa"/>
              <w:end w:w="70" w:type="dxa"/>
            </w:tcMar>
            <w:vAlign w:val="center"/>
          </w:tcPr>
          <w:p>
            <w:pPr>
              <w:spacing w:after="0" w:before="0"/>
              <w:jc w:val="center"/>
            </w:pPr>
            <w:r/>
            <w:r>
              <w:rPr>
                <w:b/>
                <w:i w:val="0"/>
                <w:color w:val="FFFFFF"/>
                <w:sz w:val="17"/>
              </w:rPr>
              <w:t>Hasil evaluasi Asesor</w:t>
            </w:r>
          </w:p>
        </w:tc>
        <w:tc>
          <w:tcPr>
            <w:tcW w:type="dxa" w:w="2494"/>
            <w:gridSpan w:val="2"/>
            <w:shd w:val="clear" w:color="auto" w:fill="4B3F9E"/>
            <w:tcMar>
              <w:top w:w="30" w:type="dxa"/>
              <w:bottom w:w="30" w:type="dxa"/>
              <w:start w:w="70" w:type="dxa"/>
              <w:end w:w="70" w:type="dxa"/>
            </w:tcMar>
            <w:vAlign w:val="center"/>
          </w:tcPr>
          <w:p>
            <w:pPr>
              <w:spacing w:after="0" w:before="0"/>
              <w:jc w:val="center"/>
            </w:pPr>
            <w:r/>
            <w:r>
              <w:rPr>
                <w:b/>
                <w:i w:val="0"/>
                <w:color w:val="FFFFFF"/>
                <w:sz w:val="17"/>
              </w:rPr>
              <w:t>Bukti yang disampaikan *</w:t>
            </w:r>
          </w:p>
        </w:tc>
      </w:tr>
      <w:tr>
        <w:tc>
          <w:tcPr>
            <w:tcW w:type="dxa" w:w="4762"/>
            <w:vMerge/>
          </w:tcPr>
          <w:p/>
        </w:tc>
        <w:tc>
          <w:tcPr>
            <w:tcW w:type="dxa" w:w="907"/>
            <w:shd w:val="clear" w:color="auto" w:fill="6D5DD3"/>
            <w:tcMar>
              <w:top w:w="20" w:type="dxa"/>
              <w:bottom w:w="20" w:type="dxa"/>
              <w:start w:w="70" w:type="dxa"/>
              <w:end w:w="70" w:type="dxa"/>
            </w:tcMar>
            <w:vAlign w:val="center"/>
          </w:tcPr>
          <w:p>
            <w:pPr>
              <w:spacing w:after="0" w:before="0"/>
              <w:jc w:val="center"/>
            </w:pPr>
            <w:r/>
            <w:r>
              <w:rPr>
                <w:b/>
                <w:i w:val="0"/>
                <w:color w:val="FFFFFF"/>
                <w:sz w:val="16"/>
              </w:rPr>
              <w:t>Sangat baik</w:t>
            </w:r>
          </w:p>
        </w:tc>
        <w:tc>
          <w:tcPr>
            <w:tcW w:type="dxa" w:w="794"/>
            <w:shd w:val="clear" w:color="auto" w:fill="6D5DD3"/>
            <w:tcMar>
              <w:top w:w="20" w:type="dxa"/>
              <w:bottom w:w="20" w:type="dxa"/>
              <w:start w:w="70" w:type="dxa"/>
              <w:end w:w="70" w:type="dxa"/>
            </w:tcMar>
            <w:vAlign w:val="center"/>
          </w:tcPr>
          <w:p>
            <w:pPr>
              <w:spacing w:after="0" w:before="0"/>
              <w:jc w:val="center"/>
            </w:pPr>
            <w:r/>
            <w:r>
              <w:rPr>
                <w:b/>
                <w:i w:val="0"/>
                <w:color w:val="FFFFFF"/>
                <w:sz w:val="16"/>
              </w:rPr>
              <w:t>Baik</w:t>
            </w:r>
          </w:p>
        </w:tc>
        <w:tc>
          <w:tcPr>
            <w:tcW w:type="dxa" w:w="964"/>
            <w:shd w:val="clear" w:color="auto" w:fill="6D5DD3"/>
            <w:tcMar>
              <w:top w:w="20" w:type="dxa"/>
              <w:bottom w:w="20" w:type="dxa"/>
              <w:start w:w="70" w:type="dxa"/>
              <w:end w:w="70" w:type="dxa"/>
            </w:tcMar>
            <w:vAlign w:val="center"/>
          </w:tcPr>
          <w:p>
            <w:pPr>
              <w:spacing w:after="0" w:before="0"/>
              <w:jc w:val="center"/>
            </w:pPr>
            <w:r/>
            <w:r>
              <w:rPr>
                <w:b/>
                <w:i w:val="0"/>
                <w:color w:val="FFFFFF"/>
                <w:sz w:val="16"/>
              </w:rPr>
              <w:t>Tidak pernah</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V</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A</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T</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M</w:t>
            </w:r>
          </w:p>
        </w:tc>
        <w:tc>
          <w:tcPr>
            <w:tcW w:type="dxa" w:w="2494"/>
            <w:shd w:val="clear" w:color="auto" w:fill="6D5DD3"/>
            <w:tcMar>
              <w:top w:w="20" w:type="dxa"/>
              <w:bottom w:w="20" w:type="dxa"/>
              <w:start w:w="70" w:type="dxa"/>
              <w:end w:w="70" w:type="dxa"/>
            </w:tcMar>
            <w:vAlign w:val="center"/>
          </w:tcPr>
          <w:p>
            <w:pPr>
              <w:spacing w:after="0" w:before="0"/>
              <w:jc w:val="center"/>
            </w:pPr>
            <w:r/>
            <w:r>
              <w:rPr>
                <w:b/>
                <w:i w:val="0"/>
                <w:color w:val="FFFFFF"/>
                <w:sz w:val="16"/>
              </w:rPr>
              <w:t>Nomor Dokumen</w:t>
            </w:r>
          </w:p>
        </w:tc>
        <w:tc>
          <w:tcPr>
            <w:tcW w:type="dxa" w:w="3118"/>
            <w:shd w:val="clear" w:color="auto" w:fill="6D5DD3"/>
            <w:tcMar>
              <w:top w:w="20" w:type="dxa"/>
              <w:bottom w:w="20" w:type="dxa"/>
              <w:start w:w="70" w:type="dxa"/>
              <w:end w:w="70" w:type="dxa"/>
            </w:tcMar>
            <w:vAlign w:val="center"/>
          </w:tcPr>
          <w:p>
            <w:pPr>
              <w:spacing w:after="0" w:before="0"/>
              <w:jc w:val="center"/>
            </w:pPr>
            <w:r/>
            <w:r>
              <w:rPr>
                <w:b/>
                <w:i w:val="0"/>
                <w:color w:val="FFFFFF"/>
                <w:sz w:val="16"/>
              </w:rPr>
              <w:t>Jenis Dokumen</w:t>
            </w:r>
          </w:p>
        </w:tc>
      </w:tr>
      <w:tr>
        <w:tc>
          <w:tcPr>
            <w:tcW w:type="dxa" w:w="4762"/>
            <w:tcMar>
              <w:top w:w="20" w:type="dxa"/>
              <w:bottom w:w="20" w:type="dxa"/>
              <w:start w:w="50" w:type="dxa"/>
              <w:end w:w="50" w:type="dxa"/>
            </w:tcMar>
            <w:vAlign w:val="center"/>
          </w:tcPr>
          <w:p>
            <w:pPr>
              <w:spacing w:after="0" w:before="0"/>
            </w:pPr>
            <w:r/>
            <w:r>
              <w:rPr>
                <w:b w:val="0"/>
                <w:i w:val="0"/>
                <w:sz w:val="17"/>
              </w:rPr>
              <w:t>Mahasiswa mampu menganalisis hubungan antara nilai, norma, moral, dan etika dengan karakteristik hukum, konsep profesi hukum, dan isu-isu profesionalisme hukum.</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Mahasiswa mampu menganalisis mekanisme pelembagaan dan penegakan kode etik profesi hukum di Indonesia, meliputi sanksi penal dan non-penal, sistem pengawasan, serta peran organisasi profesi.</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Mahasiswa mampu mengevaluasi kinerja etis hakim, jaksa, advokat, dan pengawas/legal officer serta dampaknya terhadap integritas sistem peradilan di Indonesia berdasarkan kode etik masing-masing profesi.</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Mahasiswa mampu mengevaluasi efektivitas penegakan kode etik profesi kepolisian dan pejabat umum (notaris) dalam pelayanan hukum kepada masyarakat.</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Mahasiswa mampu merumuskan rekomendasi perbaikan penerapan kode etik bagi arbiter, mediator, petugas pemasyarakatan, panitera, dan juru sita berdasarkan kajian kritis atas praktik profesional mereka.</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bl>
    <w:p>
      <w:pPr>
        <w:spacing w:after="80"/>
      </w:pPr>
      <w:r>
        <w:rPr>
          <w:b w:val="0"/>
          <w:i/>
          <w:color w:val="6B7280"/>
          <w:sz w:val="16"/>
        </w:rPr>
        <w:t>Keterangan: kolom bertanda * diisi oleh pelamar RPL; kolom V/A/T/M diisi oleh Asesor.</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14968" w:type="dxa"/>
      </w:tblPr>
      <w:tblGrid>
        <w:gridCol w:w="4536"/>
        <w:gridCol w:w="5103"/>
        <w:gridCol w:w="5329"/>
      </w:tblGrid>
      <w:tr>
        <w:tc>
          <w:tcPr>
            <w:tcW w:type="dxa" w:w="4535"/>
            <w:tcMar>
              <w:top w:w="30" w:type="dxa"/>
              <w:bottom w:w="30" w:type="dxa"/>
              <w:start w:w="70" w:type="dxa"/>
              <w:end w:w="70" w:type="dxa"/>
            </w:tcMar>
            <w:vAlign w:val="center"/>
          </w:tcPr>
          <w:p>
            <w:pPr>
              <w:spacing w:after="0" w:before="0"/>
            </w:pPr>
            <w:r/>
            <w:r>
              <w:rPr>
                <w:b w:val="0"/>
                <w:i w:val="0"/>
                <w:sz w:val="18"/>
              </w:rPr>
              <w:t>Tanggal :</w:t>
            </w:r>
          </w:p>
        </w:tc>
        <w:tc>
          <w:tcPr>
            <w:tcW w:type="dxa" w:w="5102"/>
            <w:vMerge w:val="restart"/>
            <w:tcMar>
              <w:top w:w="30" w:type="dxa"/>
              <w:bottom w:w="30" w:type="dxa"/>
              <w:start w:w="70" w:type="dxa"/>
              <w:end w:w="70" w:type="dxa"/>
            </w:tcMar>
          </w:tcPr>
          <w:p>
            <w:r/>
            <w:r>
              <w:rPr>
                <w:sz w:val="18"/>
              </w:rPr>
              <w:t>Lokasi Penelitian :</w:t>
            </w:r>
          </w:p>
        </w:tc>
        <w:tc>
          <w:tcPr>
            <w:tcW w:type="dxa" w:w="5329"/>
            <w:vMerge w:val="restart"/>
            <w:tcMar>
              <w:top w:w="30" w:type="dxa"/>
              <w:bottom w:w="30" w:type="dxa"/>
              <w:start w:w="70" w:type="dxa"/>
              <w:end w:w="70" w:type="dxa"/>
            </w:tcMar>
          </w:tcPr>
          <w:p>
            <w:r/>
            <w:r>
              <w:rPr>
                <w:sz w:val="18"/>
              </w:rPr>
              <w:t>Penilai I/II</w:t>
            </w:r>
          </w:p>
          <w:p>
            <w:pPr>
              <w:spacing w:after="40"/>
            </w:pPr>
          </w:p>
          <w:p>
            <w:pPr>
              <w:spacing w:after="40"/>
            </w:pPr>
          </w:p>
          <w:p>
            <w:pPr>
              <w:jc w:val="center"/>
            </w:pPr>
            <w:r>
              <w:rPr>
                <w:sz w:val="18"/>
              </w:rPr>
              <w:t>(...................................)</w:t>
            </w:r>
          </w:p>
        </w:tc>
      </w:tr>
      <w:tr>
        <w:tc>
          <w:tcPr>
            <w:tcW w:type="dxa" w:w="4535"/>
            <w:tcMar>
              <w:top w:w="30" w:type="dxa"/>
              <w:bottom w:w="30" w:type="dxa"/>
              <w:start w:w="70" w:type="dxa"/>
              <w:end w:w="70" w:type="dxa"/>
            </w:tcMar>
            <w:vAlign w:val="center"/>
          </w:tcPr>
          <w:p>
            <w:pPr>
              <w:spacing w:after="0" w:before="0"/>
            </w:pPr>
            <w:r/>
            <w:r>
              <w:rPr>
                <w:b w:val="0"/>
                <w:i w:val="0"/>
                <w:sz w:val="18"/>
              </w:rPr>
              <w:t>Waktu :</w:t>
            </w:r>
          </w:p>
        </w:tc>
        <w:tc>
          <w:tcPr>
            <w:tcW w:type="dxa" w:w="5102"/>
            <w:vMerge/>
          </w:tcPr>
          <w:p/>
        </w:tc>
        <w:tc>
          <w:tcPr>
            <w:tcW w:type="dxa" w:w="5329"/>
            <w:vMerge/>
          </w:tcPr>
          <w:p/>
        </w:tc>
      </w:tr>
      <w:tr>
        <w:tc>
          <w:tcPr>
            <w:tcW w:type="dxa" w:w="4535"/>
            <w:tcMar>
              <w:top w:w="30" w:type="dxa"/>
              <w:bottom w:w="30" w:type="dxa"/>
              <w:start w:w="70" w:type="dxa"/>
              <w:end w:w="70" w:type="dxa"/>
            </w:tcMar>
            <w:vAlign w:val="center"/>
          </w:tcPr>
          <w:p>
            <w:pPr>
              <w:spacing w:after="0" w:before="0"/>
            </w:pPr>
            <w:r/>
            <w:r>
              <w:rPr>
                <w:b w:val="0"/>
                <w:i w:val="0"/>
                <w:sz w:val="18"/>
              </w:rPr>
              <w:t>Catatan Penilaian :</w:t>
            </w:r>
          </w:p>
        </w:tc>
        <w:tc>
          <w:tcPr>
            <w:tcW w:type="dxa" w:w="5102"/>
            <w:vMerge/>
          </w:tcPr>
          <w:p/>
        </w:tc>
        <w:tc>
          <w:tcPr>
            <w:tcW w:type="dxa" w:w="5329"/>
            <w:vMerge/>
          </w:tcPr>
          <w:p/>
        </w:tc>
      </w:tr>
    </w:tbl>
    <w:p>
      <w:pPr>
        <w:spacing w:after="120"/>
      </w:pPr>
    </w:p>
    <w:p>
      <w:pPr>
        <w:spacing w:after="80"/>
      </w:pPr>
    </w:p>
    <w:tbl>
      <w:tblPr>
        <w:tblW w:type="auto" w:w="0"/>
        <w:jc w:val="center"/>
        <w:tblLayout w:type="fixed"/>
        <w:tblLook w:firstColumn="1" w:firstRow="1" w:lastColumn="0" w:lastRow="0" w:noHBand="0" w:noVBand="1" w:val="04A0"/>
        <w:tblBorders>
          <w:top w:val="single" w:sz="4" w:space="0" w:color="D9D6F2"/>
          <w:left w:val="single" w:sz="4" w:space="0" w:color="D9D6F2"/>
          <w:bottom w:val="single" w:sz="4" w:space="0" w:color="D9D6F2"/>
          <w:right w:val="single" w:sz="4" w:space="0" w:color="D9D6F2"/>
          <w:insideH w:val="single" w:sz="4" w:space="0" w:color="D9D6F2"/>
          <w:insideV w:val="single" w:sz="4" w:space="0" w:color="D9D6F2"/>
        </w:tblBorders>
        <w:tblLayout w:type="fixed"/>
        <w:tblW w:w="14968" w:type="dxa"/>
      </w:tblPr>
      <w:tblGrid>
        <w:gridCol w:w="2381"/>
        <w:gridCol w:w="12587"/>
      </w:tblGrid>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Formulir</w:t>
            </w:r>
          </w:p>
        </w:tc>
        <w:tc>
          <w:tcPr>
            <w:tcW w:type="dxa" w:w="12586"/>
            <w:tcMar>
              <w:top w:w="30" w:type="dxa"/>
              <w:bottom w:w="30" w:type="dxa"/>
              <w:start w:w="70" w:type="dxa"/>
              <w:end w:w="70" w:type="dxa"/>
            </w:tcMar>
            <w:vAlign w:val="center"/>
          </w:tcPr>
          <w:p>
            <w:pPr>
              <w:spacing w:after="0" w:before="0"/>
            </w:pPr>
            <w:r/>
            <w:r>
              <w:rPr>
                <w:b w:val="0"/>
                <w:i w:val="0"/>
                <w:sz w:val="18"/>
              </w:rPr>
              <w:t>FED-07</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Nama Mata Kuliah</w:t>
            </w:r>
          </w:p>
        </w:tc>
        <w:tc>
          <w:tcPr>
            <w:tcW w:type="dxa" w:w="12586"/>
            <w:tcMar>
              <w:top w:w="30" w:type="dxa"/>
              <w:bottom w:w="30" w:type="dxa"/>
              <w:start w:w="70" w:type="dxa"/>
              <w:end w:w="70" w:type="dxa"/>
            </w:tcMar>
            <w:vAlign w:val="center"/>
          </w:tcPr>
          <w:p>
            <w:pPr>
              <w:spacing w:after="0" w:before="0"/>
            </w:pPr>
            <w:r/>
            <w:r>
              <w:rPr>
                <w:b w:val="0"/>
                <w:i w:val="0"/>
                <w:sz w:val="18"/>
              </w:rPr>
              <w:t>Tindak Pidana Korupsi dan Korporasi</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Kode Mata Kuliah</w:t>
            </w:r>
          </w:p>
        </w:tc>
        <w:tc>
          <w:tcPr>
            <w:tcW w:type="dxa" w:w="12586"/>
            <w:tcMar>
              <w:top w:w="30" w:type="dxa"/>
              <w:bottom w:w="30" w:type="dxa"/>
              <w:start w:w="70" w:type="dxa"/>
              <w:end w:w="70" w:type="dxa"/>
            </w:tcMar>
            <w:vAlign w:val="center"/>
          </w:tcPr>
          <w:p>
            <w:pPr>
              <w:spacing w:after="0" w:before="0"/>
            </w:pPr>
            <w:r/>
            <w:r>
              <w:rPr>
                <w:b w:val="0"/>
                <w:i w:val="0"/>
                <w:sz w:val="18"/>
              </w:rPr>
              <w:t>3HS225208</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SKS</w:t>
            </w:r>
          </w:p>
        </w:tc>
        <w:tc>
          <w:tcPr>
            <w:tcW w:type="dxa" w:w="12586"/>
            <w:tcMar>
              <w:top w:w="30" w:type="dxa"/>
              <w:bottom w:w="30" w:type="dxa"/>
              <w:start w:w="70" w:type="dxa"/>
              <w:end w:w="70" w:type="dxa"/>
            </w:tcMar>
            <w:vAlign w:val="center"/>
          </w:tcPr>
          <w:p>
            <w:pPr>
              <w:spacing w:after="0" w:before="0"/>
            </w:pPr>
            <w:r/>
            <w:r>
              <w:rPr>
                <w:b w:val="0"/>
                <w:i w:val="0"/>
                <w:sz w:val="18"/>
              </w:rPr>
              <w:t>3</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Deskripsi Mata Kuliah</w:t>
            </w:r>
          </w:p>
        </w:tc>
        <w:tc>
          <w:tcPr>
            <w:tcW w:type="dxa" w:w="12586"/>
            <w:tcMar>
              <w:top w:w="30" w:type="dxa"/>
              <w:bottom w:w="30" w:type="dxa"/>
              <w:start w:w="70" w:type="dxa"/>
              <w:end w:w="70" w:type="dxa"/>
            </w:tcMar>
            <w:vAlign w:val="center"/>
          </w:tcPr>
          <w:p>
            <w:pPr>
              <w:spacing w:after="0" w:before="0"/>
              <w:jc w:val="both"/>
            </w:pPr>
            <w:r/>
            <w:r>
              <w:rPr>
                <w:b w:val="0"/>
                <w:i w:val="0"/>
                <w:sz w:val="18"/>
              </w:rPr>
              <w:t>-</w:t>
            </w:r>
          </w:p>
        </w:tc>
      </w:tr>
    </w:tbl>
    <w:p>
      <w:pPr>
        <w:spacing w:after="80"/>
      </w:pPr>
    </w:p>
    <w:tbl>
      <w:tblPr>
        <w:tblW w:type="auto" w:w="0"/>
        <w:jc w:val="center"/>
        <w:tblLayout w:type="fixed"/>
        <w:tblLook w:firstColumn="1" w:firstRow="1" w:lastColumn="0" w:lastRow="0" w:noHBand="0" w:noVBand="1" w:val="04A0"/>
        <w:tblBorders>
          <w:top w:val="single" w:sz="6" w:space="0" w:color="6D5DD3"/>
          <w:left w:val="single" w:sz="6" w:space="0" w:color="6D5DD3"/>
          <w:bottom w:val="single" w:sz="6" w:space="0" w:color="6D5DD3"/>
          <w:right w:val="single" w:sz="6" w:space="0" w:color="6D5DD3"/>
          <w:insideH w:val="single" w:sz="6" w:space="0" w:color="6D5DD3"/>
          <w:insideV w:val="single" w:sz="6" w:space="0" w:color="6D5DD3"/>
        </w:tblBorders>
        <w:tblLayout w:type="fixed"/>
        <w:tblW w:w="14968" w:type="dxa"/>
      </w:tblPr>
      <w:tblGrid>
        <w:gridCol w:w="4762"/>
        <w:gridCol w:w="907"/>
        <w:gridCol w:w="793"/>
        <w:gridCol w:w="963"/>
        <w:gridCol w:w="481"/>
        <w:gridCol w:w="481"/>
        <w:gridCol w:w="481"/>
        <w:gridCol w:w="481"/>
        <w:gridCol w:w="2494"/>
        <w:gridCol w:w="3118"/>
      </w:tblGrid>
      <w:tr>
        <w:tc>
          <w:tcPr>
            <w:tcW w:type="dxa" w:w="4762"/>
            <w:vMerge w:val="restart"/>
            <w:shd w:val="clear" w:color="auto" w:fill="4B3F9E"/>
            <w:tcMar>
              <w:top w:w="30" w:type="dxa"/>
              <w:bottom w:w="30" w:type="dxa"/>
              <w:start w:w="70" w:type="dxa"/>
              <w:end w:w="70" w:type="dxa"/>
            </w:tcMar>
            <w:vAlign w:val="center"/>
          </w:tcPr>
          <w:p>
            <w:pPr>
              <w:spacing w:after="0" w:before="0"/>
              <w:jc w:val="center"/>
            </w:pPr>
            <w:r/>
            <w:r>
              <w:rPr>
                <w:b/>
                <w:i w:val="0"/>
                <w:color w:val="FFFFFF"/>
                <w:sz w:val="17"/>
              </w:rPr>
              <w:t>Kemampuan Akhir / Capaian Pembelajaran (CPMK)</w:t>
            </w:r>
          </w:p>
        </w:tc>
        <w:tc>
          <w:tcPr>
            <w:tcW w:type="dxa" w:w="907"/>
            <w:gridSpan w:val="3"/>
            <w:shd w:val="clear" w:color="auto" w:fill="4B3F9E"/>
            <w:tcMar>
              <w:top w:w="30" w:type="dxa"/>
              <w:bottom w:w="30" w:type="dxa"/>
              <w:start w:w="70" w:type="dxa"/>
              <w:end w:w="70" w:type="dxa"/>
            </w:tcMar>
            <w:vAlign w:val="center"/>
          </w:tcPr>
          <w:p>
            <w:pPr>
              <w:spacing w:after="0" w:before="0"/>
              <w:jc w:val="center"/>
            </w:pPr>
            <w:r/>
            <w:r>
              <w:rPr>
                <w:b/>
                <w:i w:val="0"/>
                <w:color w:val="FFFFFF"/>
                <w:sz w:val="17"/>
              </w:rPr>
              <w:t>Profisiensi saat ini *</w:t>
            </w:r>
          </w:p>
        </w:tc>
        <w:tc>
          <w:tcPr>
            <w:tcW w:type="dxa" w:w="482"/>
            <w:gridSpan w:val="4"/>
            <w:shd w:val="clear" w:color="auto" w:fill="4B3F9E"/>
            <w:tcMar>
              <w:top w:w="30" w:type="dxa"/>
              <w:bottom w:w="30" w:type="dxa"/>
              <w:start w:w="70" w:type="dxa"/>
              <w:end w:w="70" w:type="dxa"/>
            </w:tcMar>
            <w:vAlign w:val="center"/>
          </w:tcPr>
          <w:p>
            <w:pPr>
              <w:spacing w:after="0" w:before="0"/>
              <w:jc w:val="center"/>
            </w:pPr>
            <w:r/>
            <w:r>
              <w:rPr>
                <w:b/>
                <w:i w:val="0"/>
                <w:color w:val="FFFFFF"/>
                <w:sz w:val="17"/>
              </w:rPr>
              <w:t>Hasil evaluasi Asesor</w:t>
            </w:r>
          </w:p>
        </w:tc>
        <w:tc>
          <w:tcPr>
            <w:tcW w:type="dxa" w:w="2494"/>
            <w:gridSpan w:val="2"/>
            <w:shd w:val="clear" w:color="auto" w:fill="4B3F9E"/>
            <w:tcMar>
              <w:top w:w="30" w:type="dxa"/>
              <w:bottom w:w="30" w:type="dxa"/>
              <w:start w:w="70" w:type="dxa"/>
              <w:end w:w="70" w:type="dxa"/>
            </w:tcMar>
            <w:vAlign w:val="center"/>
          </w:tcPr>
          <w:p>
            <w:pPr>
              <w:spacing w:after="0" w:before="0"/>
              <w:jc w:val="center"/>
            </w:pPr>
            <w:r/>
            <w:r>
              <w:rPr>
                <w:b/>
                <w:i w:val="0"/>
                <w:color w:val="FFFFFF"/>
                <w:sz w:val="17"/>
              </w:rPr>
              <w:t>Bukti yang disampaikan *</w:t>
            </w:r>
          </w:p>
        </w:tc>
      </w:tr>
      <w:tr>
        <w:tc>
          <w:tcPr>
            <w:tcW w:type="dxa" w:w="4762"/>
            <w:vMerge/>
          </w:tcPr>
          <w:p/>
        </w:tc>
        <w:tc>
          <w:tcPr>
            <w:tcW w:type="dxa" w:w="907"/>
            <w:shd w:val="clear" w:color="auto" w:fill="6D5DD3"/>
            <w:tcMar>
              <w:top w:w="20" w:type="dxa"/>
              <w:bottom w:w="20" w:type="dxa"/>
              <w:start w:w="70" w:type="dxa"/>
              <w:end w:w="70" w:type="dxa"/>
            </w:tcMar>
            <w:vAlign w:val="center"/>
          </w:tcPr>
          <w:p>
            <w:pPr>
              <w:spacing w:after="0" w:before="0"/>
              <w:jc w:val="center"/>
            </w:pPr>
            <w:r/>
            <w:r>
              <w:rPr>
                <w:b/>
                <w:i w:val="0"/>
                <w:color w:val="FFFFFF"/>
                <w:sz w:val="16"/>
              </w:rPr>
              <w:t>Sangat baik</w:t>
            </w:r>
          </w:p>
        </w:tc>
        <w:tc>
          <w:tcPr>
            <w:tcW w:type="dxa" w:w="794"/>
            <w:shd w:val="clear" w:color="auto" w:fill="6D5DD3"/>
            <w:tcMar>
              <w:top w:w="20" w:type="dxa"/>
              <w:bottom w:w="20" w:type="dxa"/>
              <w:start w:w="70" w:type="dxa"/>
              <w:end w:w="70" w:type="dxa"/>
            </w:tcMar>
            <w:vAlign w:val="center"/>
          </w:tcPr>
          <w:p>
            <w:pPr>
              <w:spacing w:after="0" w:before="0"/>
              <w:jc w:val="center"/>
            </w:pPr>
            <w:r/>
            <w:r>
              <w:rPr>
                <w:b/>
                <w:i w:val="0"/>
                <w:color w:val="FFFFFF"/>
                <w:sz w:val="16"/>
              </w:rPr>
              <w:t>Baik</w:t>
            </w:r>
          </w:p>
        </w:tc>
        <w:tc>
          <w:tcPr>
            <w:tcW w:type="dxa" w:w="964"/>
            <w:shd w:val="clear" w:color="auto" w:fill="6D5DD3"/>
            <w:tcMar>
              <w:top w:w="20" w:type="dxa"/>
              <w:bottom w:w="20" w:type="dxa"/>
              <w:start w:w="70" w:type="dxa"/>
              <w:end w:w="70" w:type="dxa"/>
            </w:tcMar>
            <w:vAlign w:val="center"/>
          </w:tcPr>
          <w:p>
            <w:pPr>
              <w:spacing w:after="0" w:before="0"/>
              <w:jc w:val="center"/>
            </w:pPr>
            <w:r/>
            <w:r>
              <w:rPr>
                <w:b/>
                <w:i w:val="0"/>
                <w:color w:val="FFFFFF"/>
                <w:sz w:val="16"/>
              </w:rPr>
              <w:t>Tidak pernah</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V</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A</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T</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M</w:t>
            </w:r>
          </w:p>
        </w:tc>
        <w:tc>
          <w:tcPr>
            <w:tcW w:type="dxa" w:w="2494"/>
            <w:shd w:val="clear" w:color="auto" w:fill="6D5DD3"/>
            <w:tcMar>
              <w:top w:w="20" w:type="dxa"/>
              <w:bottom w:w="20" w:type="dxa"/>
              <w:start w:w="70" w:type="dxa"/>
              <w:end w:w="70" w:type="dxa"/>
            </w:tcMar>
            <w:vAlign w:val="center"/>
          </w:tcPr>
          <w:p>
            <w:pPr>
              <w:spacing w:after="0" w:before="0"/>
              <w:jc w:val="center"/>
            </w:pPr>
            <w:r/>
            <w:r>
              <w:rPr>
                <w:b/>
                <w:i w:val="0"/>
                <w:color w:val="FFFFFF"/>
                <w:sz w:val="16"/>
              </w:rPr>
              <w:t>Nomor Dokumen</w:t>
            </w:r>
          </w:p>
        </w:tc>
        <w:tc>
          <w:tcPr>
            <w:tcW w:type="dxa" w:w="3118"/>
            <w:shd w:val="clear" w:color="auto" w:fill="6D5DD3"/>
            <w:tcMar>
              <w:top w:w="20" w:type="dxa"/>
              <w:bottom w:w="20" w:type="dxa"/>
              <w:start w:w="70" w:type="dxa"/>
              <w:end w:w="70" w:type="dxa"/>
            </w:tcMar>
            <w:vAlign w:val="center"/>
          </w:tcPr>
          <w:p>
            <w:pPr>
              <w:spacing w:after="0" w:before="0"/>
              <w:jc w:val="center"/>
            </w:pPr>
            <w:r/>
            <w:r>
              <w:rPr>
                <w:b/>
                <w:i w:val="0"/>
                <w:color w:val="FFFFFF"/>
                <w:sz w:val="16"/>
              </w:rPr>
              <w:t>Jenis Dokumen</w:t>
            </w:r>
          </w:p>
        </w:tc>
      </w:tr>
      <w:tr>
        <w:tc>
          <w:tcPr>
            <w:tcW w:type="dxa" w:w="4762"/>
            <w:tcMar>
              <w:top w:w="20" w:type="dxa"/>
              <w:bottom w:w="20" w:type="dxa"/>
              <w:start w:w="50" w:type="dxa"/>
              <w:end w:w="50" w:type="dxa"/>
            </w:tcMar>
            <w:vAlign w:val="center"/>
          </w:tcPr>
          <w:p>
            <w:pPr>
              <w:spacing w:after="0" w:before="0"/>
            </w:pPr>
            <w:r/>
            <w:r>
              <w:rPr>
                <w:b w:val="0"/>
                <w:i w:val="0"/>
                <w:sz w:val="17"/>
              </w:rPr>
              <w:t>Mahasiswa mampu menganalisis perkembangan pengaturan, ruang lingkup, dan konstruksi hukum kerugian keuangan negara dalam tindak pidana korupsi, termasuk pergeseran delik formil menjadi delik materiil pasca-Putusan MK Nomor 25/PUU-XIV/2016.</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Mahasiswa mampu mengevaluasi doktrin (identifikasi, vicarious liability, dan strict liability), syarat, dan mekanisme pertanggungjawaban pidana korporasi dalam tindak pidana korupsi, termasuk berdasarkan Perma Nomor 13 Tahun 2016.</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Mahasiswa mampu menganalisis unsur-unsur delik suap, penggelapan dalam jabatan, pemerasan, perbuatan curang, benturan kepentingan dalam pengadaan, gratifikasi, dan tindak pidana lain yang berkaitan dengan korupsi, beserta penerapannya dalam putusan pengadilan.</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Mahasiswa mampu mengevaluasi penerapan hukum acara khusus tindak pidana korupsi, termasuk sistem pembuktian terbalik terbatas dan kewenangan KPK, dalam mengungkap modus operandi korupsi.</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Mahasiswa mampu merumuskan strategi pencegahan dan pemberantasan korupsi berbasis partisipasi masyarakat dan tata kelola korporasi yang baik (good corporate governance), termasuk program kepatuhan antikorupsi.</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bl>
    <w:p>
      <w:pPr>
        <w:spacing w:after="80"/>
      </w:pPr>
      <w:r>
        <w:rPr>
          <w:b w:val="0"/>
          <w:i/>
          <w:color w:val="6B7280"/>
          <w:sz w:val="16"/>
        </w:rPr>
        <w:t>Keterangan: kolom bertanda * diisi oleh pelamar RPL; kolom V/A/T/M diisi oleh Asesor.</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14968" w:type="dxa"/>
      </w:tblPr>
      <w:tblGrid>
        <w:gridCol w:w="4536"/>
        <w:gridCol w:w="5103"/>
        <w:gridCol w:w="5329"/>
      </w:tblGrid>
      <w:tr>
        <w:tc>
          <w:tcPr>
            <w:tcW w:type="dxa" w:w="4535"/>
            <w:tcMar>
              <w:top w:w="30" w:type="dxa"/>
              <w:bottom w:w="30" w:type="dxa"/>
              <w:start w:w="70" w:type="dxa"/>
              <w:end w:w="70" w:type="dxa"/>
            </w:tcMar>
            <w:vAlign w:val="center"/>
          </w:tcPr>
          <w:p>
            <w:pPr>
              <w:spacing w:after="0" w:before="0"/>
            </w:pPr>
            <w:r/>
            <w:r>
              <w:rPr>
                <w:b w:val="0"/>
                <w:i w:val="0"/>
                <w:sz w:val="18"/>
              </w:rPr>
              <w:t>Tanggal :</w:t>
            </w:r>
          </w:p>
        </w:tc>
        <w:tc>
          <w:tcPr>
            <w:tcW w:type="dxa" w:w="5102"/>
            <w:vMerge w:val="restart"/>
            <w:tcMar>
              <w:top w:w="30" w:type="dxa"/>
              <w:bottom w:w="30" w:type="dxa"/>
              <w:start w:w="70" w:type="dxa"/>
              <w:end w:w="70" w:type="dxa"/>
            </w:tcMar>
          </w:tcPr>
          <w:p>
            <w:r/>
            <w:r>
              <w:rPr>
                <w:sz w:val="18"/>
              </w:rPr>
              <w:t>Lokasi Penelitian :</w:t>
            </w:r>
          </w:p>
        </w:tc>
        <w:tc>
          <w:tcPr>
            <w:tcW w:type="dxa" w:w="5329"/>
            <w:vMerge w:val="restart"/>
            <w:tcMar>
              <w:top w:w="30" w:type="dxa"/>
              <w:bottom w:w="30" w:type="dxa"/>
              <w:start w:w="70" w:type="dxa"/>
              <w:end w:w="70" w:type="dxa"/>
            </w:tcMar>
          </w:tcPr>
          <w:p>
            <w:r/>
            <w:r>
              <w:rPr>
                <w:sz w:val="18"/>
              </w:rPr>
              <w:t>Penilai I/II</w:t>
            </w:r>
          </w:p>
          <w:p>
            <w:pPr>
              <w:spacing w:after="40"/>
            </w:pPr>
          </w:p>
          <w:p>
            <w:pPr>
              <w:spacing w:after="40"/>
            </w:pPr>
          </w:p>
          <w:p>
            <w:pPr>
              <w:jc w:val="center"/>
            </w:pPr>
            <w:r>
              <w:rPr>
                <w:sz w:val="18"/>
              </w:rPr>
              <w:t>(...................................)</w:t>
            </w:r>
          </w:p>
        </w:tc>
      </w:tr>
      <w:tr>
        <w:tc>
          <w:tcPr>
            <w:tcW w:type="dxa" w:w="4535"/>
            <w:tcMar>
              <w:top w:w="30" w:type="dxa"/>
              <w:bottom w:w="30" w:type="dxa"/>
              <w:start w:w="70" w:type="dxa"/>
              <w:end w:w="70" w:type="dxa"/>
            </w:tcMar>
            <w:vAlign w:val="center"/>
          </w:tcPr>
          <w:p>
            <w:pPr>
              <w:spacing w:after="0" w:before="0"/>
            </w:pPr>
            <w:r/>
            <w:r>
              <w:rPr>
                <w:b w:val="0"/>
                <w:i w:val="0"/>
                <w:sz w:val="18"/>
              </w:rPr>
              <w:t>Waktu :</w:t>
            </w:r>
          </w:p>
        </w:tc>
        <w:tc>
          <w:tcPr>
            <w:tcW w:type="dxa" w:w="5102"/>
            <w:vMerge/>
          </w:tcPr>
          <w:p/>
        </w:tc>
        <w:tc>
          <w:tcPr>
            <w:tcW w:type="dxa" w:w="5329"/>
            <w:vMerge/>
          </w:tcPr>
          <w:p/>
        </w:tc>
      </w:tr>
      <w:tr>
        <w:tc>
          <w:tcPr>
            <w:tcW w:type="dxa" w:w="4535"/>
            <w:tcMar>
              <w:top w:w="30" w:type="dxa"/>
              <w:bottom w:w="30" w:type="dxa"/>
              <w:start w:w="70" w:type="dxa"/>
              <w:end w:w="70" w:type="dxa"/>
            </w:tcMar>
            <w:vAlign w:val="center"/>
          </w:tcPr>
          <w:p>
            <w:pPr>
              <w:spacing w:after="0" w:before="0"/>
            </w:pPr>
            <w:r/>
            <w:r>
              <w:rPr>
                <w:b w:val="0"/>
                <w:i w:val="0"/>
                <w:sz w:val="18"/>
              </w:rPr>
              <w:t>Catatan Penilaian :</w:t>
            </w:r>
          </w:p>
        </w:tc>
        <w:tc>
          <w:tcPr>
            <w:tcW w:type="dxa" w:w="5102"/>
            <w:vMerge/>
          </w:tcPr>
          <w:p/>
        </w:tc>
        <w:tc>
          <w:tcPr>
            <w:tcW w:type="dxa" w:w="5329"/>
            <w:vMerge/>
          </w:tcPr>
          <w:p/>
        </w:tc>
      </w:tr>
    </w:tbl>
    <w:p>
      <w:pPr>
        <w:spacing w:after="120"/>
      </w:pPr>
    </w:p>
    <w:p>
      <w:pPr>
        <w:spacing w:before="100" w:after="60"/>
      </w:pPr>
      <w:r>
        <w:rPr>
          <w:color w:val="C9A15F"/>
          <w:sz w:val="22"/>
        </w:rPr>
        <w:t xml:space="preserve">▌ </w:t>
      </w:r>
      <w:r>
        <w:rPr>
          <w:b/>
          <w:color w:val="4B3F9E"/>
          <w:sz w:val="22"/>
        </w:rPr>
        <w:t>HTN — Hukum Tata Negara</w:t>
      </w:r>
    </w:p>
    <w:p>
      <w:pPr>
        <w:spacing w:after="80"/>
      </w:pPr>
    </w:p>
    <w:tbl>
      <w:tblPr>
        <w:tblW w:type="auto" w:w="0"/>
        <w:jc w:val="center"/>
        <w:tblLayout w:type="fixed"/>
        <w:tblLook w:firstColumn="1" w:firstRow="1" w:lastColumn="0" w:lastRow="0" w:noHBand="0" w:noVBand="1" w:val="04A0"/>
        <w:tblBorders>
          <w:top w:val="single" w:sz="4" w:space="0" w:color="D9D6F2"/>
          <w:left w:val="single" w:sz="4" w:space="0" w:color="D9D6F2"/>
          <w:bottom w:val="single" w:sz="4" w:space="0" w:color="D9D6F2"/>
          <w:right w:val="single" w:sz="4" w:space="0" w:color="D9D6F2"/>
          <w:insideH w:val="single" w:sz="4" w:space="0" w:color="D9D6F2"/>
          <w:insideV w:val="single" w:sz="4" w:space="0" w:color="D9D6F2"/>
        </w:tblBorders>
        <w:tblLayout w:type="fixed"/>
        <w:tblW w:w="14968" w:type="dxa"/>
      </w:tblPr>
      <w:tblGrid>
        <w:gridCol w:w="2381"/>
        <w:gridCol w:w="12587"/>
      </w:tblGrid>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Formulir</w:t>
            </w:r>
          </w:p>
        </w:tc>
        <w:tc>
          <w:tcPr>
            <w:tcW w:type="dxa" w:w="12586"/>
            <w:tcMar>
              <w:top w:w="30" w:type="dxa"/>
              <w:bottom w:w="30" w:type="dxa"/>
              <w:start w:w="70" w:type="dxa"/>
              <w:end w:w="70" w:type="dxa"/>
            </w:tcMar>
            <w:vAlign w:val="center"/>
          </w:tcPr>
          <w:p>
            <w:pPr>
              <w:spacing w:after="0" w:before="0"/>
            </w:pPr>
            <w:r/>
            <w:r>
              <w:rPr>
                <w:b w:val="0"/>
                <w:i w:val="0"/>
                <w:sz w:val="18"/>
              </w:rPr>
              <w:t>FED-08</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Nama Mata Kuliah</w:t>
            </w:r>
          </w:p>
        </w:tc>
        <w:tc>
          <w:tcPr>
            <w:tcW w:type="dxa" w:w="12586"/>
            <w:tcMar>
              <w:top w:w="30" w:type="dxa"/>
              <w:bottom w:w="30" w:type="dxa"/>
              <w:start w:w="70" w:type="dxa"/>
              <w:end w:w="70" w:type="dxa"/>
            </w:tcMar>
            <w:vAlign w:val="center"/>
          </w:tcPr>
          <w:p>
            <w:pPr>
              <w:spacing w:after="0" w:before="0"/>
            </w:pPr>
            <w:r/>
            <w:r>
              <w:rPr>
                <w:b w:val="0"/>
                <w:i w:val="0"/>
                <w:sz w:val="18"/>
              </w:rPr>
              <w:t>Hukum dan Kebijakan Publik</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Kode Mata Kuliah</w:t>
            </w:r>
          </w:p>
        </w:tc>
        <w:tc>
          <w:tcPr>
            <w:tcW w:type="dxa" w:w="12586"/>
            <w:tcMar>
              <w:top w:w="30" w:type="dxa"/>
              <w:bottom w:w="30" w:type="dxa"/>
              <w:start w:w="70" w:type="dxa"/>
              <w:end w:w="70" w:type="dxa"/>
            </w:tcMar>
            <w:vAlign w:val="center"/>
          </w:tcPr>
          <w:p>
            <w:pPr>
              <w:spacing w:after="0" w:before="0"/>
            </w:pPr>
            <w:r/>
            <w:r>
              <w:rPr>
                <w:b w:val="0"/>
                <w:i w:val="0"/>
                <w:sz w:val="18"/>
              </w:rPr>
              <w:t>3HS225311</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SKS</w:t>
            </w:r>
          </w:p>
        </w:tc>
        <w:tc>
          <w:tcPr>
            <w:tcW w:type="dxa" w:w="12586"/>
            <w:tcMar>
              <w:top w:w="30" w:type="dxa"/>
              <w:bottom w:w="30" w:type="dxa"/>
              <w:start w:w="70" w:type="dxa"/>
              <w:end w:w="70" w:type="dxa"/>
            </w:tcMar>
            <w:vAlign w:val="center"/>
          </w:tcPr>
          <w:p>
            <w:pPr>
              <w:spacing w:after="0" w:before="0"/>
            </w:pPr>
            <w:r/>
            <w:r>
              <w:rPr>
                <w:b w:val="0"/>
                <w:i w:val="0"/>
                <w:sz w:val="18"/>
              </w:rPr>
              <w:t>3</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Deskripsi Mata Kuliah</w:t>
            </w:r>
          </w:p>
        </w:tc>
        <w:tc>
          <w:tcPr>
            <w:tcW w:type="dxa" w:w="12586"/>
            <w:tcMar>
              <w:top w:w="30" w:type="dxa"/>
              <w:bottom w:w="30" w:type="dxa"/>
              <w:start w:w="70" w:type="dxa"/>
              <w:end w:w="70" w:type="dxa"/>
            </w:tcMar>
            <w:vAlign w:val="center"/>
          </w:tcPr>
          <w:p>
            <w:pPr>
              <w:spacing w:after="0" w:before="0"/>
              <w:jc w:val="both"/>
            </w:pPr>
            <w:r/>
            <w:r>
              <w:rPr>
                <w:b w:val="0"/>
                <w:i w:val="0"/>
                <w:sz w:val="18"/>
              </w:rPr>
              <w:t>-</w:t>
            </w:r>
          </w:p>
        </w:tc>
      </w:tr>
    </w:tbl>
    <w:p>
      <w:pPr>
        <w:spacing w:after="80"/>
      </w:pPr>
    </w:p>
    <w:tbl>
      <w:tblPr>
        <w:tblW w:type="auto" w:w="0"/>
        <w:jc w:val="center"/>
        <w:tblLayout w:type="fixed"/>
        <w:tblLook w:firstColumn="1" w:firstRow="1" w:lastColumn="0" w:lastRow="0" w:noHBand="0" w:noVBand="1" w:val="04A0"/>
        <w:tblBorders>
          <w:top w:val="single" w:sz="6" w:space="0" w:color="6D5DD3"/>
          <w:left w:val="single" w:sz="6" w:space="0" w:color="6D5DD3"/>
          <w:bottom w:val="single" w:sz="6" w:space="0" w:color="6D5DD3"/>
          <w:right w:val="single" w:sz="6" w:space="0" w:color="6D5DD3"/>
          <w:insideH w:val="single" w:sz="6" w:space="0" w:color="6D5DD3"/>
          <w:insideV w:val="single" w:sz="6" w:space="0" w:color="6D5DD3"/>
        </w:tblBorders>
        <w:tblLayout w:type="fixed"/>
        <w:tblW w:w="14968" w:type="dxa"/>
      </w:tblPr>
      <w:tblGrid>
        <w:gridCol w:w="4762"/>
        <w:gridCol w:w="907"/>
        <w:gridCol w:w="793"/>
        <w:gridCol w:w="963"/>
        <w:gridCol w:w="481"/>
        <w:gridCol w:w="481"/>
        <w:gridCol w:w="481"/>
        <w:gridCol w:w="481"/>
        <w:gridCol w:w="2494"/>
        <w:gridCol w:w="3118"/>
      </w:tblGrid>
      <w:tr>
        <w:tc>
          <w:tcPr>
            <w:tcW w:type="dxa" w:w="4762"/>
            <w:vMerge w:val="restart"/>
            <w:shd w:val="clear" w:color="auto" w:fill="4B3F9E"/>
            <w:tcMar>
              <w:top w:w="30" w:type="dxa"/>
              <w:bottom w:w="30" w:type="dxa"/>
              <w:start w:w="70" w:type="dxa"/>
              <w:end w:w="70" w:type="dxa"/>
            </w:tcMar>
            <w:vAlign w:val="center"/>
          </w:tcPr>
          <w:p>
            <w:pPr>
              <w:spacing w:after="0" w:before="0"/>
              <w:jc w:val="center"/>
            </w:pPr>
            <w:r/>
            <w:r>
              <w:rPr>
                <w:b/>
                <w:i w:val="0"/>
                <w:color w:val="FFFFFF"/>
                <w:sz w:val="17"/>
              </w:rPr>
              <w:t>Kemampuan Akhir / Capaian Pembelajaran (CPMK)</w:t>
            </w:r>
          </w:p>
        </w:tc>
        <w:tc>
          <w:tcPr>
            <w:tcW w:type="dxa" w:w="907"/>
            <w:gridSpan w:val="3"/>
            <w:shd w:val="clear" w:color="auto" w:fill="4B3F9E"/>
            <w:tcMar>
              <w:top w:w="30" w:type="dxa"/>
              <w:bottom w:w="30" w:type="dxa"/>
              <w:start w:w="70" w:type="dxa"/>
              <w:end w:w="70" w:type="dxa"/>
            </w:tcMar>
            <w:vAlign w:val="center"/>
          </w:tcPr>
          <w:p>
            <w:pPr>
              <w:spacing w:after="0" w:before="0"/>
              <w:jc w:val="center"/>
            </w:pPr>
            <w:r/>
            <w:r>
              <w:rPr>
                <w:b/>
                <w:i w:val="0"/>
                <w:color w:val="FFFFFF"/>
                <w:sz w:val="17"/>
              </w:rPr>
              <w:t>Profisiensi saat ini *</w:t>
            </w:r>
          </w:p>
        </w:tc>
        <w:tc>
          <w:tcPr>
            <w:tcW w:type="dxa" w:w="482"/>
            <w:gridSpan w:val="4"/>
            <w:shd w:val="clear" w:color="auto" w:fill="4B3F9E"/>
            <w:tcMar>
              <w:top w:w="30" w:type="dxa"/>
              <w:bottom w:w="30" w:type="dxa"/>
              <w:start w:w="70" w:type="dxa"/>
              <w:end w:w="70" w:type="dxa"/>
            </w:tcMar>
            <w:vAlign w:val="center"/>
          </w:tcPr>
          <w:p>
            <w:pPr>
              <w:spacing w:after="0" w:before="0"/>
              <w:jc w:val="center"/>
            </w:pPr>
            <w:r/>
            <w:r>
              <w:rPr>
                <w:b/>
                <w:i w:val="0"/>
                <w:color w:val="FFFFFF"/>
                <w:sz w:val="17"/>
              </w:rPr>
              <w:t>Hasil evaluasi Asesor</w:t>
            </w:r>
          </w:p>
        </w:tc>
        <w:tc>
          <w:tcPr>
            <w:tcW w:type="dxa" w:w="2494"/>
            <w:gridSpan w:val="2"/>
            <w:shd w:val="clear" w:color="auto" w:fill="4B3F9E"/>
            <w:tcMar>
              <w:top w:w="30" w:type="dxa"/>
              <w:bottom w:w="30" w:type="dxa"/>
              <w:start w:w="70" w:type="dxa"/>
              <w:end w:w="70" w:type="dxa"/>
            </w:tcMar>
            <w:vAlign w:val="center"/>
          </w:tcPr>
          <w:p>
            <w:pPr>
              <w:spacing w:after="0" w:before="0"/>
              <w:jc w:val="center"/>
            </w:pPr>
            <w:r/>
            <w:r>
              <w:rPr>
                <w:b/>
                <w:i w:val="0"/>
                <w:color w:val="FFFFFF"/>
                <w:sz w:val="17"/>
              </w:rPr>
              <w:t>Bukti yang disampaikan *</w:t>
            </w:r>
          </w:p>
        </w:tc>
      </w:tr>
      <w:tr>
        <w:tc>
          <w:tcPr>
            <w:tcW w:type="dxa" w:w="4762"/>
            <w:vMerge/>
          </w:tcPr>
          <w:p/>
        </w:tc>
        <w:tc>
          <w:tcPr>
            <w:tcW w:type="dxa" w:w="907"/>
            <w:shd w:val="clear" w:color="auto" w:fill="6D5DD3"/>
            <w:tcMar>
              <w:top w:w="20" w:type="dxa"/>
              <w:bottom w:w="20" w:type="dxa"/>
              <w:start w:w="70" w:type="dxa"/>
              <w:end w:w="70" w:type="dxa"/>
            </w:tcMar>
            <w:vAlign w:val="center"/>
          </w:tcPr>
          <w:p>
            <w:pPr>
              <w:spacing w:after="0" w:before="0"/>
              <w:jc w:val="center"/>
            </w:pPr>
            <w:r/>
            <w:r>
              <w:rPr>
                <w:b/>
                <w:i w:val="0"/>
                <w:color w:val="FFFFFF"/>
                <w:sz w:val="16"/>
              </w:rPr>
              <w:t>Sangat baik</w:t>
            </w:r>
          </w:p>
        </w:tc>
        <w:tc>
          <w:tcPr>
            <w:tcW w:type="dxa" w:w="794"/>
            <w:shd w:val="clear" w:color="auto" w:fill="6D5DD3"/>
            <w:tcMar>
              <w:top w:w="20" w:type="dxa"/>
              <w:bottom w:w="20" w:type="dxa"/>
              <w:start w:w="70" w:type="dxa"/>
              <w:end w:w="70" w:type="dxa"/>
            </w:tcMar>
            <w:vAlign w:val="center"/>
          </w:tcPr>
          <w:p>
            <w:pPr>
              <w:spacing w:after="0" w:before="0"/>
              <w:jc w:val="center"/>
            </w:pPr>
            <w:r/>
            <w:r>
              <w:rPr>
                <w:b/>
                <w:i w:val="0"/>
                <w:color w:val="FFFFFF"/>
                <w:sz w:val="16"/>
              </w:rPr>
              <w:t>Baik</w:t>
            </w:r>
          </w:p>
        </w:tc>
        <w:tc>
          <w:tcPr>
            <w:tcW w:type="dxa" w:w="964"/>
            <w:shd w:val="clear" w:color="auto" w:fill="6D5DD3"/>
            <w:tcMar>
              <w:top w:w="20" w:type="dxa"/>
              <w:bottom w:w="20" w:type="dxa"/>
              <w:start w:w="70" w:type="dxa"/>
              <w:end w:w="70" w:type="dxa"/>
            </w:tcMar>
            <w:vAlign w:val="center"/>
          </w:tcPr>
          <w:p>
            <w:pPr>
              <w:spacing w:after="0" w:before="0"/>
              <w:jc w:val="center"/>
            </w:pPr>
            <w:r/>
            <w:r>
              <w:rPr>
                <w:b/>
                <w:i w:val="0"/>
                <w:color w:val="FFFFFF"/>
                <w:sz w:val="16"/>
              </w:rPr>
              <w:t>Tidak pernah</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V</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A</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T</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M</w:t>
            </w:r>
          </w:p>
        </w:tc>
        <w:tc>
          <w:tcPr>
            <w:tcW w:type="dxa" w:w="2494"/>
            <w:shd w:val="clear" w:color="auto" w:fill="6D5DD3"/>
            <w:tcMar>
              <w:top w:w="20" w:type="dxa"/>
              <w:bottom w:w="20" w:type="dxa"/>
              <w:start w:w="70" w:type="dxa"/>
              <w:end w:w="70" w:type="dxa"/>
            </w:tcMar>
            <w:vAlign w:val="center"/>
          </w:tcPr>
          <w:p>
            <w:pPr>
              <w:spacing w:after="0" w:before="0"/>
              <w:jc w:val="center"/>
            </w:pPr>
            <w:r/>
            <w:r>
              <w:rPr>
                <w:b/>
                <w:i w:val="0"/>
                <w:color w:val="FFFFFF"/>
                <w:sz w:val="16"/>
              </w:rPr>
              <w:t>Nomor Dokumen</w:t>
            </w:r>
          </w:p>
        </w:tc>
        <w:tc>
          <w:tcPr>
            <w:tcW w:type="dxa" w:w="3118"/>
            <w:shd w:val="clear" w:color="auto" w:fill="6D5DD3"/>
            <w:tcMar>
              <w:top w:w="20" w:type="dxa"/>
              <w:bottom w:w="20" w:type="dxa"/>
              <w:start w:w="70" w:type="dxa"/>
              <w:end w:w="70" w:type="dxa"/>
            </w:tcMar>
            <w:vAlign w:val="center"/>
          </w:tcPr>
          <w:p>
            <w:pPr>
              <w:spacing w:after="0" w:before="0"/>
              <w:jc w:val="center"/>
            </w:pPr>
            <w:r/>
            <w:r>
              <w:rPr>
                <w:b/>
                <w:i w:val="0"/>
                <w:color w:val="FFFFFF"/>
                <w:sz w:val="16"/>
              </w:rPr>
              <w:t>Jenis Dokumen</w:t>
            </w:r>
          </w:p>
        </w:tc>
      </w:tr>
      <w:tr>
        <w:tc>
          <w:tcPr>
            <w:tcW w:type="dxa" w:w="4762"/>
            <w:tcMar>
              <w:top w:w="20" w:type="dxa"/>
              <w:bottom w:w="20" w:type="dxa"/>
              <w:start w:w="50" w:type="dxa"/>
              <w:end w:w="50" w:type="dxa"/>
            </w:tcMar>
            <w:vAlign w:val="center"/>
          </w:tcPr>
          <w:p>
            <w:pPr>
              <w:spacing w:after="0" w:before="0"/>
            </w:pPr>
            <w:r/>
            <w:r>
              <w:rPr>
                <w:b w:val="0"/>
                <w:i w:val="0"/>
                <w:sz w:val="17"/>
              </w:rPr>
              <w:t>Mahasiswa mampu menganalisis hakikat dan ragam konsep kebijakan publik menurut para ahli serta keterkaitannya dengan hukum sebagai instrumen kebijakan.</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Mahasiswa mampu menganalisis kedudukan kebijakan publik dalam perspektif negara hukum dan negara kesejahteraan, meliputi dasar kewenangan negara, jenis dan hierarki peraturan, serta perbedaan kebijakan di tingkat pusat dan daerah.</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Mahasiswa mampu mengevaluasi penerapan nilai demokrasi, partisipasi masyarakat, asas kepentingan umum, dan Asas-Asas Umum Pemerintahan yang Baik (AUPB) pada berbagai strata dan tipe kebijakan publik.</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Mahasiswa mampu menganalisis siklus kebijakan publik, mulai dari perumusan masalah (problem structuring) dan penyusunan argumentasi kebijakan hingga perbandingan model-model pembuatan kebijakan.</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Mahasiswa mampu merumuskan rekomendasi kebijakan berbasis metode analisis kebijakan publik melalui evaluasi efektivitas, hambatan implementasi, kinerja, dan dampak kebijakan.</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bl>
    <w:p>
      <w:pPr>
        <w:spacing w:after="80"/>
      </w:pPr>
      <w:r>
        <w:rPr>
          <w:b w:val="0"/>
          <w:i/>
          <w:color w:val="6B7280"/>
          <w:sz w:val="16"/>
        </w:rPr>
        <w:t>Keterangan: kolom bertanda * diisi oleh pelamar RPL; kolom V/A/T/M diisi oleh Asesor.</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14968" w:type="dxa"/>
      </w:tblPr>
      <w:tblGrid>
        <w:gridCol w:w="4536"/>
        <w:gridCol w:w="5103"/>
        <w:gridCol w:w="5329"/>
      </w:tblGrid>
      <w:tr>
        <w:tc>
          <w:tcPr>
            <w:tcW w:type="dxa" w:w="4535"/>
            <w:tcMar>
              <w:top w:w="30" w:type="dxa"/>
              <w:bottom w:w="30" w:type="dxa"/>
              <w:start w:w="70" w:type="dxa"/>
              <w:end w:w="70" w:type="dxa"/>
            </w:tcMar>
            <w:vAlign w:val="center"/>
          </w:tcPr>
          <w:p>
            <w:pPr>
              <w:spacing w:after="0" w:before="0"/>
            </w:pPr>
            <w:r/>
            <w:r>
              <w:rPr>
                <w:b w:val="0"/>
                <w:i w:val="0"/>
                <w:sz w:val="18"/>
              </w:rPr>
              <w:t>Tanggal :</w:t>
            </w:r>
          </w:p>
        </w:tc>
        <w:tc>
          <w:tcPr>
            <w:tcW w:type="dxa" w:w="5102"/>
            <w:vMerge w:val="restart"/>
            <w:tcMar>
              <w:top w:w="30" w:type="dxa"/>
              <w:bottom w:w="30" w:type="dxa"/>
              <w:start w:w="70" w:type="dxa"/>
              <w:end w:w="70" w:type="dxa"/>
            </w:tcMar>
          </w:tcPr>
          <w:p>
            <w:r/>
            <w:r>
              <w:rPr>
                <w:sz w:val="18"/>
              </w:rPr>
              <w:t>Lokasi Penelitian :</w:t>
            </w:r>
          </w:p>
        </w:tc>
        <w:tc>
          <w:tcPr>
            <w:tcW w:type="dxa" w:w="5329"/>
            <w:vMerge w:val="restart"/>
            <w:tcMar>
              <w:top w:w="30" w:type="dxa"/>
              <w:bottom w:w="30" w:type="dxa"/>
              <w:start w:w="70" w:type="dxa"/>
              <w:end w:w="70" w:type="dxa"/>
            </w:tcMar>
          </w:tcPr>
          <w:p>
            <w:r/>
            <w:r>
              <w:rPr>
                <w:sz w:val="18"/>
              </w:rPr>
              <w:t>Penilai I/II</w:t>
            </w:r>
          </w:p>
          <w:p>
            <w:pPr>
              <w:spacing w:after="40"/>
            </w:pPr>
          </w:p>
          <w:p>
            <w:pPr>
              <w:spacing w:after="40"/>
            </w:pPr>
          </w:p>
          <w:p>
            <w:pPr>
              <w:jc w:val="center"/>
            </w:pPr>
            <w:r>
              <w:rPr>
                <w:sz w:val="18"/>
              </w:rPr>
              <w:t>(...................................)</w:t>
            </w:r>
          </w:p>
        </w:tc>
      </w:tr>
      <w:tr>
        <w:tc>
          <w:tcPr>
            <w:tcW w:type="dxa" w:w="4535"/>
            <w:tcMar>
              <w:top w:w="30" w:type="dxa"/>
              <w:bottom w:w="30" w:type="dxa"/>
              <w:start w:w="70" w:type="dxa"/>
              <w:end w:w="70" w:type="dxa"/>
            </w:tcMar>
            <w:vAlign w:val="center"/>
          </w:tcPr>
          <w:p>
            <w:pPr>
              <w:spacing w:after="0" w:before="0"/>
            </w:pPr>
            <w:r/>
            <w:r>
              <w:rPr>
                <w:b w:val="0"/>
                <w:i w:val="0"/>
                <w:sz w:val="18"/>
              </w:rPr>
              <w:t>Waktu :</w:t>
            </w:r>
          </w:p>
        </w:tc>
        <w:tc>
          <w:tcPr>
            <w:tcW w:type="dxa" w:w="5102"/>
            <w:vMerge/>
          </w:tcPr>
          <w:p/>
        </w:tc>
        <w:tc>
          <w:tcPr>
            <w:tcW w:type="dxa" w:w="5329"/>
            <w:vMerge/>
          </w:tcPr>
          <w:p/>
        </w:tc>
      </w:tr>
      <w:tr>
        <w:tc>
          <w:tcPr>
            <w:tcW w:type="dxa" w:w="4535"/>
            <w:tcMar>
              <w:top w:w="30" w:type="dxa"/>
              <w:bottom w:w="30" w:type="dxa"/>
              <w:start w:w="70" w:type="dxa"/>
              <w:end w:w="70" w:type="dxa"/>
            </w:tcMar>
            <w:vAlign w:val="center"/>
          </w:tcPr>
          <w:p>
            <w:pPr>
              <w:spacing w:after="0" w:before="0"/>
            </w:pPr>
            <w:r/>
            <w:r>
              <w:rPr>
                <w:b w:val="0"/>
                <w:i w:val="0"/>
                <w:sz w:val="18"/>
              </w:rPr>
              <w:t>Catatan Penilaian :</w:t>
            </w:r>
          </w:p>
        </w:tc>
        <w:tc>
          <w:tcPr>
            <w:tcW w:type="dxa" w:w="5102"/>
            <w:vMerge/>
          </w:tcPr>
          <w:p/>
        </w:tc>
        <w:tc>
          <w:tcPr>
            <w:tcW w:type="dxa" w:w="5329"/>
            <w:vMerge/>
          </w:tcPr>
          <w:p/>
        </w:tc>
      </w:tr>
    </w:tbl>
    <w:p>
      <w:pPr>
        <w:spacing w:after="120"/>
      </w:pPr>
    </w:p>
    <w:p>
      <w:pPr>
        <w:spacing w:after="80"/>
      </w:pPr>
    </w:p>
    <w:tbl>
      <w:tblPr>
        <w:tblW w:type="auto" w:w="0"/>
        <w:jc w:val="center"/>
        <w:tblLayout w:type="fixed"/>
        <w:tblLook w:firstColumn="1" w:firstRow="1" w:lastColumn="0" w:lastRow="0" w:noHBand="0" w:noVBand="1" w:val="04A0"/>
        <w:tblBorders>
          <w:top w:val="single" w:sz="4" w:space="0" w:color="D9D6F2"/>
          <w:left w:val="single" w:sz="4" w:space="0" w:color="D9D6F2"/>
          <w:bottom w:val="single" w:sz="4" w:space="0" w:color="D9D6F2"/>
          <w:right w:val="single" w:sz="4" w:space="0" w:color="D9D6F2"/>
          <w:insideH w:val="single" w:sz="4" w:space="0" w:color="D9D6F2"/>
          <w:insideV w:val="single" w:sz="4" w:space="0" w:color="D9D6F2"/>
        </w:tblBorders>
        <w:tblLayout w:type="fixed"/>
        <w:tblW w:w="14968" w:type="dxa"/>
      </w:tblPr>
      <w:tblGrid>
        <w:gridCol w:w="2381"/>
        <w:gridCol w:w="12587"/>
      </w:tblGrid>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Formulir</w:t>
            </w:r>
          </w:p>
        </w:tc>
        <w:tc>
          <w:tcPr>
            <w:tcW w:type="dxa" w:w="12586"/>
            <w:tcMar>
              <w:top w:w="30" w:type="dxa"/>
              <w:bottom w:w="30" w:type="dxa"/>
              <w:start w:w="70" w:type="dxa"/>
              <w:end w:w="70" w:type="dxa"/>
            </w:tcMar>
            <w:vAlign w:val="center"/>
          </w:tcPr>
          <w:p>
            <w:pPr>
              <w:spacing w:after="0" w:before="0"/>
            </w:pPr>
            <w:r/>
            <w:r>
              <w:rPr>
                <w:b w:val="0"/>
                <w:i w:val="0"/>
                <w:sz w:val="18"/>
              </w:rPr>
              <w:t>FED-09</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Nama Mata Kuliah</w:t>
            </w:r>
          </w:p>
        </w:tc>
        <w:tc>
          <w:tcPr>
            <w:tcW w:type="dxa" w:w="12586"/>
            <w:tcMar>
              <w:top w:w="30" w:type="dxa"/>
              <w:bottom w:w="30" w:type="dxa"/>
              <w:start w:w="70" w:type="dxa"/>
              <w:end w:w="70" w:type="dxa"/>
            </w:tcMar>
            <w:vAlign w:val="center"/>
          </w:tcPr>
          <w:p>
            <w:pPr>
              <w:spacing w:after="0" w:before="0"/>
            </w:pPr>
            <w:r/>
            <w:r>
              <w:rPr>
                <w:b w:val="0"/>
                <w:i w:val="0"/>
                <w:sz w:val="18"/>
              </w:rPr>
              <w:t>Teori Perundang-undangan</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Kode Mata Kuliah</w:t>
            </w:r>
          </w:p>
        </w:tc>
        <w:tc>
          <w:tcPr>
            <w:tcW w:type="dxa" w:w="12586"/>
            <w:tcMar>
              <w:top w:w="30" w:type="dxa"/>
              <w:bottom w:w="30" w:type="dxa"/>
              <w:start w:w="70" w:type="dxa"/>
              <w:end w:w="70" w:type="dxa"/>
            </w:tcMar>
            <w:vAlign w:val="center"/>
          </w:tcPr>
          <w:p>
            <w:pPr>
              <w:spacing w:after="0" w:before="0"/>
            </w:pPr>
            <w:r/>
            <w:r>
              <w:rPr>
                <w:b w:val="0"/>
                <w:i w:val="0"/>
                <w:sz w:val="18"/>
              </w:rPr>
              <w:t>3HS225314</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SKS</w:t>
            </w:r>
          </w:p>
        </w:tc>
        <w:tc>
          <w:tcPr>
            <w:tcW w:type="dxa" w:w="12586"/>
            <w:tcMar>
              <w:top w:w="30" w:type="dxa"/>
              <w:bottom w:w="30" w:type="dxa"/>
              <w:start w:w="70" w:type="dxa"/>
              <w:end w:w="70" w:type="dxa"/>
            </w:tcMar>
            <w:vAlign w:val="center"/>
          </w:tcPr>
          <w:p>
            <w:pPr>
              <w:spacing w:after="0" w:before="0"/>
            </w:pPr>
            <w:r/>
            <w:r>
              <w:rPr>
                <w:b w:val="0"/>
                <w:i w:val="0"/>
                <w:sz w:val="18"/>
              </w:rPr>
              <w:t>3</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Deskripsi Mata Kuliah</w:t>
            </w:r>
          </w:p>
        </w:tc>
        <w:tc>
          <w:tcPr>
            <w:tcW w:type="dxa" w:w="12586"/>
            <w:tcMar>
              <w:top w:w="30" w:type="dxa"/>
              <w:bottom w:w="30" w:type="dxa"/>
              <w:start w:w="70" w:type="dxa"/>
              <w:end w:w="70" w:type="dxa"/>
            </w:tcMar>
            <w:vAlign w:val="center"/>
          </w:tcPr>
          <w:p>
            <w:pPr>
              <w:spacing w:after="0" w:before="0"/>
              <w:jc w:val="both"/>
            </w:pPr>
            <w:r/>
            <w:r>
              <w:rPr>
                <w:b w:val="0"/>
                <w:i w:val="0"/>
                <w:sz w:val="18"/>
              </w:rPr>
              <w:t>-</w:t>
            </w:r>
          </w:p>
        </w:tc>
      </w:tr>
    </w:tbl>
    <w:p>
      <w:pPr>
        <w:spacing w:after="80"/>
      </w:pPr>
    </w:p>
    <w:tbl>
      <w:tblPr>
        <w:tblW w:type="auto" w:w="0"/>
        <w:jc w:val="center"/>
        <w:tblLayout w:type="fixed"/>
        <w:tblLook w:firstColumn="1" w:firstRow="1" w:lastColumn="0" w:lastRow="0" w:noHBand="0" w:noVBand="1" w:val="04A0"/>
        <w:tblBorders>
          <w:top w:val="single" w:sz="6" w:space="0" w:color="6D5DD3"/>
          <w:left w:val="single" w:sz="6" w:space="0" w:color="6D5DD3"/>
          <w:bottom w:val="single" w:sz="6" w:space="0" w:color="6D5DD3"/>
          <w:right w:val="single" w:sz="6" w:space="0" w:color="6D5DD3"/>
          <w:insideH w:val="single" w:sz="6" w:space="0" w:color="6D5DD3"/>
          <w:insideV w:val="single" w:sz="6" w:space="0" w:color="6D5DD3"/>
        </w:tblBorders>
        <w:tblLayout w:type="fixed"/>
        <w:tblW w:w="14968" w:type="dxa"/>
      </w:tblPr>
      <w:tblGrid>
        <w:gridCol w:w="4762"/>
        <w:gridCol w:w="907"/>
        <w:gridCol w:w="793"/>
        <w:gridCol w:w="963"/>
        <w:gridCol w:w="481"/>
        <w:gridCol w:w="481"/>
        <w:gridCol w:w="481"/>
        <w:gridCol w:w="481"/>
        <w:gridCol w:w="2494"/>
        <w:gridCol w:w="3118"/>
      </w:tblGrid>
      <w:tr>
        <w:tc>
          <w:tcPr>
            <w:tcW w:type="dxa" w:w="4762"/>
            <w:vMerge w:val="restart"/>
            <w:shd w:val="clear" w:color="auto" w:fill="4B3F9E"/>
            <w:tcMar>
              <w:top w:w="30" w:type="dxa"/>
              <w:bottom w:w="30" w:type="dxa"/>
              <w:start w:w="70" w:type="dxa"/>
              <w:end w:w="70" w:type="dxa"/>
            </w:tcMar>
            <w:vAlign w:val="center"/>
          </w:tcPr>
          <w:p>
            <w:pPr>
              <w:spacing w:after="0" w:before="0"/>
              <w:jc w:val="center"/>
            </w:pPr>
            <w:r/>
            <w:r>
              <w:rPr>
                <w:b/>
                <w:i w:val="0"/>
                <w:color w:val="FFFFFF"/>
                <w:sz w:val="17"/>
              </w:rPr>
              <w:t>Kemampuan Akhir / Capaian Pembelajaran (CPMK)</w:t>
            </w:r>
          </w:p>
        </w:tc>
        <w:tc>
          <w:tcPr>
            <w:tcW w:type="dxa" w:w="907"/>
            <w:gridSpan w:val="3"/>
            <w:shd w:val="clear" w:color="auto" w:fill="4B3F9E"/>
            <w:tcMar>
              <w:top w:w="30" w:type="dxa"/>
              <w:bottom w:w="30" w:type="dxa"/>
              <w:start w:w="70" w:type="dxa"/>
              <w:end w:w="70" w:type="dxa"/>
            </w:tcMar>
            <w:vAlign w:val="center"/>
          </w:tcPr>
          <w:p>
            <w:pPr>
              <w:spacing w:after="0" w:before="0"/>
              <w:jc w:val="center"/>
            </w:pPr>
            <w:r/>
            <w:r>
              <w:rPr>
                <w:b/>
                <w:i w:val="0"/>
                <w:color w:val="FFFFFF"/>
                <w:sz w:val="17"/>
              </w:rPr>
              <w:t>Profisiensi saat ini *</w:t>
            </w:r>
          </w:p>
        </w:tc>
        <w:tc>
          <w:tcPr>
            <w:tcW w:type="dxa" w:w="482"/>
            <w:gridSpan w:val="4"/>
            <w:shd w:val="clear" w:color="auto" w:fill="4B3F9E"/>
            <w:tcMar>
              <w:top w:w="30" w:type="dxa"/>
              <w:bottom w:w="30" w:type="dxa"/>
              <w:start w:w="70" w:type="dxa"/>
              <w:end w:w="70" w:type="dxa"/>
            </w:tcMar>
            <w:vAlign w:val="center"/>
          </w:tcPr>
          <w:p>
            <w:pPr>
              <w:spacing w:after="0" w:before="0"/>
              <w:jc w:val="center"/>
            </w:pPr>
            <w:r/>
            <w:r>
              <w:rPr>
                <w:b/>
                <w:i w:val="0"/>
                <w:color w:val="FFFFFF"/>
                <w:sz w:val="17"/>
              </w:rPr>
              <w:t>Hasil evaluasi Asesor</w:t>
            </w:r>
          </w:p>
        </w:tc>
        <w:tc>
          <w:tcPr>
            <w:tcW w:type="dxa" w:w="2494"/>
            <w:gridSpan w:val="2"/>
            <w:shd w:val="clear" w:color="auto" w:fill="4B3F9E"/>
            <w:tcMar>
              <w:top w:w="30" w:type="dxa"/>
              <w:bottom w:w="30" w:type="dxa"/>
              <w:start w:w="70" w:type="dxa"/>
              <w:end w:w="70" w:type="dxa"/>
            </w:tcMar>
            <w:vAlign w:val="center"/>
          </w:tcPr>
          <w:p>
            <w:pPr>
              <w:spacing w:after="0" w:before="0"/>
              <w:jc w:val="center"/>
            </w:pPr>
            <w:r/>
            <w:r>
              <w:rPr>
                <w:b/>
                <w:i w:val="0"/>
                <w:color w:val="FFFFFF"/>
                <w:sz w:val="17"/>
              </w:rPr>
              <w:t>Bukti yang disampaikan *</w:t>
            </w:r>
          </w:p>
        </w:tc>
      </w:tr>
      <w:tr>
        <w:tc>
          <w:tcPr>
            <w:tcW w:type="dxa" w:w="4762"/>
            <w:vMerge/>
          </w:tcPr>
          <w:p/>
        </w:tc>
        <w:tc>
          <w:tcPr>
            <w:tcW w:type="dxa" w:w="907"/>
            <w:shd w:val="clear" w:color="auto" w:fill="6D5DD3"/>
            <w:tcMar>
              <w:top w:w="20" w:type="dxa"/>
              <w:bottom w:w="20" w:type="dxa"/>
              <w:start w:w="70" w:type="dxa"/>
              <w:end w:w="70" w:type="dxa"/>
            </w:tcMar>
            <w:vAlign w:val="center"/>
          </w:tcPr>
          <w:p>
            <w:pPr>
              <w:spacing w:after="0" w:before="0"/>
              <w:jc w:val="center"/>
            </w:pPr>
            <w:r/>
            <w:r>
              <w:rPr>
                <w:b/>
                <w:i w:val="0"/>
                <w:color w:val="FFFFFF"/>
                <w:sz w:val="16"/>
              </w:rPr>
              <w:t>Sangat baik</w:t>
            </w:r>
          </w:p>
        </w:tc>
        <w:tc>
          <w:tcPr>
            <w:tcW w:type="dxa" w:w="794"/>
            <w:shd w:val="clear" w:color="auto" w:fill="6D5DD3"/>
            <w:tcMar>
              <w:top w:w="20" w:type="dxa"/>
              <w:bottom w:w="20" w:type="dxa"/>
              <w:start w:w="70" w:type="dxa"/>
              <w:end w:w="70" w:type="dxa"/>
            </w:tcMar>
            <w:vAlign w:val="center"/>
          </w:tcPr>
          <w:p>
            <w:pPr>
              <w:spacing w:after="0" w:before="0"/>
              <w:jc w:val="center"/>
            </w:pPr>
            <w:r/>
            <w:r>
              <w:rPr>
                <w:b/>
                <w:i w:val="0"/>
                <w:color w:val="FFFFFF"/>
                <w:sz w:val="16"/>
              </w:rPr>
              <w:t>Baik</w:t>
            </w:r>
          </w:p>
        </w:tc>
        <w:tc>
          <w:tcPr>
            <w:tcW w:type="dxa" w:w="964"/>
            <w:shd w:val="clear" w:color="auto" w:fill="6D5DD3"/>
            <w:tcMar>
              <w:top w:w="20" w:type="dxa"/>
              <w:bottom w:w="20" w:type="dxa"/>
              <w:start w:w="70" w:type="dxa"/>
              <w:end w:w="70" w:type="dxa"/>
            </w:tcMar>
            <w:vAlign w:val="center"/>
          </w:tcPr>
          <w:p>
            <w:pPr>
              <w:spacing w:after="0" w:before="0"/>
              <w:jc w:val="center"/>
            </w:pPr>
            <w:r/>
            <w:r>
              <w:rPr>
                <w:b/>
                <w:i w:val="0"/>
                <w:color w:val="FFFFFF"/>
                <w:sz w:val="16"/>
              </w:rPr>
              <w:t>Tidak pernah</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V</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A</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T</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M</w:t>
            </w:r>
          </w:p>
        </w:tc>
        <w:tc>
          <w:tcPr>
            <w:tcW w:type="dxa" w:w="2494"/>
            <w:shd w:val="clear" w:color="auto" w:fill="6D5DD3"/>
            <w:tcMar>
              <w:top w:w="20" w:type="dxa"/>
              <w:bottom w:w="20" w:type="dxa"/>
              <w:start w:w="70" w:type="dxa"/>
              <w:end w:w="70" w:type="dxa"/>
            </w:tcMar>
            <w:vAlign w:val="center"/>
          </w:tcPr>
          <w:p>
            <w:pPr>
              <w:spacing w:after="0" w:before="0"/>
              <w:jc w:val="center"/>
            </w:pPr>
            <w:r/>
            <w:r>
              <w:rPr>
                <w:b/>
                <w:i w:val="0"/>
                <w:color w:val="FFFFFF"/>
                <w:sz w:val="16"/>
              </w:rPr>
              <w:t>Nomor Dokumen</w:t>
            </w:r>
          </w:p>
        </w:tc>
        <w:tc>
          <w:tcPr>
            <w:tcW w:type="dxa" w:w="3118"/>
            <w:shd w:val="clear" w:color="auto" w:fill="6D5DD3"/>
            <w:tcMar>
              <w:top w:w="20" w:type="dxa"/>
              <w:bottom w:w="20" w:type="dxa"/>
              <w:start w:w="70" w:type="dxa"/>
              <w:end w:w="70" w:type="dxa"/>
            </w:tcMar>
            <w:vAlign w:val="center"/>
          </w:tcPr>
          <w:p>
            <w:pPr>
              <w:spacing w:after="0" w:before="0"/>
              <w:jc w:val="center"/>
            </w:pPr>
            <w:r/>
            <w:r>
              <w:rPr>
                <w:b/>
                <w:i w:val="0"/>
                <w:color w:val="FFFFFF"/>
                <w:sz w:val="16"/>
              </w:rPr>
              <w:t>Jenis Dokumen</w:t>
            </w:r>
          </w:p>
        </w:tc>
      </w:tr>
      <w:tr>
        <w:tc>
          <w:tcPr>
            <w:tcW w:type="dxa" w:w="4762"/>
            <w:tcMar>
              <w:top w:w="20" w:type="dxa"/>
              <w:bottom w:w="20" w:type="dxa"/>
              <w:start w:w="50" w:type="dxa"/>
              <w:end w:w="50" w:type="dxa"/>
            </w:tcMar>
            <w:vAlign w:val="center"/>
          </w:tcPr>
          <w:p>
            <w:pPr>
              <w:spacing w:after="0" w:before="0"/>
            </w:pPr>
            <w:r/>
            <w:r>
              <w:rPr>
                <w:b w:val="0"/>
                <w:i w:val="0"/>
                <w:sz w:val="17"/>
              </w:rPr>
              <w:t>Mahasiswa mampu menganalisis keterkaitan konsep negara hukum dan demokrasi dengan perkembangan ilmu perundang-undangan di Indonesia.</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Mahasiswa mampu menganalisis teori jenjang norma (Stufenbau des Rechts), hierarki peraturan perundang-undangan berdasarkan UU Nomor 12 Tahun 2011 beserta perubahannya, serta landasan filosofis, sosiologis, dan yuridis pembentukannya.</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Mahasiswa mampu menganalisis materi muatan setiap jenis peraturan perundang-undangan serta mekanisme dan prosedur pembentukannya di tingkat pusat dan daerah.</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Mahasiswa mampu mengevaluasi alternatif kebijakan regulasi menggunakan metode Regulatory Impact Assessment (RIA) sebagai dasar penyusunan Naskah Akademik.</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Mahasiswa mampu merancang Naskah Akademik dan rancangan peraturan perundang-undangan (RUU/Ranperda) secara utuh sesuai teknik penyusunan peraturan perundang-undangan, kaidah bahasa hukum, dan arah politik hukum.</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bl>
    <w:p>
      <w:pPr>
        <w:spacing w:after="80"/>
      </w:pPr>
      <w:r>
        <w:rPr>
          <w:b w:val="0"/>
          <w:i/>
          <w:color w:val="6B7280"/>
          <w:sz w:val="16"/>
        </w:rPr>
        <w:t>Keterangan: kolom bertanda * diisi oleh pelamar RPL; kolom V/A/T/M diisi oleh Asesor.</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14968" w:type="dxa"/>
      </w:tblPr>
      <w:tblGrid>
        <w:gridCol w:w="4536"/>
        <w:gridCol w:w="5103"/>
        <w:gridCol w:w="5329"/>
      </w:tblGrid>
      <w:tr>
        <w:tc>
          <w:tcPr>
            <w:tcW w:type="dxa" w:w="4535"/>
            <w:tcMar>
              <w:top w:w="30" w:type="dxa"/>
              <w:bottom w:w="30" w:type="dxa"/>
              <w:start w:w="70" w:type="dxa"/>
              <w:end w:w="70" w:type="dxa"/>
            </w:tcMar>
            <w:vAlign w:val="center"/>
          </w:tcPr>
          <w:p>
            <w:pPr>
              <w:spacing w:after="0" w:before="0"/>
            </w:pPr>
            <w:r/>
            <w:r>
              <w:rPr>
                <w:b w:val="0"/>
                <w:i w:val="0"/>
                <w:sz w:val="18"/>
              </w:rPr>
              <w:t>Tanggal :</w:t>
            </w:r>
          </w:p>
        </w:tc>
        <w:tc>
          <w:tcPr>
            <w:tcW w:type="dxa" w:w="5102"/>
            <w:vMerge w:val="restart"/>
            <w:tcMar>
              <w:top w:w="30" w:type="dxa"/>
              <w:bottom w:w="30" w:type="dxa"/>
              <w:start w:w="70" w:type="dxa"/>
              <w:end w:w="70" w:type="dxa"/>
            </w:tcMar>
          </w:tcPr>
          <w:p>
            <w:r/>
            <w:r>
              <w:rPr>
                <w:sz w:val="18"/>
              </w:rPr>
              <w:t>Lokasi Penelitian :</w:t>
            </w:r>
          </w:p>
        </w:tc>
        <w:tc>
          <w:tcPr>
            <w:tcW w:type="dxa" w:w="5329"/>
            <w:vMerge w:val="restart"/>
            <w:tcMar>
              <w:top w:w="30" w:type="dxa"/>
              <w:bottom w:w="30" w:type="dxa"/>
              <w:start w:w="70" w:type="dxa"/>
              <w:end w:w="70" w:type="dxa"/>
            </w:tcMar>
          </w:tcPr>
          <w:p>
            <w:r/>
            <w:r>
              <w:rPr>
                <w:sz w:val="18"/>
              </w:rPr>
              <w:t>Penilai I/II</w:t>
            </w:r>
          </w:p>
          <w:p>
            <w:pPr>
              <w:spacing w:after="40"/>
            </w:pPr>
          </w:p>
          <w:p>
            <w:pPr>
              <w:spacing w:after="40"/>
            </w:pPr>
          </w:p>
          <w:p>
            <w:pPr>
              <w:jc w:val="center"/>
            </w:pPr>
            <w:r>
              <w:rPr>
                <w:sz w:val="18"/>
              </w:rPr>
              <w:t>(...................................)</w:t>
            </w:r>
          </w:p>
        </w:tc>
      </w:tr>
      <w:tr>
        <w:tc>
          <w:tcPr>
            <w:tcW w:type="dxa" w:w="4535"/>
            <w:tcMar>
              <w:top w:w="30" w:type="dxa"/>
              <w:bottom w:w="30" w:type="dxa"/>
              <w:start w:w="70" w:type="dxa"/>
              <w:end w:w="70" w:type="dxa"/>
            </w:tcMar>
            <w:vAlign w:val="center"/>
          </w:tcPr>
          <w:p>
            <w:pPr>
              <w:spacing w:after="0" w:before="0"/>
            </w:pPr>
            <w:r/>
            <w:r>
              <w:rPr>
                <w:b w:val="0"/>
                <w:i w:val="0"/>
                <w:sz w:val="18"/>
              </w:rPr>
              <w:t>Waktu :</w:t>
            </w:r>
          </w:p>
        </w:tc>
        <w:tc>
          <w:tcPr>
            <w:tcW w:type="dxa" w:w="5102"/>
            <w:vMerge/>
          </w:tcPr>
          <w:p/>
        </w:tc>
        <w:tc>
          <w:tcPr>
            <w:tcW w:type="dxa" w:w="5329"/>
            <w:vMerge/>
          </w:tcPr>
          <w:p/>
        </w:tc>
      </w:tr>
      <w:tr>
        <w:tc>
          <w:tcPr>
            <w:tcW w:type="dxa" w:w="4535"/>
            <w:tcMar>
              <w:top w:w="30" w:type="dxa"/>
              <w:bottom w:w="30" w:type="dxa"/>
              <w:start w:w="70" w:type="dxa"/>
              <w:end w:w="70" w:type="dxa"/>
            </w:tcMar>
            <w:vAlign w:val="center"/>
          </w:tcPr>
          <w:p>
            <w:pPr>
              <w:spacing w:after="0" w:before="0"/>
            </w:pPr>
            <w:r/>
            <w:r>
              <w:rPr>
                <w:b w:val="0"/>
                <w:i w:val="0"/>
                <w:sz w:val="18"/>
              </w:rPr>
              <w:t>Catatan Penilaian :</w:t>
            </w:r>
          </w:p>
        </w:tc>
        <w:tc>
          <w:tcPr>
            <w:tcW w:type="dxa" w:w="5102"/>
            <w:vMerge/>
          </w:tcPr>
          <w:p/>
        </w:tc>
        <w:tc>
          <w:tcPr>
            <w:tcW w:type="dxa" w:w="5329"/>
            <w:vMerge/>
          </w:tcPr>
          <w:p/>
        </w:tc>
      </w:tr>
    </w:tbl>
    <w:p>
      <w:pPr>
        <w:spacing w:after="120"/>
      </w:pPr>
    </w:p>
    <w:p>
      <w:pPr>
        <w:spacing w:before="100" w:after="60"/>
      </w:pPr>
      <w:r>
        <w:rPr>
          <w:color w:val="C9A15F"/>
          <w:sz w:val="22"/>
        </w:rPr>
        <w:t xml:space="preserve">▌ </w:t>
      </w:r>
      <w:r>
        <w:rPr>
          <w:b/>
          <w:color w:val="4B3F9E"/>
          <w:sz w:val="22"/>
        </w:rPr>
        <w:t>PDN — Pidana</w:t>
      </w:r>
    </w:p>
    <w:p>
      <w:pPr>
        <w:spacing w:after="80"/>
      </w:pPr>
    </w:p>
    <w:tbl>
      <w:tblPr>
        <w:tblW w:type="auto" w:w="0"/>
        <w:jc w:val="center"/>
        <w:tblLayout w:type="fixed"/>
        <w:tblLook w:firstColumn="1" w:firstRow="1" w:lastColumn="0" w:lastRow="0" w:noHBand="0" w:noVBand="1" w:val="04A0"/>
        <w:tblBorders>
          <w:top w:val="single" w:sz="4" w:space="0" w:color="D9D6F2"/>
          <w:left w:val="single" w:sz="4" w:space="0" w:color="D9D6F2"/>
          <w:bottom w:val="single" w:sz="4" w:space="0" w:color="D9D6F2"/>
          <w:right w:val="single" w:sz="4" w:space="0" w:color="D9D6F2"/>
          <w:insideH w:val="single" w:sz="4" w:space="0" w:color="D9D6F2"/>
          <w:insideV w:val="single" w:sz="4" w:space="0" w:color="D9D6F2"/>
        </w:tblBorders>
        <w:tblLayout w:type="fixed"/>
        <w:tblW w:w="14968" w:type="dxa"/>
      </w:tblPr>
      <w:tblGrid>
        <w:gridCol w:w="2381"/>
        <w:gridCol w:w="12587"/>
      </w:tblGrid>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Formulir</w:t>
            </w:r>
          </w:p>
        </w:tc>
        <w:tc>
          <w:tcPr>
            <w:tcW w:type="dxa" w:w="12586"/>
            <w:tcMar>
              <w:top w:w="30" w:type="dxa"/>
              <w:bottom w:w="30" w:type="dxa"/>
              <w:start w:w="70" w:type="dxa"/>
              <w:end w:w="70" w:type="dxa"/>
            </w:tcMar>
            <w:vAlign w:val="center"/>
          </w:tcPr>
          <w:p>
            <w:pPr>
              <w:spacing w:after="0" w:before="0"/>
            </w:pPr>
            <w:r/>
            <w:r>
              <w:rPr>
                <w:b w:val="0"/>
                <w:i w:val="0"/>
                <w:sz w:val="18"/>
              </w:rPr>
              <w:t>FED-10</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Nama Mata Kuliah</w:t>
            </w:r>
          </w:p>
        </w:tc>
        <w:tc>
          <w:tcPr>
            <w:tcW w:type="dxa" w:w="12586"/>
            <w:tcMar>
              <w:top w:w="30" w:type="dxa"/>
              <w:bottom w:w="30" w:type="dxa"/>
              <w:start w:w="70" w:type="dxa"/>
              <w:end w:w="70" w:type="dxa"/>
            </w:tcMar>
            <w:vAlign w:val="center"/>
          </w:tcPr>
          <w:p>
            <w:pPr>
              <w:spacing w:after="0" w:before="0"/>
            </w:pPr>
            <w:r/>
            <w:r>
              <w:rPr>
                <w:b w:val="0"/>
                <w:i w:val="0"/>
                <w:sz w:val="18"/>
              </w:rPr>
              <w:t>Perkembangan Teori Hukum Pidana</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Kode Mata Kuliah</w:t>
            </w:r>
          </w:p>
        </w:tc>
        <w:tc>
          <w:tcPr>
            <w:tcW w:type="dxa" w:w="12586"/>
            <w:tcMar>
              <w:top w:w="30" w:type="dxa"/>
              <w:bottom w:w="30" w:type="dxa"/>
              <w:start w:w="70" w:type="dxa"/>
              <w:end w:w="70" w:type="dxa"/>
            </w:tcMar>
            <w:vAlign w:val="center"/>
          </w:tcPr>
          <w:p>
            <w:pPr>
              <w:spacing w:after="0" w:before="0"/>
            </w:pPr>
            <w:r/>
            <w:r>
              <w:rPr>
                <w:b w:val="0"/>
                <w:i w:val="0"/>
                <w:sz w:val="18"/>
              </w:rPr>
              <w:t>3HS225309</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SKS</w:t>
            </w:r>
          </w:p>
        </w:tc>
        <w:tc>
          <w:tcPr>
            <w:tcW w:type="dxa" w:w="12586"/>
            <w:tcMar>
              <w:top w:w="30" w:type="dxa"/>
              <w:bottom w:w="30" w:type="dxa"/>
              <w:start w:w="70" w:type="dxa"/>
              <w:end w:w="70" w:type="dxa"/>
            </w:tcMar>
            <w:vAlign w:val="center"/>
          </w:tcPr>
          <w:p>
            <w:pPr>
              <w:spacing w:after="0" w:before="0"/>
            </w:pPr>
            <w:r/>
            <w:r>
              <w:rPr>
                <w:b w:val="0"/>
                <w:i w:val="0"/>
                <w:sz w:val="18"/>
              </w:rPr>
              <w:t>3</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Deskripsi Mata Kuliah</w:t>
            </w:r>
          </w:p>
        </w:tc>
        <w:tc>
          <w:tcPr>
            <w:tcW w:type="dxa" w:w="12586"/>
            <w:tcMar>
              <w:top w:w="30" w:type="dxa"/>
              <w:bottom w:w="30" w:type="dxa"/>
              <w:start w:w="70" w:type="dxa"/>
              <w:end w:w="70" w:type="dxa"/>
            </w:tcMar>
            <w:vAlign w:val="center"/>
          </w:tcPr>
          <w:p>
            <w:pPr>
              <w:spacing w:after="0" w:before="0"/>
              <w:jc w:val="both"/>
            </w:pPr>
            <w:r/>
            <w:r>
              <w:rPr>
                <w:b w:val="0"/>
                <w:i w:val="0"/>
                <w:sz w:val="18"/>
              </w:rPr>
              <w:t>-</w:t>
            </w:r>
          </w:p>
        </w:tc>
      </w:tr>
    </w:tbl>
    <w:p>
      <w:pPr>
        <w:spacing w:after="80"/>
      </w:pPr>
    </w:p>
    <w:tbl>
      <w:tblPr>
        <w:tblW w:type="auto" w:w="0"/>
        <w:jc w:val="center"/>
        <w:tblLayout w:type="fixed"/>
        <w:tblLook w:firstColumn="1" w:firstRow="1" w:lastColumn="0" w:lastRow="0" w:noHBand="0" w:noVBand="1" w:val="04A0"/>
        <w:tblBorders>
          <w:top w:val="single" w:sz="6" w:space="0" w:color="6D5DD3"/>
          <w:left w:val="single" w:sz="6" w:space="0" w:color="6D5DD3"/>
          <w:bottom w:val="single" w:sz="6" w:space="0" w:color="6D5DD3"/>
          <w:right w:val="single" w:sz="6" w:space="0" w:color="6D5DD3"/>
          <w:insideH w:val="single" w:sz="6" w:space="0" w:color="6D5DD3"/>
          <w:insideV w:val="single" w:sz="6" w:space="0" w:color="6D5DD3"/>
        </w:tblBorders>
        <w:tblLayout w:type="fixed"/>
        <w:tblW w:w="14968" w:type="dxa"/>
      </w:tblPr>
      <w:tblGrid>
        <w:gridCol w:w="4762"/>
        <w:gridCol w:w="907"/>
        <w:gridCol w:w="793"/>
        <w:gridCol w:w="963"/>
        <w:gridCol w:w="481"/>
        <w:gridCol w:w="481"/>
        <w:gridCol w:w="481"/>
        <w:gridCol w:w="481"/>
        <w:gridCol w:w="2494"/>
        <w:gridCol w:w="3118"/>
      </w:tblGrid>
      <w:tr>
        <w:tc>
          <w:tcPr>
            <w:tcW w:type="dxa" w:w="4762"/>
            <w:vMerge w:val="restart"/>
            <w:shd w:val="clear" w:color="auto" w:fill="4B3F9E"/>
            <w:tcMar>
              <w:top w:w="30" w:type="dxa"/>
              <w:bottom w:w="30" w:type="dxa"/>
              <w:start w:w="70" w:type="dxa"/>
              <w:end w:w="70" w:type="dxa"/>
            </w:tcMar>
            <w:vAlign w:val="center"/>
          </w:tcPr>
          <w:p>
            <w:pPr>
              <w:spacing w:after="0" w:before="0"/>
              <w:jc w:val="center"/>
            </w:pPr>
            <w:r/>
            <w:r>
              <w:rPr>
                <w:b/>
                <w:i w:val="0"/>
                <w:color w:val="FFFFFF"/>
                <w:sz w:val="17"/>
              </w:rPr>
              <w:t>Kemampuan Akhir / Capaian Pembelajaran (CPMK)</w:t>
            </w:r>
          </w:p>
        </w:tc>
        <w:tc>
          <w:tcPr>
            <w:tcW w:type="dxa" w:w="907"/>
            <w:gridSpan w:val="3"/>
            <w:shd w:val="clear" w:color="auto" w:fill="4B3F9E"/>
            <w:tcMar>
              <w:top w:w="30" w:type="dxa"/>
              <w:bottom w:w="30" w:type="dxa"/>
              <w:start w:w="70" w:type="dxa"/>
              <w:end w:w="70" w:type="dxa"/>
            </w:tcMar>
            <w:vAlign w:val="center"/>
          </w:tcPr>
          <w:p>
            <w:pPr>
              <w:spacing w:after="0" w:before="0"/>
              <w:jc w:val="center"/>
            </w:pPr>
            <w:r/>
            <w:r>
              <w:rPr>
                <w:b/>
                <w:i w:val="0"/>
                <w:color w:val="FFFFFF"/>
                <w:sz w:val="17"/>
              </w:rPr>
              <w:t>Profisiensi saat ini *</w:t>
            </w:r>
          </w:p>
        </w:tc>
        <w:tc>
          <w:tcPr>
            <w:tcW w:type="dxa" w:w="482"/>
            <w:gridSpan w:val="4"/>
            <w:shd w:val="clear" w:color="auto" w:fill="4B3F9E"/>
            <w:tcMar>
              <w:top w:w="30" w:type="dxa"/>
              <w:bottom w:w="30" w:type="dxa"/>
              <w:start w:w="70" w:type="dxa"/>
              <w:end w:w="70" w:type="dxa"/>
            </w:tcMar>
            <w:vAlign w:val="center"/>
          </w:tcPr>
          <w:p>
            <w:pPr>
              <w:spacing w:after="0" w:before="0"/>
              <w:jc w:val="center"/>
            </w:pPr>
            <w:r/>
            <w:r>
              <w:rPr>
                <w:b/>
                <w:i w:val="0"/>
                <w:color w:val="FFFFFF"/>
                <w:sz w:val="17"/>
              </w:rPr>
              <w:t>Hasil evaluasi Asesor</w:t>
            </w:r>
          </w:p>
        </w:tc>
        <w:tc>
          <w:tcPr>
            <w:tcW w:type="dxa" w:w="2494"/>
            <w:gridSpan w:val="2"/>
            <w:shd w:val="clear" w:color="auto" w:fill="4B3F9E"/>
            <w:tcMar>
              <w:top w:w="30" w:type="dxa"/>
              <w:bottom w:w="30" w:type="dxa"/>
              <w:start w:w="70" w:type="dxa"/>
              <w:end w:w="70" w:type="dxa"/>
            </w:tcMar>
            <w:vAlign w:val="center"/>
          </w:tcPr>
          <w:p>
            <w:pPr>
              <w:spacing w:after="0" w:before="0"/>
              <w:jc w:val="center"/>
            </w:pPr>
            <w:r/>
            <w:r>
              <w:rPr>
                <w:b/>
                <w:i w:val="0"/>
                <w:color w:val="FFFFFF"/>
                <w:sz w:val="17"/>
              </w:rPr>
              <w:t>Bukti yang disampaikan *</w:t>
            </w:r>
          </w:p>
        </w:tc>
      </w:tr>
      <w:tr>
        <w:tc>
          <w:tcPr>
            <w:tcW w:type="dxa" w:w="4762"/>
            <w:vMerge/>
          </w:tcPr>
          <w:p/>
        </w:tc>
        <w:tc>
          <w:tcPr>
            <w:tcW w:type="dxa" w:w="907"/>
            <w:shd w:val="clear" w:color="auto" w:fill="6D5DD3"/>
            <w:tcMar>
              <w:top w:w="20" w:type="dxa"/>
              <w:bottom w:w="20" w:type="dxa"/>
              <w:start w:w="70" w:type="dxa"/>
              <w:end w:w="70" w:type="dxa"/>
            </w:tcMar>
            <w:vAlign w:val="center"/>
          </w:tcPr>
          <w:p>
            <w:pPr>
              <w:spacing w:after="0" w:before="0"/>
              <w:jc w:val="center"/>
            </w:pPr>
            <w:r/>
            <w:r>
              <w:rPr>
                <w:b/>
                <w:i w:val="0"/>
                <w:color w:val="FFFFFF"/>
                <w:sz w:val="16"/>
              </w:rPr>
              <w:t>Sangat baik</w:t>
            </w:r>
          </w:p>
        </w:tc>
        <w:tc>
          <w:tcPr>
            <w:tcW w:type="dxa" w:w="794"/>
            <w:shd w:val="clear" w:color="auto" w:fill="6D5DD3"/>
            <w:tcMar>
              <w:top w:w="20" w:type="dxa"/>
              <w:bottom w:w="20" w:type="dxa"/>
              <w:start w:w="70" w:type="dxa"/>
              <w:end w:w="70" w:type="dxa"/>
            </w:tcMar>
            <w:vAlign w:val="center"/>
          </w:tcPr>
          <w:p>
            <w:pPr>
              <w:spacing w:after="0" w:before="0"/>
              <w:jc w:val="center"/>
            </w:pPr>
            <w:r/>
            <w:r>
              <w:rPr>
                <w:b/>
                <w:i w:val="0"/>
                <w:color w:val="FFFFFF"/>
                <w:sz w:val="16"/>
              </w:rPr>
              <w:t>Baik</w:t>
            </w:r>
          </w:p>
        </w:tc>
        <w:tc>
          <w:tcPr>
            <w:tcW w:type="dxa" w:w="964"/>
            <w:shd w:val="clear" w:color="auto" w:fill="6D5DD3"/>
            <w:tcMar>
              <w:top w:w="20" w:type="dxa"/>
              <w:bottom w:w="20" w:type="dxa"/>
              <w:start w:w="70" w:type="dxa"/>
              <w:end w:w="70" w:type="dxa"/>
            </w:tcMar>
            <w:vAlign w:val="center"/>
          </w:tcPr>
          <w:p>
            <w:pPr>
              <w:spacing w:after="0" w:before="0"/>
              <w:jc w:val="center"/>
            </w:pPr>
            <w:r/>
            <w:r>
              <w:rPr>
                <w:b/>
                <w:i w:val="0"/>
                <w:color w:val="FFFFFF"/>
                <w:sz w:val="16"/>
              </w:rPr>
              <w:t>Tidak pernah</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V</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A</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T</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M</w:t>
            </w:r>
          </w:p>
        </w:tc>
        <w:tc>
          <w:tcPr>
            <w:tcW w:type="dxa" w:w="2494"/>
            <w:shd w:val="clear" w:color="auto" w:fill="6D5DD3"/>
            <w:tcMar>
              <w:top w:w="20" w:type="dxa"/>
              <w:bottom w:w="20" w:type="dxa"/>
              <w:start w:w="70" w:type="dxa"/>
              <w:end w:w="70" w:type="dxa"/>
            </w:tcMar>
            <w:vAlign w:val="center"/>
          </w:tcPr>
          <w:p>
            <w:pPr>
              <w:spacing w:after="0" w:before="0"/>
              <w:jc w:val="center"/>
            </w:pPr>
            <w:r/>
            <w:r>
              <w:rPr>
                <w:b/>
                <w:i w:val="0"/>
                <w:color w:val="FFFFFF"/>
                <w:sz w:val="16"/>
              </w:rPr>
              <w:t>Nomor Dokumen</w:t>
            </w:r>
          </w:p>
        </w:tc>
        <w:tc>
          <w:tcPr>
            <w:tcW w:type="dxa" w:w="3118"/>
            <w:shd w:val="clear" w:color="auto" w:fill="6D5DD3"/>
            <w:tcMar>
              <w:top w:w="20" w:type="dxa"/>
              <w:bottom w:w="20" w:type="dxa"/>
              <w:start w:w="70" w:type="dxa"/>
              <w:end w:w="70" w:type="dxa"/>
            </w:tcMar>
            <w:vAlign w:val="center"/>
          </w:tcPr>
          <w:p>
            <w:pPr>
              <w:spacing w:after="0" w:before="0"/>
              <w:jc w:val="center"/>
            </w:pPr>
            <w:r/>
            <w:r>
              <w:rPr>
                <w:b/>
                <w:i w:val="0"/>
                <w:color w:val="FFFFFF"/>
                <w:sz w:val="16"/>
              </w:rPr>
              <w:t>Jenis Dokumen</w:t>
            </w:r>
          </w:p>
        </w:tc>
      </w:tr>
      <w:tr>
        <w:tc>
          <w:tcPr>
            <w:tcW w:type="dxa" w:w="4762"/>
            <w:tcMar>
              <w:top w:w="20" w:type="dxa"/>
              <w:bottom w:w="20" w:type="dxa"/>
              <w:start w:w="50" w:type="dxa"/>
              <w:end w:w="50" w:type="dxa"/>
            </w:tcMar>
            <w:vAlign w:val="center"/>
          </w:tcPr>
          <w:p>
            <w:pPr>
              <w:spacing w:after="0" w:before="0"/>
            </w:pPr>
            <w:r/>
            <w:r>
              <w:rPr>
                <w:b w:val="0"/>
                <w:i w:val="0"/>
                <w:sz w:val="17"/>
              </w:rPr>
              <w:t>Mahasiswa mampu menganalisis perkembangan teori dan asas-asas hukum pidana materiil, termasuk pergeseran paradigmanya dalam KUHP Nasional (UU Nomor 1 Tahun 2023).</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Mahasiswa mampu membandingkan bentuk-bentuk pertanggungjawaban pidana (berbasis kesalahan, strict liability, dan vicarious liability) serta karakteristik subjek hukum pidana orang perseorangan dan korporasi.</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Mahasiswa mampu menganalisis kasus tindak pidana konkret dengan menghubungkan teori-teori hukum pidana yang relevan (teori kausalitas, teori kesalahan, dan teori pemidanaan).</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Mahasiswa mampu mengkritisi persoalan dan dinamika perkembangan teori hukum pidana melalui argumentasi hukum yang sistematis dan berbasis literatur mutakhir.</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Mahasiswa mampu merumuskan solusi hukum atas isu kontemporer hukum pidana materiil (seperti kejahatan siber dan keadilan restoratif) dengan mengintegrasikan teori, asas, dan pertanggungjawaban pidana.</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bl>
    <w:p>
      <w:pPr>
        <w:spacing w:after="80"/>
      </w:pPr>
      <w:r>
        <w:rPr>
          <w:b w:val="0"/>
          <w:i/>
          <w:color w:val="6B7280"/>
          <w:sz w:val="16"/>
        </w:rPr>
        <w:t>Keterangan: kolom bertanda * diisi oleh pelamar RPL; kolom V/A/T/M diisi oleh Asesor.</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14968" w:type="dxa"/>
      </w:tblPr>
      <w:tblGrid>
        <w:gridCol w:w="4536"/>
        <w:gridCol w:w="5103"/>
        <w:gridCol w:w="5329"/>
      </w:tblGrid>
      <w:tr>
        <w:tc>
          <w:tcPr>
            <w:tcW w:type="dxa" w:w="4535"/>
            <w:tcMar>
              <w:top w:w="30" w:type="dxa"/>
              <w:bottom w:w="30" w:type="dxa"/>
              <w:start w:w="70" w:type="dxa"/>
              <w:end w:w="70" w:type="dxa"/>
            </w:tcMar>
            <w:vAlign w:val="center"/>
          </w:tcPr>
          <w:p>
            <w:pPr>
              <w:spacing w:after="0" w:before="0"/>
            </w:pPr>
            <w:r/>
            <w:r>
              <w:rPr>
                <w:b w:val="0"/>
                <w:i w:val="0"/>
                <w:sz w:val="18"/>
              </w:rPr>
              <w:t>Tanggal :</w:t>
            </w:r>
          </w:p>
        </w:tc>
        <w:tc>
          <w:tcPr>
            <w:tcW w:type="dxa" w:w="5102"/>
            <w:vMerge w:val="restart"/>
            <w:tcMar>
              <w:top w:w="30" w:type="dxa"/>
              <w:bottom w:w="30" w:type="dxa"/>
              <w:start w:w="70" w:type="dxa"/>
              <w:end w:w="70" w:type="dxa"/>
            </w:tcMar>
          </w:tcPr>
          <w:p>
            <w:r/>
            <w:r>
              <w:rPr>
                <w:sz w:val="18"/>
              </w:rPr>
              <w:t>Lokasi Penelitian :</w:t>
            </w:r>
          </w:p>
        </w:tc>
        <w:tc>
          <w:tcPr>
            <w:tcW w:type="dxa" w:w="5329"/>
            <w:vMerge w:val="restart"/>
            <w:tcMar>
              <w:top w:w="30" w:type="dxa"/>
              <w:bottom w:w="30" w:type="dxa"/>
              <w:start w:w="70" w:type="dxa"/>
              <w:end w:w="70" w:type="dxa"/>
            </w:tcMar>
          </w:tcPr>
          <w:p>
            <w:r/>
            <w:r>
              <w:rPr>
                <w:sz w:val="18"/>
              </w:rPr>
              <w:t>Penilai I/II</w:t>
            </w:r>
          </w:p>
          <w:p>
            <w:pPr>
              <w:spacing w:after="40"/>
            </w:pPr>
          </w:p>
          <w:p>
            <w:pPr>
              <w:spacing w:after="40"/>
            </w:pPr>
          </w:p>
          <w:p>
            <w:pPr>
              <w:jc w:val="center"/>
            </w:pPr>
            <w:r>
              <w:rPr>
                <w:sz w:val="18"/>
              </w:rPr>
              <w:t>(...................................)</w:t>
            </w:r>
          </w:p>
        </w:tc>
      </w:tr>
      <w:tr>
        <w:tc>
          <w:tcPr>
            <w:tcW w:type="dxa" w:w="4535"/>
            <w:tcMar>
              <w:top w:w="30" w:type="dxa"/>
              <w:bottom w:w="30" w:type="dxa"/>
              <w:start w:w="70" w:type="dxa"/>
              <w:end w:w="70" w:type="dxa"/>
            </w:tcMar>
            <w:vAlign w:val="center"/>
          </w:tcPr>
          <w:p>
            <w:pPr>
              <w:spacing w:after="0" w:before="0"/>
            </w:pPr>
            <w:r/>
            <w:r>
              <w:rPr>
                <w:b w:val="0"/>
                <w:i w:val="0"/>
                <w:sz w:val="18"/>
              </w:rPr>
              <w:t>Waktu :</w:t>
            </w:r>
          </w:p>
        </w:tc>
        <w:tc>
          <w:tcPr>
            <w:tcW w:type="dxa" w:w="5102"/>
            <w:vMerge/>
          </w:tcPr>
          <w:p/>
        </w:tc>
        <w:tc>
          <w:tcPr>
            <w:tcW w:type="dxa" w:w="5329"/>
            <w:vMerge/>
          </w:tcPr>
          <w:p/>
        </w:tc>
      </w:tr>
      <w:tr>
        <w:tc>
          <w:tcPr>
            <w:tcW w:type="dxa" w:w="4535"/>
            <w:tcMar>
              <w:top w:w="30" w:type="dxa"/>
              <w:bottom w:w="30" w:type="dxa"/>
              <w:start w:w="70" w:type="dxa"/>
              <w:end w:w="70" w:type="dxa"/>
            </w:tcMar>
            <w:vAlign w:val="center"/>
          </w:tcPr>
          <w:p>
            <w:pPr>
              <w:spacing w:after="0" w:before="0"/>
            </w:pPr>
            <w:r/>
            <w:r>
              <w:rPr>
                <w:b w:val="0"/>
                <w:i w:val="0"/>
                <w:sz w:val="18"/>
              </w:rPr>
              <w:t>Catatan Penilaian :</w:t>
            </w:r>
          </w:p>
        </w:tc>
        <w:tc>
          <w:tcPr>
            <w:tcW w:type="dxa" w:w="5102"/>
            <w:vMerge/>
          </w:tcPr>
          <w:p/>
        </w:tc>
        <w:tc>
          <w:tcPr>
            <w:tcW w:type="dxa" w:w="5329"/>
            <w:vMerge/>
          </w:tcPr>
          <w:p/>
        </w:tc>
      </w:tr>
    </w:tbl>
    <w:p>
      <w:pPr>
        <w:spacing w:after="120"/>
      </w:pPr>
    </w:p>
    <w:p>
      <w:pPr>
        <w:spacing w:after="80"/>
      </w:pPr>
    </w:p>
    <w:tbl>
      <w:tblPr>
        <w:tblW w:type="auto" w:w="0"/>
        <w:jc w:val="center"/>
        <w:tblLayout w:type="fixed"/>
        <w:tblLook w:firstColumn="1" w:firstRow="1" w:lastColumn="0" w:lastRow="0" w:noHBand="0" w:noVBand="1" w:val="04A0"/>
        <w:tblBorders>
          <w:top w:val="single" w:sz="4" w:space="0" w:color="D9D6F2"/>
          <w:left w:val="single" w:sz="4" w:space="0" w:color="D9D6F2"/>
          <w:bottom w:val="single" w:sz="4" w:space="0" w:color="D9D6F2"/>
          <w:right w:val="single" w:sz="4" w:space="0" w:color="D9D6F2"/>
          <w:insideH w:val="single" w:sz="4" w:space="0" w:color="D9D6F2"/>
          <w:insideV w:val="single" w:sz="4" w:space="0" w:color="D9D6F2"/>
        </w:tblBorders>
        <w:tblLayout w:type="fixed"/>
        <w:tblW w:w="14968" w:type="dxa"/>
      </w:tblPr>
      <w:tblGrid>
        <w:gridCol w:w="2381"/>
        <w:gridCol w:w="12587"/>
      </w:tblGrid>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Formulir</w:t>
            </w:r>
          </w:p>
        </w:tc>
        <w:tc>
          <w:tcPr>
            <w:tcW w:type="dxa" w:w="12586"/>
            <w:tcMar>
              <w:top w:w="30" w:type="dxa"/>
              <w:bottom w:w="30" w:type="dxa"/>
              <w:start w:w="70" w:type="dxa"/>
              <w:end w:w="70" w:type="dxa"/>
            </w:tcMar>
            <w:vAlign w:val="center"/>
          </w:tcPr>
          <w:p>
            <w:pPr>
              <w:spacing w:after="0" w:before="0"/>
            </w:pPr>
            <w:r/>
            <w:r>
              <w:rPr>
                <w:b w:val="0"/>
                <w:i w:val="0"/>
                <w:sz w:val="18"/>
              </w:rPr>
              <w:t>FED-11</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Nama Mata Kuliah</w:t>
            </w:r>
          </w:p>
        </w:tc>
        <w:tc>
          <w:tcPr>
            <w:tcW w:type="dxa" w:w="12586"/>
            <w:tcMar>
              <w:top w:w="30" w:type="dxa"/>
              <w:bottom w:w="30" w:type="dxa"/>
              <w:start w:w="70" w:type="dxa"/>
              <w:end w:w="70" w:type="dxa"/>
            </w:tcMar>
            <w:vAlign w:val="center"/>
          </w:tcPr>
          <w:p>
            <w:pPr>
              <w:spacing w:after="0" w:before="0"/>
            </w:pPr>
            <w:r/>
            <w:r>
              <w:rPr>
                <w:b w:val="0"/>
                <w:i w:val="0"/>
                <w:sz w:val="18"/>
              </w:rPr>
              <w:t>Hukum Pidana Anak</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Kode Mata Kuliah</w:t>
            </w:r>
          </w:p>
        </w:tc>
        <w:tc>
          <w:tcPr>
            <w:tcW w:type="dxa" w:w="12586"/>
            <w:tcMar>
              <w:top w:w="30" w:type="dxa"/>
              <w:bottom w:w="30" w:type="dxa"/>
              <w:start w:w="70" w:type="dxa"/>
              <w:end w:w="70" w:type="dxa"/>
            </w:tcMar>
            <w:vAlign w:val="center"/>
          </w:tcPr>
          <w:p>
            <w:pPr>
              <w:spacing w:after="0" w:before="0"/>
            </w:pPr>
            <w:r/>
            <w:r>
              <w:rPr>
                <w:b w:val="0"/>
                <w:i w:val="0"/>
                <w:sz w:val="18"/>
              </w:rPr>
              <w:t>3HS225312</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SKS</w:t>
            </w:r>
          </w:p>
        </w:tc>
        <w:tc>
          <w:tcPr>
            <w:tcW w:type="dxa" w:w="12586"/>
            <w:tcMar>
              <w:top w:w="30" w:type="dxa"/>
              <w:bottom w:w="30" w:type="dxa"/>
              <w:start w:w="70" w:type="dxa"/>
              <w:end w:w="70" w:type="dxa"/>
            </w:tcMar>
            <w:vAlign w:val="center"/>
          </w:tcPr>
          <w:p>
            <w:pPr>
              <w:spacing w:after="0" w:before="0"/>
            </w:pPr>
            <w:r/>
            <w:r>
              <w:rPr>
                <w:b w:val="0"/>
                <w:i w:val="0"/>
                <w:sz w:val="18"/>
              </w:rPr>
              <w:t>3</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Deskripsi Mata Kuliah</w:t>
            </w:r>
          </w:p>
        </w:tc>
        <w:tc>
          <w:tcPr>
            <w:tcW w:type="dxa" w:w="12586"/>
            <w:tcMar>
              <w:top w:w="30" w:type="dxa"/>
              <w:bottom w:w="30" w:type="dxa"/>
              <w:start w:w="70" w:type="dxa"/>
              <w:end w:w="70" w:type="dxa"/>
            </w:tcMar>
            <w:vAlign w:val="center"/>
          </w:tcPr>
          <w:p>
            <w:pPr>
              <w:spacing w:after="0" w:before="0"/>
              <w:jc w:val="both"/>
            </w:pPr>
            <w:r/>
            <w:r>
              <w:rPr>
                <w:b w:val="0"/>
                <w:i w:val="0"/>
                <w:sz w:val="18"/>
              </w:rPr>
              <w:t>-</w:t>
            </w:r>
          </w:p>
        </w:tc>
      </w:tr>
    </w:tbl>
    <w:p>
      <w:pPr>
        <w:spacing w:after="80"/>
      </w:pPr>
    </w:p>
    <w:tbl>
      <w:tblPr>
        <w:tblW w:type="auto" w:w="0"/>
        <w:jc w:val="center"/>
        <w:tblLayout w:type="fixed"/>
        <w:tblLook w:firstColumn="1" w:firstRow="1" w:lastColumn="0" w:lastRow="0" w:noHBand="0" w:noVBand="1" w:val="04A0"/>
        <w:tblBorders>
          <w:top w:val="single" w:sz="6" w:space="0" w:color="6D5DD3"/>
          <w:left w:val="single" w:sz="6" w:space="0" w:color="6D5DD3"/>
          <w:bottom w:val="single" w:sz="6" w:space="0" w:color="6D5DD3"/>
          <w:right w:val="single" w:sz="6" w:space="0" w:color="6D5DD3"/>
          <w:insideH w:val="single" w:sz="6" w:space="0" w:color="6D5DD3"/>
          <w:insideV w:val="single" w:sz="6" w:space="0" w:color="6D5DD3"/>
        </w:tblBorders>
        <w:tblLayout w:type="fixed"/>
        <w:tblW w:w="14968" w:type="dxa"/>
      </w:tblPr>
      <w:tblGrid>
        <w:gridCol w:w="4762"/>
        <w:gridCol w:w="907"/>
        <w:gridCol w:w="793"/>
        <w:gridCol w:w="963"/>
        <w:gridCol w:w="481"/>
        <w:gridCol w:w="481"/>
        <w:gridCol w:w="481"/>
        <w:gridCol w:w="481"/>
        <w:gridCol w:w="2494"/>
        <w:gridCol w:w="3118"/>
      </w:tblGrid>
      <w:tr>
        <w:tc>
          <w:tcPr>
            <w:tcW w:type="dxa" w:w="4762"/>
            <w:vMerge w:val="restart"/>
            <w:shd w:val="clear" w:color="auto" w:fill="4B3F9E"/>
            <w:tcMar>
              <w:top w:w="30" w:type="dxa"/>
              <w:bottom w:w="30" w:type="dxa"/>
              <w:start w:w="70" w:type="dxa"/>
              <w:end w:w="70" w:type="dxa"/>
            </w:tcMar>
            <w:vAlign w:val="center"/>
          </w:tcPr>
          <w:p>
            <w:pPr>
              <w:spacing w:after="0" w:before="0"/>
              <w:jc w:val="center"/>
            </w:pPr>
            <w:r/>
            <w:r>
              <w:rPr>
                <w:b/>
                <w:i w:val="0"/>
                <w:color w:val="FFFFFF"/>
                <w:sz w:val="17"/>
              </w:rPr>
              <w:t>Kemampuan Akhir / Capaian Pembelajaran (CPMK)</w:t>
            </w:r>
          </w:p>
        </w:tc>
        <w:tc>
          <w:tcPr>
            <w:tcW w:type="dxa" w:w="907"/>
            <w:gridSpan w:val="3"/>
            <w:shd w:val="clear" w:color="auto" w:fill="4B3F9E"/>
            <w:tcMar>
              <w:top w:w="30" w:type="dxa"/>
              <w:bottom w:w="30" w:type="dxa"/>
              <w:start w:w="70" w:type="dxa"/>
              <w:end w:w="70" w:type="dxa"/>
            </w:tcMar>
            <w:vAlign w:val="center"/>
          </w:tcPr>
          <w:p>
            <w:pPr>
              <w:spacing w:after="0" w:before="0"/>
              <w:jc w:val="center"/>
            </w:pPr>
            <w:r/>
            <w:r>
              <w:rPr>
                <w:b/>
                <w:i w:val="0"/>
                <w:color w:val="FFFFFF"/>
                <w:sz w:val="17"/>
              </w:rPr>
              <w:t>Profisiensi saat ini *</w:t>
            </w:r>
          </w:p>
        </w:tc>
        <w:tc>
          <w:tcPr>
            <w:tcW w:type="dxa" w:w="482"/>
            <w:gridSpan w:val="4"/>
            <w:shd w:val="clear" w:color="auto" w:fill="4B3F9E"/>
            <w:tcMar>
              <w:top w:w="30" w:type="dxa"/>
              <w:bottom w:w="30" w:type="dxa"/>
              <w:start w:w="70" w:type="dxa"/>
              <w:end w:w="70" w:type="dxa"/>
            </w:tcMar>
            <w:vAlign w:val="center"/>
          </w:tcPr>
          <w:p>
            <w:pPr>
              <w:spacing w:after="0" w:before="0"/>
              <w:jc w:val="center"/>
            </w:pPr>
            <w:r/>
            <w:r>
              <w:rPr>
                <w:b/>
                <w:i w:val="0"/>
                <w:color w:val="FFFFFF"/>
                <w:sz w:val="17"/>
              </w:rPr>
              <w:t>Hasil evaluasi Asesor</w:t>
            </w:r>
          </w:p>
        </w:tc>
        <w:tc>
          <w:tcPr>
            <w:tcW w:type="dxa" w:w="2494"/>
            <w:gridSpan w:val="2"/>
            <w:shd w:val="clear" w:color="auto" w:fill="4B3F9E"/>
            <w:tcMar>
              <w:top w:w="30" w:type="dxa"/>
              <w:bottom w:w="30" w:type="dxa"/>
              <w:start w:w="70" w:type="dxa"/>
              <w:end w:w="70" w:type="dxa"/>
            </w:tcMar>
            <w:vAlign w:val="center"/>
          </w:tcPr>
          <w:p>
            <w:pPr>
              <w:spacing w:after="0" w:before="0"/>
              <w:jc w:val="center"/>
            </w:pPr>
            <w:r/>
            <w:r>
              <w:rPr>
                <w:b/>
                <w:i w:val="0"/>
                <w:color w:val="FFFFFF"/>
                <w:sz w:val="17"/>
              </w:rPr>
              <w:t>Bukti yang disampaikan *</w:t>
            </w:r>
          </w:p>
        </w:tc>
      </w:tr>
      <w:tr>
        <w:tc>
          <w:tcPr>
            <w:tcW w:type="dxa" w:w="4762"/>
            <w:vMerge/>
          </w:tcPr>
          <w:p/>
        </w:tc>
        <w:tc>
          <w:tcPr>
            <w:tcW w:type="dxa" w:w="907"/>
            <w:shd w:val="clear" w:color="auto" w:fill="6D5DD3"/>
            <w:tcMar>
              <w:top w:w="20" w:type="dxa"/>
              <w:bottom w:w="20" w:type="dxa"/>
              <w:start w:w="70" w:type="dxa"/>
              <w:end w:w="70" w:type="dxa"/>
            </w:tcMar>
            <w:vAlign w:val="center"/>
          </w:tcPr>
          <w:p>
            <w:pPr>
              <w:spacing w:after="0" w:before="0"/>
              <w:jc w:val="center"/>
            </w:pPr>
            <w:r/>
            <w:r>
              <w:rPr>
                <w:b/>
                <w:i w:val="0"/>
                <w:color w:val="FFFFFF"/>
                <w:sz w:val="16"/>
              </w:rPr>
              <w:t>Sangat baik</w:t>
            </w:r>
          </w:p>
        </w:tc>
        <w:tc>
          <w:tcPr>
            <w:tcW w:type="dxa" w:w="794"/>
            <w:shd w:val="clear" w:color="auto" w:fill="6D5DD3"/>
            <w:tcMar>
              <w:top w:w="20" w:type="dxa"/>
              <w:bottom w:w="20" w:type="dxa"/>
              <w:start w:w="70" w:type="dxa"/>
              <w:end w:w="70" w:type="dxa"/>
            </w:tcMar>
            <w:vAlign w:val="center"/>
          </w:tcPr>
          <w:p>
            <w:pPr>
              <w:spacing w:after="0" w:before="0"/>
              <w:jc w:val="center"/>
            </w:pPr>
            <w:r/>
            <w:r>
              <w:rPr>
                <w:b/>
                <w:i w:val="0"/>
                <w:color w:val="FFFFFF"/>
                <w:sz w:val="16"/>
              </w:rPr>
              <w:t>Baik</w:t>
            </w:r>
          </w:p>
        </w:tc>
        <w:tc>
          <w:tcPr>
            <w:tcW w:type="dxa" w:w="964"/>
            <w:shd w:val="clear" w:color="auto" w:fill="6D5DD3"/>
            <w:tcMar>
              <w:top w:w="20" w:type="dxa"/>
              <w:bottom w:w="20" w:type="dxa"/>
              <w:start w:w="70" w:type="dxa"/>
              <w:end w:w="70" w:type="dxa"/>
            </w:tcMar>
            <w:vAlign w:val="center"/>
          </w:tcPr>
          <w:p>
            <w:pPr>
              <w:spacing w:after="0" w:before="0"/>
              <w:jc w:val="center"/>
            </w:pPr>
            <w:r/>
            <w:r>
              <w:rPr>
                <w:b/>
                <w:i w:val="0"/>
                <w:color w:val="FFFFFF"/>
                <w:sz w:val="16"/>
              </w:rPr>
              <w:t>Tidak pernah</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V</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A</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T</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M</w:t>
            </w:r>
          </w:p>
        </w:tc>
        <w:tc>
          <w:tcPr>
            <w:tcW w:type="dxa" w:w="2494"/>
            <w:shd w:val="clear" w:color="auto" w:fill="6D5DD3"/>
            <w:tcMar>
              <w:top w:w="20" w:type="dxa"/>
              <w:bottom w:w="20" w:type="dxa"/>
              <w:start w:w="70" w:type="dxa"/>
              <w:end w:w="70" w:type="dxa"/>
            </w:tcMar>
            <w:vAlign w:val="center"/>
          </w:tcPr>
          <w:p>
            <w:pPr>
              <w:spacing w:after="0" w:before="0"/>
              <w:jc w:val="center"/>
            </w:pPr>
            <w:r/>
            <w:r>
              <w:rPr>
                <w:b/>
                <w:i w:val="0"/>
                <w:color w:val="FFFFFF"/>
                <w:sz w:val="16"/>
              </w:rPr>
              <w:t>Nomor Dokumen</w:t>
            </w:r>
          </w:p>
        </w:tc>
        <w:tc>
          <w:tcPr>
            <w:tcW w:type="dxa" w:w="3118"/>
            <w:shd w:val="clear" w:color="auto" w:fill="6D5DD3"/>
            <w:tcMar>
              <w:top w:w="20" w:type="dxa"/>
              <w:bottom w:w="20" w:type="dxa"/>
              <w:start w:w="70" w:type="dxa"/>
              <w:end w:w="70" w:type="dxa"/>
            </w:tcMar>
            <w:vAlign w:val="center"/>
          </w:tcPr>
          <w:p>
            <w:pPr>
              <w:spacing w:after="0" w:before="0"/>
              <w:jc w:val="center"/>
            </w:pPr>
            <w:r/>
            <w:r>
              <w:rPr>
                <w:b/>
                <w:i w:val="0"/>
                <w:color w:val="FFFFFF"/>
                <w:sz w:val="16"/>
              </w:rPr>
              <w:t>Jenis Dokumen</w:t>
            </w:r>
          </w:p>
        </w:tc>
      </w:tr>
      <w:tr>
        <w:tc>
          <w:tcPr>
            <w:tcW w:type="dxa" w:w="4762"/>
            <w:tcMar>
              <w:top w:w="20" w:type="dxa"/>
              <w:bottom w:w="20" w:type="dxa"/>
              <w:start w:w="50" w:type="dxa"/>
              <w:end w:w="50" w:type="dxa"/>
            </w:tcMar>
            <w:vAlign w:val="center"/>
          </w:tcPr>
          <w:p>
            <w:pPr>
              <w:spacing w:after="0" w:before="0"/>
            </w:pPr>
            <w:r/>
            <w:r>
              <w:rPr>
                <w:b w:val="0"/>
                <w:i w:val="0"/>
                <w:sz w:val="17"/>
              </w:rPr>
              <w:t>Mahasiswa mampu menganalisis konsep dasar hukum perlindungan anak dan prinsip-prinsip hak anak berdasarkan Konvensi Hak Anak dan Undang-Undang Perlindungan Anak.</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Mahasiswa mampu menganalisis pertanggungjawaban pidana anak, bentuk dan unsur delik, serta kedudukan anak sebagai pelaku, korban, dan saksi dalam hukum pidana.</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Mahasiswa mampu mengevaluasi kerangka hukum perlindungan anak dalam perspektif HAM, termasuk perlindungan anak dari tindak pidana perdagangan orang dan kekerasan seksual.</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Mahasiswa mampu mengevaluasi penerapan Sistem Peradilan Pidana Anak berdasarkan UU Nomor 11 Tahun 2012, khususnya mekanisme diversi, pendekatan keadilan restoratif, dan ketentuan pemidanaan bagi anak.</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Mahasiswa mampu merumuskan penyelesaian kasus hukum nyata yang melibatkan anak dengan mengutamakan prinsip kepentingan terbaik bagi anak (best interest of the child).</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bl>
    <w:p>
      <w:pPr>
        <w:spacing w:after="80"/>
      </w:pPr>
      <w:r>
        <w:rPr>
          <w:b w:val="0"/>
          <w:i/>
          <w:color w:val="6B7280"/>
          <w:sz w:val="16"/>
        </w:rPr>
        <w:t>Keterangan: kolom bertanda * diisi oleh pelamar RPL; kolom V/A/T/M diisi oleh Asesor.</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14968" w:type="dxa"/>
      </w:tblPr>
      <w:tblGrid>
        <w:gridCol w:w="4536"/>
        <w:gridCol w:w="5103"/>
        <w:gridCol w:w="5329"/>
      </w:tblGrid>
      <w:tr>
        <w:tc>
          <w:tcPr>
            <w:tcW w:type="dxa" w:w="4535"/>
            <w:tcMar>
              <w:top w:w="30" w:type="dxa"/>
              <w:bottom w:w="30" w:type="dxa"/>
              <w:start w:w="70" w:type="dxa"/>
              <w:end w:w="70" w:type="dxa"/>
            </w:tcMar>
            <w:vAlign w:val="center"/>
          </w:tcPr>
          <w:p>
            <w:pPr>
              <w:spacing w:after="0" w:before="0"/>
            </w:pPr>
            <w:r/>
            <w:r>
              <w:rPr>
                <w:b w:val="0"/>
                <w:i w:val="0"/>
                <w:sz w:val="18"/>
              </w:rPr>
              <w:t>Tanggal :</w:t>
            </w:r>
          </w:p>
        </w:tc>
        <w:tc>
          <w:tcPr>
            <w:tcW w:type="dxa" w:w="5102"/>
            <w:vMerge w:val="restart"/>
            <w:tcMar>
              <w:top w:w="30" w:type="dxa"/>
              <w:bottom w:w="30" w:type="dxa"/>
              <w:start w:w="70" w:type="dxa"/>
              <w:end w:w="70" w:type="dxa"/>
            </w:tcMar>
          </w:tcPr>
          <w:p>
            <w:r/>
            <w:r>
              <w:rPr>
                <w:sz w:val="18"/>
              </w:rPr>
              <w:t>Lokasi Penelitian :</w:t>
            </w:r>
          </w:p>
        </w:tc>
        <w:tc>
          <w:tcPr>
            <w:tcW w:type="dxa" w:w="5329"/>
            <w:vMerge w:val="restart"/>
            <w:tcMar>
              <w:top w:w="30" w:type="dxa"/>
              <w:bottom w:w="30" w:type="dxa"/>
              <w:start w:w="70" w:type="dxa"/>
              <w:end w:w="70" w:type="dxa"/>
            </w:tcMar>
          </w:tcPr>
          <w:p>
            <w:r/>
            <w:r>
              <w:rPr>
                <w:sz w:val="18"/>
              </w:rPr>
              <w:t>Penilai I/II</w:t>
            </w:r>
          </w:p>
          <w:p>
            <w:pPr>
              <w:spacing w:after="40"/>
            </w:pPr>
          </w:p>
          <w:p>
            <w:pPr>
              <w:spacing w:after="40"/>
            </w:pPr>
          </w:p>
          <w:p>
            <w:pPr>
              <w:jc w:val="center"/>
            </w:pPr>
            <w:r>
              <w:rPr>
                <w:sz w:val="18"/>
              </w:rPr>
              <w:t>(...................................)</w:t>
            </w:r>
          </w:p>
        </w:tc>
      </w:tr>
      <w:tr>
        <w:tc>
          <w:tcPr>
            <w:tcW w:type="dxa" w:w="4535"/>
            <w:tcMar>
              <w:top w:w="30" w:type="dxa"/>
              <w:bottom w:w="30" w:type="dxa"/>
              <w:start w:w="70" w:type="dxa"/>
              <w:end w:w="70" w:type="dxa"/>
            </w:tcMar>
            <w:vAlign w:val="center"/>
          </w:tcPr>
          <w:p>
            <w:pPr>
              <w:spacing w:after="0" w:before="0"/>
            </w:pPr>
            <w:r/>
            <w:r>
              <w:rPr>
                <w:b w:val="0"/>
                <w:i w:val="0"/>
                <w:sz w:val="18"/>
              </w:rPr>
              <w:t>Waktu :</w:t>
            </w:r>
          </w:p>
        </w:tc>
        <w:tc>
          <w:tcPr>
            <w:tcW w:type="dxa" w:w="5102"/>
            <w:vMerge/>
          </w:tcPr>
          <w:p/>
        </w:tc>
        <w:tc>
          <w:tcPr>
            <w:tcW w:type="dxa" w:w="5329"/>
            <w:vMerge/>
          </w:tcPr>
          <w:p/>
        </w:tc>
      </w:tr>
      <w:tr>
        <w:tc>
          <w:tcPr>
            <w:tcW w:type="dxa" w:w="4535"/>
            <w:tcMar>
              <w:top w:w="30" w:type="dxa"/>
              <w:bottom w:w="30" w:type="dxa"/>
              <w:start w:w="70" w:type="dxa"/>
              <w:end w:w="70" w:type="dxa"/>
            </w:tcMar>
            <w:vAlign w:val="center"/>
          </w:tcPr>
          <w:p>
            <w:pPr>
              <w:spacing w:after="0" w:before="0"/>
            </w:pPr>
            <w:r/>
            <w:r>
              <w:rPr>
                <w:b w:val="0"/>
                <w:i w:val="0"/>
                <w:sz w:val="18"/>
              </w:rPr>
              <w:t>Catatan Penilaian :</w:t>
            </w:r>
          </w:p>
        </w:tc>
        <w:tc>
          <w:tcPr>
            <w:tcW w:type="dxa" w:w="5102"/>
            <w:vMerge/>
          </w:tcPr>
          <w:p/>
        </w:tc>
        <w:tc>
          <w:tcPr>
            <w:tcW w:type="dxa" w:w="5329"/>
            <w:vMerge/>
          </w:tcPr>
          <w:p/>
        </w:tc>
      </w:tr>
    </w:tbl>
    <w:p>
      <w:pPr>
        <w:spacing w:after="120"/>
      </w:pPr>
    </w:p>
    <w:p>
      <w:pPr>
        <w:spacing w:before="100" w:after="60"/>
      </w:pPr>
      <w:r>
        <w:rPr>
          <w:color w:val="C9A15F"/>
          <w:sz w:val="22"/>
        </w:rPr>
        <w:t xml:space="preserve">▌ </w:t>
      </w:r>
      <w:r>
        <w:rPr>
          <w:b/>
          <w:color w:val="4B3F9E"/>
          <w:sz w:val="22"/>
        </w:rPr>
        <w:t>PDT — Perdata</w:t>
      </w:r>
    </w:p>
    <w:p>
      <w:pPr>
        <w:spacing w:after="80"/>
      </w:pPr>
    </w:p>
    <w:tbl>
      <w:tblPr>
        <w:tblW w:type="auto" w:w="0"/>
        <w:jc w:val="center"/>
        <w:tblLayout w:type="fixed"/>
        <w:tblLook w:firstColumn="1" w:firstRow="1" w:lastColumn="0" w:lastRow="0" w:noHBand="0" w:noVBand="1" w:val="04A0"/>
        <w:tblBorders>
          <w:top w:val="single" w:sz="4" w:space="0" w:color="D9D6F2"/>
          <w:left w:val="single" w:sz="4" w:space="0" w:color="D9D6F2"/>
          <w:bottom w:val="single" w:sz="4" w:space="0" w:color="D9D6F2"/>
          <w:right w:val="single" w:sz="4" w:space="0" w:color="D9D6F2"/>
          <w:insideH w:val="single" w:sz="4" w:space="0" w:color="D9D6F2"/>
          <w:insideV w:val="single" w:sz="4" w:space="0" w:color="D9D6F2"/>
        </w:tblBorders>
        <w:tblLayout w:type="fixed"/>
        <w:tblW w:w="14968" w:type="dxa"/>
      </w:tblPr>
      <w:tblGrid>
        <w:gridCol w:w="2381"/>
        <w:gridCol w:w="12587"/>
      </w:tblGrid>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Formulir</w:t>
            </w:r>
          </w:p>
        </w:tc>
        <w:tc>
          <w:tcPr>
            <w:tcW w:type="dxa" w:w="12586"/>
            <w:tcMar>
              <w:top w:w="30" w:type="dxa"/>
              <w:bottom w:w="30" w:type="dxa"/>
              <w:start w:w="70" w:type="dxa"/>
              <w:end w:w="70" w:type="dxa"/>
            </w:tcMar>
            <w:vAlign w:val="center"/>
          </w:tcPr>
          <w:p>
            <w:pPr>
              <w:spacing w:after="0" w:before="0"/>
            </w:pPr>
            <w:r/>
            <w:r>
              <w:rPr>
                <w:b w:val="0"/>
                <w:i w:val="0"/>
                <w:sz w:val="18"/>
              </w:rPr>
              <w:t>FED-12</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Nama Mata Kuliah</w:t>
            </w:r>
          </w:p>
        </w:tc>
        <w:tc>
          <w:tcPr>
            <w:tcW w:type="dxa" w:w="12586"/>
            <w:tcMar>
              <w:top w:w="30" w:type="dxa"/>
              <w:bottom w:w="30" w:type="dxa"/>
              <w:start w:w="70" w:type="dxa"/>
              <w:end w:w="70" w:type="dxa"/>
            </w:tcMar>
            <w:vAlign w:val="center"/>
          </w:tcPr>
          <w:p>
            <w:pPr>
              <w:spacing w:after="0" w:before="0"/>
            </w:pPr>
            <w:r/>
            <w:r>
              <w:rPr>
                <w:b w:val="0"/>
                <w:i w:val="0"/>
                <w:sz w:val="18"/>
              </w:rPr>
              <w:t>Perkembangan Hukum Agraria</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Kode Mata Kuliah</w:t>
            </w:r>
          </w:p>
        </w:tc>
        <w:tc>
          <w:tcPr>
            <w:tcW w:type="dxa" w:w="12586"/>
            <w:tcMar>
              <w:top w:w="30" w:type="dxa"/>
              <w:bottom w:w="30" w:type="dxa"/>
              <w:start w:w="70" w:type="dxa"/>
              <w:end w:w="70" w:type="dxa"/>
            </w:tcMar>
            <w:vAlign w:val="center"/>
          </w:tcPr>
          <w:p>
            <w:pPr>
              <w:spacing w:after="0" w:before="0"/>
            </w:pPr>
            <w:r/>
            <w:r>
              <w:rPr>
                <w:b w:val="0"/>
                <w:i w:val="0"/>
                <w:sz w:val="18"/>
              </w:rPr>
              <w:t>3HS225310</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SKS</w:t>
            </w:r>
          </w:p>
        </w:tc>
        <w:tc>
          <w:tcPr>
            <w:tcW w:type="dxa" w:w="12586"/>
            <w:tcMar>
              <w:top w:w="30" w:type="dxa"/>
              <w:bottom w:w="30" w:type="dxa"/>
              <w:start w:w="70" w:type="dxa"/>
              <w:end w:w="70" w:type="dxa"/>
            </w:tcMar>
            <w:vAlign w:val="center"/>
          </w:tcPr>
          <w:p>
            <w:pPr>
              <w:spacing w:after="0" w:before="0"/>
            </w:pPr>
            <w:r/>
            <w:r>
              <w:rPr>
                <w:b w:val="0"/>
                <w:i w:val="0"/>
                <w:sz w:val="18"/>
              </w:rPr>
              <w:t>3</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Deskripsi Mata Kuliah</w:t>
            </w:r>
          </w:p>
        </w:tc>
        <w:tc>
          <w:tcPr>
            <w:tcW w:type="dxa" w:w="12586"/>
            <w:tcMar>
              <w:top w:w="30" w:type="dxa"/>
              <w:bottom w:w="30" w:type="dxa"/>
              <w:start w:w="70" w:type="dxa"/>
              <w:end w:w="70" w:type="dxa"/>
            </w:tcMar>
            <w:vAlign w:val="center"/>
          </w:tcPr>
          <w:p>
            <w:pPr>
              <w:spacing w:after="0" w:before="0"/>
              <w:jc w:val="both"/>
            </w:pPr>
            <w:r/>
            <w:r>
              <w:rPr>
                <w:b w:val="0"/>
                <w:i w:val="0"/>
                <w:sz w:val="18"/>
              </w:rPr>
              <w:t>-</w:t>
            </w:r>
          </w:p>
        </w:tc>
      </w:tr>
    </w:tbl>
    <w:p>
      <w:pPr>
        <w:spacing w:after="80"/>
      </w:pPr>
    </w:p>
    <w:tbl>
      <w:tblPr>
        <w:tblW w:type="auto" w:w="0"/>
        <w:jc w:val="center"/>
        <w:tblLayout w:type="fixed"/>
        <w:tblLook w:firstColumn="1" w:firstRow="1" w:lastColumn="0" w:lastRow="0" w:noHBand="0" w:noVBand="1" w:val="04A0"/>
        <w:tblBorders>
          <w:top w:val="single" w:sz="6" w:space="0" w:color="6D5DD3"/>
          <w:left w:val="single" w:sz="6" w:space="0" w:color="6D5DD3"/>
          <w:bottom w:val="single" w:sz="6" w:space="0" w:color="6D5DD3"/>
          <w:right w:val="single" w:sz="6" w:space="0" w:color="6D5DD3"/>
          <w:insideH w:val="single" w:sz="6" w:space="0" w:color="6D5DD3"/>
          <w:insideV w:val="single" w:sz="6" w:space="0" w:color="6D5DD3"/>
        </w:tblBorders>
        <w:tblLayout w:type="fixed"/>
        <w:tblW w:w="14968" w:type="dxa"/>
      </w:tblPr>
      <w:tblGrid>
        <w:gridCol w:w="4762"/>
        <w:gridCol w:w="907"/>
        <w:gridCol w:w="793"/>
        <w:gridCol w:w="963"/>
        <w:gridCol w:w="481"/>
        <w:gridCol w:w="481"/>
        <w:gridCol w:w="481"/>
        <w:gridCol w:w="481"/>
        <w:gridCol w:w="2494"/>
        <w:gridCol w:w="3118"/>
      </w:tblGrid>
      <w:tr>
        <w:tc>
          <w:tcPr>
            <w:tcW w:type="dxa" w:w="4762"/>
            <w:vMerge w:val="restart"/>
            <w:shd w:val="clear" w:color="auto" w:fill="4B3F9E"/>
            <w:tcMar>
              <w:top w:w="30" w:type="dxa"/>
              <w:bottom w:w="30" w:type="dxa"/>
              <w:start w:w="70" w:type="dxa"/>
              <w:end w:w="70" w:type="dxa"/>
            </w:tcMar>
            <w:vAlign w:val="center"/>
          </w:tcPr>
          <w:p>
            <w:pPr>
              <w:spacing w:after="0" w:before="0"/>
              <w:jc w:val="center"/>
            </w:pPr>
            <w:r/>
            <w:r>
              <w:rPr>
                <w:b/>
                <w:i w:val="0"/>
                <w:color w:val="FFFFFF"/>
                <w:sz w:val="17"/>
              </w:rPr>
              <w:t>Kemampuan Akhir / Capaian Pembelajaran (CPMK)</w:t>
            </w:r>
          </w:p>
        </w:tc>
        <w:tc>
          <w:tcPr>
            <w:tcW w:type="dxa" w:w="907"/>
            <w:gridSpan w:val="3"/>
            <w:shd w:val="clear" w:color="auto" w:fill="4B3F9E"/>
            <w:tcMar>
              <w:top w:w="30" w:type="dxa"/>
              <w:bottom w:w="30" w:type="dxa"/>
              <w:start w:w="70" w:type="dxa"/>
              <w:end w:w="70" w:type="dxa"/>
            </w:tcMar>
            <w:vAlign w:val="center"/>
          </w:tcPr>
          <w:p>
            <w:pPr>
              <w:spacing w:after="0" w:before="0"/>
              <w:jc w:val="center"/>
            </w:pPr>
            <w:r/>
            <w:r>
              <w:rPr>
                <w:b/>
                <w:i w:val="0"/>
                <w:color w:val="FFFFFF"/>
                <w:sz w:val="17"/>
              </w:rPr>
              <w:t>Profisiensi saat ini *</w:t>
            </w:r>
          </w:p>
        </w:tc>
        <w:tc>
          <w:tcPr>
            <w:tcW w:type="dxa" w:w="482"/>
            <w:gridSpan w:val="4"/>
            <w:shd w:val="clear" w:color="auto" w:fill="4B3F9E"/>
            <w:tcMar>
              <w:top w:w="30" w:type="dxa"/>
              <w:bottom w:w="30" w:type="dxa"/>
              <w:start w:w="70" w:type="dxa"/>
              <w:end w:w="70" w:type="dxa"/>
            </w:tcMar>
            <w:vAlign w:val="center"/>
          </w:tcPr>
          <w:p>
            <w:pPr>
              <w:spacing w:after="0" w:before="0"/>
              <w:jc w:val="center"/>
            </w:pPr>
            <w:r/>
            <w:r>
              <w:rPr>
                <w:b/>
                <w:i w:val="0"/>
                <w:color w:val="FFFFFF"/>
                <w:sz w:val="17"/>
              </w:rPr>
              <w:t>Hasil evaluasi Asesor</w:t>
            </w:r>
          </w:p>
        </w:tc>
        <w:tc>
          <w:tcPr>
            <w:tcW w:type="dxa" w:w="2494"/>
            <w:gridSpan w:val="2"/>
            <w:shd w:val="clear" w:color="auto" w:fill="4B3F9E"/>
            <w:tcMar>
              <w:top w:w="30" w:type="dxa"/>
              <w:bottom w:w="30" w:type="dxa"/>
              <w:start w:w="70" w:type="dxa"/>
              <w:end w:w="70" w:type="dxa"/>
            </w:tcMar>
            <w:vAlign w:val="center"/>
          </w:tcPr>
          <w:p>
            <w:pPr>
              <w:spacing w:after="0" w:before="0"/>
              <w:jc w:val="center"/>
            </w:pPr>
            <w:r/>
            <w:r>
              <w:rPr>
                <w:b/>
                <w:i w:val="0"/>
                <w:color w:val="FFFFFF"/>
                <w:sz w:val="17"/>
              </w:rPr>
              <w:t>Bukti yang disampaikan *</w:t>
            </w:r>
          </w:p>
        </w:tc>
      </w:tr>
      <w:tr>
        <w:tc>
          <w:tcPr>
            <w:tcW w:type="dxa" w:w="4762"/>
            <w:vMerge/>
          </w:tcPr>
          <w:p/>
        </w:tc>
        <w:tc>
          <w:tcPr>
            <w:tcW w:type="dxa" w:w="907"/>
            <w:shd w:val="clear" w:color="auto" w:fill="6D5DD3"/>
            <w:tcMar>
              <w:top w:w="20" w:type="dxa"/>
              <w:bottom w:w="20" w:type="dxa"/>
              <w:start w:w="70" w:type="dxa"/>
              <w:end w:w="70" w:type="dxa"/>
            </w:tcMar>
            <w:vAlign w:val="center"/>
          </w:tcPr>
          <w:p>
            <w:pPr>
              <w:spacing w:after="0" w:before="0"/>
              <w:jc w:val="center"/>
            </w:pPr>
            <w:r/>
            <w:r>
              <w:rPr>
                <w:b/>
                <w:i w:val="0"/>
                <w:color w:val="FFFFFF"/>
                <w:sz w:val="16"/>
              </w:rPr>
              <w:t>Sangat baik</w:t>
            </w:r>
          </w:p>
        </w:tc>
        <w:tc>
          <w:tcPr>
            <w:tcW w:type="dxa" w:w="794"/>
            <w:shd w:val="clear" w:color="auto" w:fill="6D5DD3"/>
            <w:tcMar>
              <w:top w:w="20" w:type="dxa"/>
              <w:bottom w:w="20" w:type="dxa"/>
              <w:start w:w="70" w:type="dxa"/>
              <w:end w:w="70" w:type="dxa"/>
            </w:tcMar>
            <w:vAlign w:val="center"/>
          </w:tcPr>
          <w:p>
            <w:pPr>
              <w:spacing w:after="0" w:before="0"/>
              <w:jc w:val="center"/>
            </w:pPr>
            <w:r/>
            <w:r>
              <w:rPr>
                <w:b/>
                <w:i w:val="0"/>
                <w:color w:val="FFFFFF"/>
                <w:sz w:val="16"/>
              </w:rPr>
              <w:t>Baik</w:t>
            </w:r>
          </w:p>
        </w:tc>
        <w:tc>
          <w:tcPr>
            <w:tcW w:type="dxa" w:w="964"/>
            <w:shd w:val="clear" w:color="auto" w:fill="6D5DD3"/>
            <w:tcMar>
              <w:top w:w="20" w:type="dxa"/>
              <w:bottom w:w="20" w:type="dxa"/>
              <w:start w:w="70" w:type="dxa"/>
              <w:end w:w="70" w:type="dxa"/>
            </w:tcMar>
            <w:vAlign w:val="center"/>
          </w:tcPr>
          <w:p>
            <w:pPr>
              <w:spacing w:after="0" w:before="0"/>
              <w:jc w:val="center"/>
            </w:pPr>
            <w:r/>
            <w:r>
              <w:rPr>
                <w:b/>
                <w:i w:val="0"/>
                <w:color w:val="FFFFFF"/>
                <w:sz w:val="16"/>
              </w:rPr>
              <w:t>Tidak pernah</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V</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A</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T</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M</w:t>
            </w:r>
          </w:p>
        </w:tc>
        <w:tc>
          <w:tcPr>
            <w:tcW w:type="dxa" w:w="2494"/>
            <w:shd w:val="clear" w:color="auto" w:fill="6D5DD3"/>
            <w:tcMar>
              <w:top w:w="20" w:type="dxa"/>
              <w:bottom w:w="20" w:type="dxa"/>
              <w:start w:w="70" w:type="dxa"/>
              <w:end w:w="70" w:type="dxa"/>
            </w:tcMar>
            <w:vAlign w:val="center"/>
          </w:tcPr>
          <w:p>
            <w:pPr>
              <w:spacing w:after="0" w:before="0"/>
              <w:jc w:val="center"/>
            </w:pPr>
            <w:r/>
            <w:r>
              <w:rPr>
                <w:b/>
                <w:i w:val="0"/>
                <w:color w:val="FFFFFF"/>
                <w:sz w:val="16"/>
              </w:rPr>
              <w:t>Nomor Dokumen</w:t>
            </w:r>
          </w:p>
        </w:tc>
        <w:tc>
          <w:tcPr>
            <w:tcW w:type="dxa" w:w="3118"/>
            <w:shd w:val="clear" w:color="auto" w:fill="6D5DD3"/>
            <w:tcMar>
              <w:top w:w="20" w:type="dxa"/>
              <w:bottom w:w="20" w:type="dxa"/>
              <w:start w:w="70" w:type="dxa"/>
              <w:end w:w="70" w:type="dxa"/>
            </w:tcMar>
            <w:vAlign w:val="center"/>
          </w:tcPr>
          <w:p>
            <w:pPr>
              <w:spacing w:after="0" w:before="0"/>
              <w:jc w:val="center"/>
            </w:pPr>
            <w:r/>
            <w:r>
              <w:rPr>
                <w:b/>
                <w:i w:val="0"/>
                <w:color w:val="FFFFFF"/>
                <w:sz w:val="16"/>
              </w:rPr>
              <w:t>Jenis Dokumen</w:t>
            </w:r>
          </w:p>
        </w:tc>
      </w:tr>
      <w:tr>
        <w:tc>
          <w:tcPr>
            <w:tcW w:type="dxa" w:w="4762"/>
            <w:tcMar>
              <w:top w:w="20" w:type="dxa"/>
              <w:bottom w:w="20" w:type="dxa"/>
              <w:start w:w="50" w:type="dxa"/>
              <w:end w:w="50" w:type="dxa"/>
            </w:tcMar>
            <w:vAlign w:val="center"/>
          </w:tcPr>
          <w:p>
            <w:pPr>
              <w:spacing w:after="0" w:before="0"/>
            </w:pPr>
            <w:r/>
            <w:r>
              <w:rPr>
                <w:b w:val="0"/>
                <w:i w:val="0"/>
                <w:sz w:val="17"/>
              </w:rPr>
              <w:t>Mahasiswa mampu menganalisis perkembangan historis hukum agraria dari dualisme hukum agraria masa kolonial hingga terbentuknya unifikasi hukum agraria nasional melalui UUPA.</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Mahasiswa mampu menganalisis asas-asas hukum agraria nasional, sistem hak atas tanah, dan sistem pendaftaran tanah berdasarkan UUPA dan peraturan pelaksananya.</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Mahasiswa mampu mengevaluasi penafsiran Hak Menguasai Negara atas bumi, air, dan kekayaan alam berdasarkan Pancasila dan Pasal 33 ayat (3) UUD NRI 1945, termasuk dalam putusan Mahkamah Konstitusi.</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Mahasiswa mampu mengevaluasi implikasi kebijakan agraria nasional terhadap arus investasi dan globalisasi, termasuk perubahan pengaturan pertanahan pasca-berlakunya Undang-Undang Cipta Kerja.</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Mahasiswa mampu merumuskan alternatif penyelesaian sengketa dan konflik agraria yang berkeadilan melalui jalur litigasi maupun non-litigasi berdasarkan analisis kasus nyata.</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bl>
    <w:p>
      <w:pPr>
        <w:spacing w:after="80"/>
      </w:pPr>
      <w:r>
        <w:rPr>
          <w:b w:val="0"/>
          <w:i/>
          <w:color w:val="6B7280"/>
          <w:sz w:val="16"/>
        </w:rPr>
        <w:t>Keterangan: kolom bertanda * diisi oleh pelamar RPL; kolom V/A/T/M diisi oleh Asesor.</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14968" w:type="dxa"/>
      </w:tblPr>
      <w:tblGrid>
        <w:gridCol w:w="4536"/>
        <w:gridCol w:w="5103"/>
        <w:gridCol w:w="5329"/>
      </w:tblGrid>
      <w:tr>
        <w:tc>
          <w:tcPr>
            <w:tcW w:type="dxa" w:w="4535"/>
            <w:tcMar>
              <w:top w:w="30" w:type="dxa"/>
              <w:bottom w:w="30" w:type="dxa"/>
              <w:start w:w="70" w:type="dxa"/>
              <w:end w:w="70" w:type="dxa"/>
            </w:tcMar>
            <w:vAlign w:val="center"/>
          </w:tcPr>
          <w:p>
            <w:pPr>
              <w:spacing w:after="0" w:before="0"/>
            </w:pPr>
            <w:r/>
            <w:r>
              <w:rPr>
                <w:b w:val="0"/>
                <w:i w:val="0"/>
                <w:sz w:val="18"/>
              </w:rPr>
              <w:t>Tanggal :</w:t>
            </w:r>
          </w:p>
        </w:tc>
        <w:tc>
          <w:tcPr>
            <w:tcW w:type="dxa" w:w="5102"/>
            <w:vMerge w:val="restart"/>
            <w:tcMar>
              <w:top w:w="30" w:type="dxa"/>
              <w:bottom w:w="30" w:type="dxa"/>
              <w:start w:w="70" w:type="dxa"/>
              <w:end w:w="70" w:type="dxa"/>
            </w:tcMar>
          </w:tcPr>
          <w:p>
            <w:r/>
            <w:r>
              <w:rPr>
                <w:sz w:val="18"/>
              </w:rPr>
              <w:t>Lokasi Penelitian :</w:t>
            </w:r>
          </w:p>
        </w:tc>
        <w:tc>
          <w:tcPr>
            <w:tcW w:type="dxa" w:w="5329"/>
            <w:vMerge w:val="restart"/>
            <w:tcMar>
              <w:top w:w="30" w:type="dxa"/>
              <w:bottom w:w="30" w:type="dxa"/>
              <w:start w:w="70" w:type="dxa"/>
              <w:end w:w="70" w:type="dxa"/>
            </w:tcMar>
          </w:tcPr>
          <w:p>
            <w:r/>
            <w:r>
              <w:rPr>
                <w:sz w:val="18"/>
              </w:rPr>
              <w:t>Penilai I/II</w:t>
            </w:r>
          </w:p>
          <w:p>
            <w:pPr>
              <w:spacing w:after="40"/>
            </w:pPr>
          </w:p>
          <w:p>
            <w:pPr>
              <w:spacing w:after="40"/>
            </w:pPr>
          </w:p>
          <w:p>
            <w:pPr>
              <w:jc w:val="center"/>
            </w:pPr>
            <w:r>
              <w:rPr>
                <w:sz w:val="18"/>
              </w:rPr>
              <w:t>(...................................)</w:t>
            </w:r>
          </w:p>
        </w:tc>
      </w:tr>
      <w:tr>
        <w:tc>
          <w:tcPr>
            <w:tcW w:type="dxa" w:w="4535"/>
            <w:tcMar>
              <w:top w:w="30" w:type="dxa"/>
              <w:bottom w:w="30" w:type="dxa"/>
              <w:start w:w="70" w:type="dxa"/>
              <w:end w:w="70" w:type="dxa"/>
            </w:tcMar>
            <w:vAlign w:val="center"/>
          </w:tcPr>
          <w:p>
            <w:pPr>
              <w:spacing w:after="0" w:before="0"/>
            </w:pPr>
            <w:r/>
            <w:r>
              <w:rPr>
                <w:b w:val="0"/>
                <w:i w:val="0"/>
                <w:sz w:val="18"/>
              </w:rPr>
              <w:t>Waktu :</w:t>
            </w:r>
          </w:p>
        </w:tc>
        <w:tc>
          <w:tcPr>
            <w:tcW w:type="dxa" w:w="5102"/>
            <w:vMerge/>
          </w:tcPr>
          <w:p/>
        </w:tc>
        <w:tc>
          <w:tcPr>
            <w:tcW w:type="dxa" w:w="5329"/>
            <w:vMerge/>
          </w:tcPr>
          <w:p/>
        </w:tc>
      </w:tr>
      <w:tr>
        <w:tc>
          <w:tcPr>
            <w:tcW w:type="dxa" w:w="4535"/>
            <w:tcMar>
              <w:top w:w="30" w:type="dxa"/>
              <w:bottom w:w="30" w:type="dxa"/>
              <w:start w:w="70" w:type="dxa"/>
              <w:end w:w="70" w:type="dxa"/>
            </w:tcMar>
            <w:vAlign w:val="center"/>
          </w:tcPr>
          <w:p>
            <w:pPr>
              <w:spacing w:after="0" w:before="0"/>
            </w:pPr>
            <w:r/>
            <w:r>
              <w:rPr>
                <w:b w:val="0"/>
                <w:i w:val="0"/>
                <w:sz w:val="18"/>
              </w:rPr>
              <w:t>Catatan Penilaian :</w:t>
            </w:r>
          </w:p>
        </w:tc>
        <w:tc>
          <w:tcPr>
            <w:tcW w:type="dxa" w:w="5102"/>
            <w:vMerge/>
          </w:tcPr>
          <w:p/>
        </w:tc>
        <w:tc>
          <w:tcPr>
            <w:tcW w:type="dxa" w:w="5329"/>
            <w:vMerge/>
          </w:tcPr>
          <w:p/>
        </w:tc>
      </w:tr>
    </w:tbl>
    <w:p>
      <w:pPr>
        <w:spacing w:after="120"/>
      </w:pPr>
    </w:p>
    <w:p>
      <w:pPr>
        <w:spacing w:after="80"/>
      </w:pPr>
    </w:p>
    <w:tbl>
      <w:tblPr>
        <w:tblW w:type="auto" w:w="0"/>
        <w:jc w:val="center"/>
        <w:tblLayout w:type="fixed"/>
        <w:tblLook w:firstColumn="1" w:firstRow="1" w:lastColumn="0" w:lastRow="0" w:noHBand="0" w:noVBand="1" w:val="04A0"/>
        <w:tblBorders>
          <w:top w:val="single" w:sz="4" w:space="0" w:color="D9D6F2"/>
          <w:left w:val="single" w:sz="4" w:space="0" w:color="D9D6F2"/>
          <w:bottom w:val="single" w:sz="4" w:space="0" w:color="D9D6F2"/>
          <w:right w:val="single" w:sz="4" w:space="0" w:color="D9D6F2"/>
          <w:insideH w:val="single" w:sz="4" w:space="0" w:color="D9D6F2"/>
          <w:insideV w:val="single" w:sz="4" w:space="0" w:color="D9D6F2"/>
        </w:tblBorders>
        <w:tblLayout w:type="fixed"/>
        <w:tblW w:w="14968" w:type="dxa"/>
      </w:tblPr>
      <w:tblGrid>
        <w:gridCol w:w="2381"/>
        <w:gridCol w:w="12587"/>
      </w:tblGrid>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Formulir</w:t>
            </w:r>
          </w:p>
        </w:tc>
        <w:tc>
          <w:tcPr>
            <w:tcW w:type="dxa" w:w="12586"/>
            <w:tcMar>
              <w:top w:w="30" w:type="dxa"/>
              <w:bottom w:w="30" w:type="dxa"/>
              <w:start w:w="70" w:type="dxa"/>
              <w:end w:w="70" w:type="dxa"/>
            </w:tcMar>
            <w:vAlign w:val="center"/>
          </w:tcPr>
          <w:p>
            <w:pPr>
              <w:spacing w:after="0" w:before="0"/>
            </w:pPr>
            <w:r/>
            <w:r>
              <w:rPr>
                <w:b w:val="0"/>
                <w:i w:val="0"/>
                <w:sz w:val="18"/>
              </w:rPr>
              <w:t>FED-13</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Nama Mata Kuliah</w:t>
            </w:r>
          </w:p>
        </w:tc>
        <w:tc>
          <w:tcPr>
            <w:tcW w:type="dxa" w:w="12586"/>
            <w:tcMar>
              <w:top w:w="30" w:type="dxa"/>
              <w:bottom w:w="30" w:type="dxa"/>
              <w:start w:w="70" w:type="dxa"/>
              <w:end w:w="70" w:type="dxa"/>
            </w:tcMar>
            <w:vAlign w:val="center"/>
          </w:tcPr>
          <w:p>
            <w:pPr>
              <w:spacing w:after="0" w:before="0"/>
            </w:pPr>
            <w:r/>
            <w:r>
              <w:rPr>
                <w:b w:val="0"/>
                <w:i w:val="0"/>
                <w:sz w:val="18"/>
              </w:rPr>
              <w:t>Hukum Jaminan</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Kode Mata Kuliah</w:t>
            </w:r>
          </w:p>
        </w:tc>
        <w:tc>
          <w:tcPr>
            <w:tcW w:type="dxa" w:w="12586"/>
            <w:tcMar>
              <w:top w:w="30" w:type="dxa"/>
              <w:bottom w:w="30" w:type="dxa"/>
              <w:start w:w="70" w:type="dxa"/>
              <w:end w:w="70" w:type="dxa"/>
            </w:tcMar>
            <w:vAlign w:val="center"/>
          </w:tcPr>
          <w:p>
            <w:pPr>
              <w:spacing w:after="0" w:before="0"/>
            </w:pPr>
            <w:r/>
            <w:r>
              <w:rPr>
                <w:b w:val="0"/>
                <w:i w:val="0"/>
                <w:sz w:val="18"/>
              </w:rPr>
              <w:t>3HS225313</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SKS</w:t>
            </w:r>
          </w:p>
        </w:tc>
        <w:tc>
          <w:tcPr>
            <w:tcW w:type="dxa" w:w="12586"/>
            <w:tcMar>
              <w:top w:w="30" w:type="dxa"/>
              <w:bottom w:w="30" w:type="dxa"/>
              <w:start w:w="70" w:type="dxa"/>
              <w:end w:w="70" w:type="dxa"/>
            </w:tcMar>
            <w:vAlign w:val="center"/>
          </w:tcPr>
          <w:p>
            <w:pPr>
              <w:spacing w:after="0" w:before="0"/>
            </w:pPr>
            <w:r/>
            <w:r>
              <w:rPr>
                <w:b w:val="0"/>
                <w:i w:val="0"/>
                <w:sz w:val="18"/>
              </w:rPr>
              <w:t>3</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Deskripsi Mata Kuliah</w:t>
            </w:r>
          </w:p>
        </w:tc>
        <w:tc>
          <w:tcPr>
            <w:tcW w:type="dxa" w:w="12586"/>
            <w:tcMar>
              <w:top w:w="30" w:type="dxa"/>
              <w:bottom w:w="30" w:type="dxa"/>
              <w:start w:w="70" w:type="dxa"/>
              <w:end w:w="70" w:type="dxa"/>
            </w:tcMar>
            <w:vAlign w:val="center"/>
          </w:tcPr>
          <w:p>
            <w:pPr>
              <w:spacing w:after="0" w:before="0"/>
              <w:jc w:val="both"/>
            </w:pPr>
            <w:r/>
            <w:r>
              <w:rPr>
                <w:b w:val="0"/>
                <w:i w:val="0"/>
                <w:sz w:val="18"/>
              </w:rPr>
              <w:t>-</w:t>
            </w:r>
          </w:p>
        </w:tc>
      </w:tr>
    </w:tbl>
    <w:p>
      <w:pPr>
        <w:spacing w:after="80"/>
      </w:pPr>
    </w:p>
    <w:tbl>
      <w:tblPr>
        <w:tblW w:type="auto" w:w="0"/>
        <w:jc w:val="center"/>
        <w:tblLayout w:type="fixed"/>
        <w:tblLook w:firstColumn="1" w:firstRow="1" w:lastColumn="0" w:lastRow="0" w:noHBand="0" w:noVBand="1" w:val="04A0"/>
        <w:tblBorders>
          <w:top w:val="single" w:sz="6" w:space="0" w:color="6D5DD3"/>
          <w:left w:val="single" w:sz="6" w:space="0" w:color="6D5DD3"/>
          <w:bottom w:val="single" w:sz="6" w:space="0" w:color="6D5DD3"/>
          <w:right w:val="single" w:sz="6" w:space="0" w:color="6D5DD3"/>
          <w:insideH w:val="single" w:sz="6" w:space="0" w:color="6D5DD3"/>
          <w:insideV w:val="single" w:sz="6" w:space="0" w:color="6D5DD3"/>
        </w:tblBorders>
        <w:tblLayout w:type="fixed"/>
        <w:tblW w:w="14968" w:type="dxa"/>
      </w:tblPr>
      <w:tblGrid>
        <w:gridCol w:w="4762"/>
        <w:gridCol w:w="907"/>
        <w:gridCol w:w="793"/>
        <w:gridCol w:w="963"/>
        <w:gridCol w:w="481"/>
        <w:gridCol w:w="481"/>
        <w:gridCol w:w="481"/>
        <w:gridCol w:w="481"/>
        <w:gridCol w:w="2494"/>
        <w:gridCol w:w="3118"/>
      </w:tblGrid>
      <w:tr>
        <w:tc>
          <w:tcPr>
            <w:tcW w:type="dxa" w:w="4762"/>
            <w:vMerge w:val="restart"/>
            <w:shd w:val="clear" w:color="auto" w:fill="4B3F9E"/>
            <w:tcMar>
              <w:top w:w="30" w:type="dxa"/>
              <w:bottom w:w="30" w:type="dxa"/>
              <w:start w:w="70" w:type="dxa"/>
              <w:end w:w="70" w:type="dxa"/>
            </w:tcMar>
            <w:vAlign w:val="center"/>
          </w:tcPr>
          <w:p>
            <w:pPr>
              <w:spacing w:after="0" w:before="0"/>
              <w:jc w:val="center"/>
            </w:pPr>
            <w:r/>
            <w:r>
              <w:rPr>
                <w:b/>
                <w:i w:val="0"/>
                <w:color w:val="FFFFFF"/>
                <w:sz w:val="17"/>
              </w:rPr>
              <w:t>Kemampuan Akhir / Capaian Pembelajaran (CPMK)</w:t>
            </w:r>
          </w:p>
        </w:tc>
        <w:tc>
          <w:tcPr>
            <w:tcW w:type="dxa" w:w="907"/>
            <w:gridSpan w:val="3"/>
            <w:shd w:val="clear" w:color="auto" w:fill="4B3F9E"/>
            <w:tcMar>
              <w:top w:w="30" w:type="dxa"/>
              <w:bottom w:w="30" w:type="dxa"/>
              <w:start w:w="70" w:type="dxa"/>
              <w:end w:w="70" w:type="dxa"/>
            </w:tcMar>
            <w:vAlign w:val="center"/>
          </w:tcPr>
          <w:p>
            <w:pPr>
              <w:spacing w:after="0" w:before="0"/>
              <w:jc w:val="center"/>
            </w:pPr>
            <w:r/>
            <w:r>
              <w:rPr>
                <w:b/>
                <w:i w:val="0"/>
                <w:color w:val="FFFFFF"/>
                <w:sz w:val="17"/>
              </w:rPr>
              <w:t>Profisiensi saat ini *</w:t>
            </w:r>
          </w:p>
        </w:tc>
        <w:tc>
          <w:tcPr>
            <w:tcW w:type="dxa" w:w="482"/>
            <w:gridSpan w:val="4"/>
            <w:shd w:val="clear" w:color="auto" w:fill="4B3F9E"/>
            <w:tcMar>
              <w:top w:w="30" w:type="dxa"/>
              <w:bottom w:w="30" w:type="dxa"/>
              <w:start w:w="70" w:type="dxa"/>
              <w:end w:w="70" w:type="dxa"/>
            </w:tcMar>
            <w:vAlign w:val="center"/>
          </w:tcPr>
          <w:p>
            <w:pPr>
              <w:spacing w:after="0" w:before="0"/>
              <w:jc w:val="center"/>
            </w:pPr>
            <w:r/>
            <w:r>
              <w:rPr>
                <w:b/>
                <w:i w:val="0"/>
                <w:color w:val="FFFFFF"/>
                <w:sz w:val="17"/>
              </w:rPr>
              <w:t>Hasil evaluasi Asesor</w:t>
            </w:r>
          </w:p>
        </w:tc>
        <w:tc>
          <w:tcPr>
            <w:tcW w:type="dxa" w:w="2494"/>
            <w:gridSpan w:val="2"/>
            <w:shd w:val="clear" w:color="auto" w:fill="4B3F9E"/>
            <w:tcMar>
              <w:top w:w="30" w:type="dxa"/>
              <w:bottom w:w="30" w:type="dxa"/>
              <w:start w:w="70" w:type="dxa"/>
              <w:end w:w="70" w:type="dxa"/>
            </w:tcMar>
            <w:vAlign w:val="center"/>
          </w:tcPr>
          <w:p>
            <w:pPr>
              <w:spacing w:after="0" w:before="0"/>
              <w:jc w:val="center"/>
            </w:pPr>
            <w:r/>
            <w:r>
              <w:rPr>
                <w:b/>
                <w:i w:val="0"/>
                <w:color w:val="FFFFFF"/>
                <w:sz w:val="17"/>
              </w:rPr>
              <w:t>Bukti yang disampaikan *</w:t>
            </w:r>
          </w:p>
        </w:tc>
      </w:tr>
      <w:tr>
        <w:tc>
          <w:tcPr>
            <w:tcW w:type="dxa" w:w="4762"/>
            <w:vMerge/>
          </w:tcPr>
          <w:p/>
        </w:tc>
        <w:tc>
          <w:tcPr>
            <w:tcW w:type="dxa" w:w="907"/>
            <w:shd w:val="clear" w:color="auto" w:fill="6D5DD3"/>
            <w:tcMar>
              <w:top w:w="20" w:type="dxa"/>
              <w:bottom w:w="20" w:type="dxa"/>
              <w:start w:w="70" w:type="dxa"/>
              <w:end w:w="70" w:type="dxa"/>
            </w:tcMar>
            <w:vAlign w:val="center"/>
          </w:tcPr>
          <w:p>
            <w:pPr>
              <w:spacing w:after="0" w:before="0"/>
              <w:jc w:val="center"/>
            </w:pPr>
            <w:r/>
            <w:r>
              <w:rPr>
                <w:b/>
                <w:i w:val="0"/>
                <w:color w:val="FFFFFF"/>
                <w:sz w:val="16"/>
              </w:rPr>
              <w:t>Sangat baik</w:t>
            </w:r>
          </w:p>
        </w:tc>
        <w:tc>
          <w:tcPr>
            <w:tcW w:type="dxa" w:w="794"/>
            <w:shd w:val="clear" w:color="auto" w:fill="6D5DD3"/>
            <w:tcMar>
              <w:top w:w="20" w:type="dxa"/>
              <w:bottom w:w="20" w:type="dxa"/>
              <w:start w:w="70" w:type="dxa"/>
              <w:end w:w="70" w:type="dxa"/>
            </w:tcMar>
            <w:vAlign w:val="center"/>
          </w:tcPr>
          <w:p>
            <w:pPr>
              <w:spacing w:after="0" w:before="0"/>
              <w:jc w:val="center"/>
            </w:pPr>
            <w:r/>
            <w:r>
              <w:rPr>
                <w:b/>
                <w:i w:val="0"/>
                <w:color w:val="FFFFFF"/>
                <w:sz w:val="16"/>
              </w:rPr>
              <w:t>Baik</w:t>
            </w:r>
          </w:p>
        </w:tc>
        <w:tc>
          <w:tcPr>
            <w:tcW w:type="dxa" w:w="964"/>
            <w:shd w:val="clear" w:color="auto" w:fill="6D5DD3"/>
            <w:tcMar>
              <w:top w:w="20" w:type="dxa"/>
              <w:bottom w:w="20" w:type="dxa"/>
              <w:start w:w="70" w:type="dxa"/>
              <w:end w:w="70" w:type="dxa"/>
            </w:tcMar>
            <w:vAlign w:val="center"/>
          </w:tcPr>
          <w:p>
            <w:pPr>
              <w:spacing w:after="0" w:before="0"/>
              <w:jc w:val="center"/>
            </w:pPr>
            <w:r/>
            <w:r>
              <w:rPr>
                <w:b/>
                <w:i w:val="0"/>
                <w:color w:val="FFFFFF"/>
                <w:sz w:val="16"/>
              </w:rPr>
              <w:t>Tidak pernah</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V</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A</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T</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M</w:t>
            </w:r>
          </w:p>
        </w:tc>
        <w:tc>
          <w:tcPr>
            <w:tcW w:type="dxa" w:w="2494"/>
            <w:shd w:val="clear" w:color="auto" w:fill="6D5DD3"/>
            <w:tcMar>
              <w:top w:w="20" w:type="dxa"/>
              <w:bottom w:w="20" w:type="dxa"/>
              <w:start w:w="70" w:type="dxa"/>
              <w:end w:w="70" w:type="dxa"/>
            </w:tcMar>
            <w:vAlign w:val="center"/>
          </w:tcPr>
          <w:p>
            <w:pPr>
              <w:spacing w:after="0" w:before="0"/>
              <w:jc w:val="center"/>
            </w:pPr>
            <w:r/>
            <w:r>
              <w:rPr>
                <w:b/>
                <w:i w:val="0"/>
                <w:color w:val="FFFFFF"/>
                <w:sz w:val="16"/>
              </w:rPr>
              <w:t>Nomor Dokumen</w:t>
            </w:r>
          </w:p>
        </w:tc>
        <w:tc>
          <w:tcPr>
            <w:tcW w:type="dxa" w:w="3118"/>
            <w:shd w:val="clear" w:color="auto" w:fill="6D5DD3"/>
            <w:tcMar>
              <w:top w:w="20" w:type="dxa"/>
              <w:bottom w:w="20" w:type="dxa"/>
              <w:start w:w="70" w:type="dxa"/>
              <w:end w:w="70" w:type="dxa"/>
            </w:tcMar>
            <w:vAlign w:val="center"/>
          </w:tcPr>
          <w:p>
            <w:pPr>
              <w:spacing w:after="0" w:before="0"/>
              <w:jc w:val="center"/>
            </w:pPr>
            <w:r/>
            <w:r>
              <w:rPr>
                <w:b/>
                <w:i w:val="0"/>
                <w:color w:val="FFFFFF"/>
                <w:sz w:val="16"/>
              </w:rPr>
              <w:t>Jenis Dokumen</w:t>
            </w:r>
          </w:p>
        </w:tc>
      </w:tr>
      <w:tr>
        <w:tc>
          <w:tcPr>
            <w:tcW w:type="dxa" w:w="4762"/>
            <w:tcMar>
              <w:top w:w="20" w:type="dxa"/>
              <w:bottom w:w="20" w:type="dxa"/>
              <w:start w:w="50" w:type="dxa"/>
              <w:end w:w="50" w:type="dxa"/>
            </w:tcMar>
            <w:vAlign w:val="center"/>
          </w:tcPr>
          <w:p>
            <w:pPr>
              <w:spacing w:after="0" w:before="0"/>
            </w:pPr>
            <w:r/>
            <w:r>
              <w:rPr>
                <w:b w:val="0"/>
                <w:i w:val="0"/>
                <w:sz w:val="17"/>
              </w:rPr>
              <w:t>Mahasiswa mampu menganalisis perjanjian kredit sebagai perjanjian pokok dan kedudukan perjanjian jaminan sebagai perjanjian ikutan (accessoir), termasuk penggolongan jaminan berdasarkan objek bendanya.</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Mahasiswa mampu menganalisis jaminan kebendaan atas benda bergerak, meliputi gadai, jaminan fidusia, dan sistem resi gudang, beserta mekanisme pembebanan, pendaftaran, dan eksekusinya.</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Mahasiswa mampu menganalisis jaminan kebendaan atas benda tidak bergerak dan jaminan khusus, meliputi hak tanggungan, hipotek kapal laut, dan hipotek pesawat udara, beserta asas, pembebanan, dan eksekusinya.</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Mahasiswa mampu mengevaluasi kekuatan perlindungan kreditur pada jaminan perorangan (borgtocht), bank garansi, surety bond, dan hak istimewa (privilege) dibandingkan dengan jaminan kebendaan.</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Mahasiswa mampu merumuskan penyelesaian permasalahan hukum jaminan kebendaan maupun perorangan, termasuk sengketa eksekusi, berdasarkan analisis studi kasus dan putusan pengadilan.</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bl>
    <w:p>
      <w:pPr>
        <w:spacing w:after="80"/>
      </w:pPr>
      <w:r>
        <w:rPr>
          <w:b w:val="0"/>
          <w:i/>
          <w:color w:val="6B7280"/>
          <w:sz w:val="16"/>
        </w:rPr>
        <w:t>Keterangan: kolom bertanda * diisi oleh pelamar RPL; kolom V/A/T/M diisi oleh Asesor.</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14968" w:type="dxa"/>
      </w:tblPr>
      <w:tblGrid>
        <w:gridCol w:w="4536"/>
        <w:gridCol w:w="5103"/>
        <w:gridCol w:w="5329"/>
      </w:tblGrid>
      <w:tr>
        <w:tc>
          <w:tcPr>
            <w:tcW w:type="dxa" w:w="4535"/>
            <w:tcMar>
              <w:top w:w="30" w:type="dxa"/>
              <w:bottom w:w="30" w:type="dxa"/>
              <w:start w:w="70" w:type="dxa"/>
              <w:end w:w="70" w:type="dxa"/>
            </w:tcMar>
            <w:vAlign w:val="center"/>
          </w:tcPr>
          <w:p>
            <w:pPr>
              <w:spacing w:after="0" w:before="0"/>
            </w:pPr>
            <w:r/>
            <w:r>
              <w:rPr>
                <w:b w:val="0"/>
                <w:i w:val="0"/>
                <w:sz w:val="18"/>
              </w:rPr>
              <w:t>Tanggal :</w:t>
            </w:r>
          </w:p>
        </w:tc>
        <w:tc>
          <w:tcPr>
            <w:tcW w:type="dxa" w:w="5102"/>
            <w:vMerge w:val="restart"/>
            <w:tcMar>
              <w:top w:w="30" w:type="dxa"/>
              <w:bottom w:w="30" w:type="dxa"/>
              <w:start w:w="70" w:type="dxa"/>
              <w:end w:w="70" w:type="dxa"/>
            </w:tcMar>
          </w:tcPr>
          <w:p>
            <w:r/>
            <w:r>
              <w:rPr>
                <w:sz w:val="18"/>
              </w:rPr>
              <w:t>Lokasi Penelitian :</w:t>
            </w:r>
          </w:p>
        </w:tc>
        <w:tc>
          <w:tcPr>
            <w:tcW w:type="dxa" w:w="5329"/>
            <w:vMerge w:val="restart"/>
            <w:tcMar>
              <w:top w:w="30" w:type="dxa"/>
              <w:bottom w:w="30" w:type="dxa"/>
              <w:start w:w="70" w:type="dxa"/>
              <w:end w:w="70" w:type="dxa"/>
            </w:tcMar>
          </w:tcPr>
          <w:p>
            <w:r/>
            <w:r>
              <w:rPr>
                <w:sz w:val="18"/>
              </w:rPr>
              <w:t>Penilai I/II</w:t>
            </w:r>
          </w:p>
          <w:p>
            <w:pPr>
              <w:spacing w:after="40"/>
            </w:pPr>
          </w:p>
          <w:p>
            <w:pPr>
              <w:spacing w:after="40"/>
            </w:pPr>
          </w:p>
          <w:p>
            <w:pPr>
              <w:jc w:val="center"/>
            </w:pPr>
            <w:r>
              <w:rPr>
                <w:sz w:val="18"/>
              </w:rPr>
              <w:t>(...................................)</w:t>
            </w:r>
          </w:p>
        </w:tc>
      </w:tr>
      <w:tr>
        <w:tc>
          <w:tcPr>
            <w:tcW w:type="dxa" w:w="4535"/>
            <w:tcMar>
              <w:top w:w="30" w:type="dxa"/>
              <w:bottom w:w="30" w:type="dxa"/>
              <w:start w:w="70" w:type="dxa"/>
              <w:end w:w="70" w:type="dxa"/>
            </w:tcMar>
            <w:vAlign w:val="center"/>
          </w:tcPr>
          <w:p>
            <w:pPr>
              <w:spacing w:after="0" w:before="0"/>
            </w:pPr>
            <w:r/>
            <w:r>
              <w:rPr>
                <w:b w:val="0"/>
                <w:i w:val="0"/>
                <w:sz w:val="18"/>
              </w:rPr>
              <w:t>Waktu :</w:t>
            </w:r>
          </w:p>
        </w:tc>
        <w:tc>
          <w:tcPr>
            <w:tcW w:type="dxa" w:w="5102"/>
            <w:vMerge/>
          </w:tcPr>
          <w:p/>
        </w:tc>
        <w:tc>
          <w:tcPr>
            <w:tcW w:type="dxa" w:w="5329"/>
            <w:vMerge/>
          </w:tcPr>
          <w:p/>
        </w:tc>
      </w:tr>
      <w:tr>
        <w:tc>
          <w:tcPr>
            <w:tcW w:type="dxa" w:w="4535"/>
            <w:tcMar>
              <w:top w:w="30" w:type="dxa"/>
              <w:bottom w:w="30" w:type="dxa"/>
              <w:start w:w="70" w:type="dxa"/>
              <w:end w:w="70" w:type="dxa"/>
            </w:tcMar>
            <w:vAlign w:val="center"/>
          </w:tcPr>
          <w:p>
            <w:pPr>
              <w:spacing w:after="0" w:before="0"/>
            </w:pPr>
            <w:r/>
            <w:r>
              <w:rPr>
                <w:b w:val="0"/>
                <w:i w:val="0"/>
                <w:sz w:val="18"/>
              </w:rPr>
              <w:t>Catatan Penilaian :</w:t>
            </w:r>
          </w:p>
        </w:tc>
        <w:tc>
          <w:tcPr>
            <w:tcW w:type="dxa" w:w="5102"/>
            <w:vMerge/>
          </w:tcPr>
          <w:p/>
        </w:tc>
        <w:tc>
          <w:tcPr>
            <w:tcW w:type="dxa" w:w="5329"/>
            <w:vMerge/>
          </w:tcPr>
          <w:p/>
        </w:tc>
      </w:tr>
    </w:tbl>
    <w:p>
      <w:pPr>
        <w:spacing w:after="120"/>
      </w:pPr>
    </w:p>
    <w:p>
      <w:pPr>
        <w:sectPr>
          <w:pgSz w:w="16838" w:h="11906" w:orient="landscape"/>
          <w:pgMar w:top="794" w:right="794" w:bottom="794" w:left="794" w:header="720" w:footer="720" w:gutter="0"/>
          <w:cols w:space="720"/>
          <w:docGrid w:linePitch="360"/>
        </w:sectPr>
      </w:pPr>
    </w:p>
    <w:tbl>
      <w:tblPr>
        <w:tblW w:type="auto" w:w="0"/>
        <w:jc w:val="center"/>
        <w:tblLook w:firstColumn="1" w:firstRow="1" w:lastColumn="0" w:lastRow="0" w:noHBand="0" w:noVBand="1" w:val="04A0"/>
        <w:tblLayout w:type="fixed"/>
        <w:tblW w:w="9355" w:type="dxa"/>
      </w:tblPr>
      <w:tblGrid>
        <w:gridCol w:w="9355"/>
      </w:tblGrid>
      <w:tr>
        <w:tc>
          <w:tcPr>
            <w:tcW w:type="dxa" w:w="9354"/>
            <w:shd w:val="clear" w:color="auto" w:fill="4B3F9E"/>
            <w:tcMar>
              <w:top w:w="80" w:type="dxa"/>
              <w:bottom w:w="80" w:type="dxa"/>
              <w:start w:w="70" w:type="dxa"/>
              <w:end w:w="70" w:type="dxa"/>
            </w:tcMar>
            <w:vAlign w:val="center"/>
          </w:tcPr>
          <w:p>
            <w:pPr>
              <w:spacing w:after="0" w:before="0"/>
              <w:jc w:val="center"/>
            </w:pPr>
            <w:r/>
            <w:r>
              <w:rPr>
                <w:b/>
                <w:i w:val="0"/>
                <w:color w:val="FFFFFF"/>
                <w:sz w:val="24"/>
              </w:rPr>
              <w:t>PENUTUP</w:t>
            </w:r>
          </w:p>
        </w:tc>
      </w:tr>
    </w:tbl>
    <w:p>
      <w:pPr>
        <w:spacing w:after="40"/>
      </w:pPr>
    </w:p>
    <w:p>
      <w:pPr>
        <w:spacing w:after="80"/>
      </w:pPr>
      <w:r>
        <w:rPr>
          <w:b w:val="0"/>
          <w:i w:val="0"/>
          <w:sz w:val="20"/>
        </w:rPr>
        <w:t>Saya telah membaca dan mengisi Formulir Evaluasi Diri ini untuk mengikuti asesmen RPL dan dengan ini saya menyatakan:</w:t>
      </w:r>
    </w:p>
    <w:p>
      <w:pPr>
        <w:spacing w:after="80"/>
        <w:ind w:left="340" w:hanging="340"/>
      </w:pPr>
      <w:r>
        <w:rPr>
          <w:sz w:val="19"/>
        </w:rPr>
        <w:t>1. Semua informasi yang saya tuliskan adalah sepenuhnya benar dan saya bertanggung-jawab atas seluruh data dalam formulir ini dan apabila dikemudian hari ternyata informasi yang saya sampaikan tersebut adalah tidak benar, maka saya bersedia menerima sangsi sesuai dengan ketentuan yang berlaku;</w:t>
      </w:r>
    </w:p>
    <w:p>
      <w:pPr>
        <w:spacing w:after="80"/>
        <w:ind w:left="340" w:hanging="340"/>
      </w:pPr>
      <w:r>
        <w:rPr>
          <w:sz w:val="19"/>
        </w:rPr>
        <w:t>2. Saya memberikan ijin kepada pihak pengelola program RPL, untuk melakukan pemeriksaan kebenaran informasi yang saya berikan dalam formulir evaluasi diri ini kepada seluruh pihak yang terkait dengan data akademik sebelumnya dan kepada perusahaan tempat saya bekerja sebelumnya dan atau saat ini saya bekerja; dan</w:t>
      </w:r>
    </w:p>
    <w:p>
      <w:pPr>
        <w:spacing w:after="80"/>
        <w:ind w:left="340" w:hanging="340"/>
      </w:pPr>
      <w:r>
        <w:rPr>
          <w:sz w:val="19"/>
        </w:rPr>
        <w:t>3. Saya bersedia untuk mengikuti asesmen lanjutan untuk membuktikan kompetensi saya, sesuai waktu dan tempat/platform daring yang ditentukan oleh unit RPL.</w:t>
      </w:r>
    </w:p>
    <w:p>
      <w:pPr>
        <w:spacing w:after="200"/>
      </w:pPr>
    </w:p>
    <w:p>
      <w:pPr>
        <w:tabs>
          <w:tab w:pos="2381" w:val="left"/>
        </w:tabs>
        <w:spacing w:after="80"/>
      </w:pPr>
      <w:r>
        <w:rPr>
          <w:sz w:val="20"/>
        </w:rPr>
        <w:t>Tempat/Tanggal</w:t>
        <w:tab/>
        <w:t xml:space="preserve">: </w:t>
      </w:r>
    </w:p>
    <w:p>
      <w:pPr>
        <w:tabs>
          <w:tab w:pos="2381" w:val="left"/>
        </w:tabs>
        <w:spacing w:after="80"/>
      </w:pPr>
      <w:r>
        <w:rPr>
          <w:sz w:val="20"/>
        </w:rPr>
        <w:t>Tanda tangan Pelamar</w:t>
        <w:tab/>
        <w:t xml:space="preserve">: </w:t>
      </w:r>
    </w:p>
    <w:p>
      <w:pPr>
        <w:spacing w:after="200"/>
      </w:pPr>
    </w:p>
    <w:p>
      <w:pPr>
        <w:spacing w:after="200"/>
      </w:pPr>
    </w:p>
    <w:p>
      <w:pPr>
        <w:spacing w:after="100"/>
        <w:jc w:val="center"/>
      </w:pPr>
      <w:r>
        <w:rPr>
          <w:b w:val="0"/>
          <w:i w:val="0"/>
          <w:sz w:val="20"/>
        </w:rPr>
        <w:t>(......................................)</w:t>
      </w:r>
    </w:p>
    <w:p>
      <w:pPr>
        <w:spacing w:after="40"/>
      </w:pPr>
    </w:p>
    <w:p>
      <w:pPr>
        <w:spacing w:after="100"/>
        <w:jc w:val="center"/>
      </w:pPr>
      <w:r>
        <w:rPr>
          <w:b w:val="0"/>
          <w:i/>
          <w:color w:val="6B7280"/>
          <w:sz w:val="16"/>
        </w:rPr>
        <w:t>Formulir 10</w:t>
      </w:r>
    </w:p>
    <w:sectPr w:rsidR="00FC693F" w:rsidRPr="0006063C" w:rsidSect="00034616">
      <w:pgSz w:w="11906" w:h="16838"/>
      <w:pgMar w:top="1020" w:right="1020" w:bottom="907"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