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900000" cy="900000"/>
            <wp:docPr id="1" name="Picture 1"/>
            <wp:cNvGraphicFramePr>
              <a:graphicFrameLocks noChangeAspect="1"/>
            </wp:cNvGraphicFramePr>
            <a:graphic>
              <a:graphicData uri="http://schemas.openxmlformats.org/drawingml/2006/picture">
                <pic:pic>
                  <pic:nvPicPr>
                    <pic:cNvPr id="0" name="logo-unisan.png"/>
                    <pic:cNvPicPr/>
                  </pic:nvPicPr>
                  <pic:blipFill>
                    <a:blip r:embed="rId9"/>
                    <a:stretch>
                      <a:fillRect/>
                    </a:stretch>
                  </pic:blipFill>
                  <pic:spPr>
                    <a:xfrm>
                      <a:off x="0" y="0"/>
                      <a:ext cx="900000" cy="900000"/>
                    </a:xfrm>
                    <a:prstGeom prst="rect"/>
                  </pic:spPr>
                </pic:pic>
              </a:graphicData>
            </a:graphic>
          </wp:inline>
        </w:drawing>
      </w:r>
    </w:p>
    <w:p>
      <w:pPr>
        <w:spacing w:after="20"/>
        <w:jc w:val="center"/>
      </w:pPr>
      <w:r>
        <w:rPr>
          <w:b/>
          <w:i w:val="0"/>
          <w:color w:val="4B3F9E"/>
          <w:sz w:val="30"/>
        </w:rPr>
        <w:t>LAMPIRAN PEDOMAN PENYELENGGARAAN</w:t>
      </w:r>
    </w:p>
    <w:p>
      <w:pPr>
        <w:spacing w:after="280"/>
        <w:jc w:val="center"/>
      </w:pPr>
      <w:r>
        <w:rPr>
          <w:b/>
          <w:i w:val="0"/>
          <w:color w:val="4B3F9E"/>
          <w:sz w:val="30"/>
        </w:rPr>
        <w:t>REKOGNISI PEMBELAJARAN LAMPAU (RPL)</w:t>
      </w:r>
    </w:p>
    <w:p>
      <w:pPr>
        <w:spacing w:after="400"/>
        <w:jc w:val="center"/>
      </w:pPr>
      <w:r>
        <w:rPr>
          <w:b/>
          <w:i w:val="0"/>
          <w:color w:val="6D5DD3"/>
          <w:sz w:val="26"/>
        </w:rPr>
        <w:t>BUKU 2: DESKRIPSI PRODI DAN FORMULIR EVALUASI DIRI</w:t>
      </w:r>
    </w:p>
    <w:p>
      <w:pPr>
        <w:spacing w:after="120"/>
        <w:jc w:val="center"/>
      </w:pPr>
      <w:r>
        <w:rPr>
          <w:b/>
          <w:i w:val="0"/>
          <w:sz w:val="28"/>
        </w:rPr>
        <w:t>PROGRAM STUDI S1 MANAJEMEN</w:t>
      </w:r>
    </w:p>
    <w:p>
      <w:pPr>
        <w:spacing w:after="680"/>
        <w:jc w:val="center"/>
      </w:pPr>
      <w:r>
        <w:rPr>
          <w:b/>
          <w:i w:val="0"/>
          <w:color w:val="6D5DD3"/>
          <w:sz w:val="24"/>
        </w:rPr>
        <w:t>PERIODE 2026/2027 GANJIL</w:t>
      </w:r>
    </w:p>
    <w:p>
      <w:pPr>
        <w:spacing w:after="20"/>
        <w:jc w:val="center"/>
      </w:pPr>
      <w:r>
        <w:rPr>
          <w:b/>
          <w:i w:val="0"/>
          <w:color w:val="4B3F9E"/>
          <w:sz w:val="26"/>
        </w:rPr>
        <w:t>UNIVERSITAS ICHSAN GORONTALO</w:t>
      </w:r>
    </w:p>
    <w:p>
      <w:pPr>
        <w:spacing w:after="100"/>
        <w:jc w:val="center"/>
      </w:pPr>
      <w:r>
        <w:rPr>
          <w:b/>
          <w:i w:val="0"/>
          <w:sz w:val="24"/>
        </w:rPr>
        <w:t>2026</w:t>
      </w:r>
    </w:p>
    <w:p>
      <w:r>
        <w:br w:type="page"/>
      </w:r>
    </w:p>
    <w:p>
      <w:pPr>
        <w:spacing w:after="280"/>
        <w:jc w:val="center"/>
      </w:pPr>
      <w:r>
        <w:rPr>
          <w:b/>
          <w:i w:val="0"/>
          <w:color w:val="4B3F9E"/>
          <w:sz w:val="26"/>
        </w:rPr>
        <w:t>DAFTAR ISI</w:t>
      </w:r>
    </w:p>
    <w:p>
      <w:pPr>
        <w:tabs>
          <w:tab w:pos="9241" w:val="right" w:leader="dot"/>
        </w:tabs>
        <w:spacing w:after="80"/>
        <w:ind w:left="0"/>
      </w:pPr>
      <w:r>
        <w:rPr>
          <w:b/>
          <w:sz w:val="21"/>
        </w:rPr>
        <w:t>Bab I. Deskripsi Program Studi</w:t>
        <w:tab/>
        <w:t>1</w:t>
      </w:r>
    </w:p>
    <w:p>
      <w:pPr>
        <w:tabs>
          <w:tab w:pos="8901" w:val="right" w:leader="dot"/>
        </w:tabs>
        <w:spacing w:after="80"/>
        <w:ind w:left="340"/>
      </w:pPr>
      <w:r>
        <w:rPr>
          <w:b w:val="0"/>
          <w:sz w:val="21"/>
        </w:rPr>
        <w:t>A. Profil Lulusan</w:t>
        <w:tab/>
        <w:t>1</w:t>
      </w:r>
    </w:p>
    <w:p>
      <w:pPr>
        <w:tabs>
          <w:tab w:pos="8901" w:val="right" w:leader="dot"/>
        </w:tabs>
        <w:spacing w:after="80"/>
        <w:ind w:left="340"/>
      </w:pPr>
      <w:r>
        <w:rPr>
          <w:b w:val="0"/>
          <w:sz w:val="21"/>
        </w:rPr>
        <w:t>B. Capaian Pembelajaran Lulusan</w:t>
        <w:tab/>
        <w:t>1</w:t>
      </w:r>
    </w:p>
    <w:p>
      <w:pPr>
        <w:tabs>
          <w:tab w:pos="8901" w:val="right" w:leader="dot"/>
        </w:tabs>
        <w:spacing w:after="80"/>
        <w:ind w:left="340"/>
      </w:pPr>
      <w:r>
        <w:rPr>
          <w:b w:val="0"/>
          <w:sz w:val="21"/>
        </w:rPr>
        <w:t>C. Daftar Mata Kuliah Program Studi</w:t>
        <w:tab/>
        <w:t>2</w:t>
      </w:r>
    </w:p>
    <w:p>
      <w:pPr>
        <w:tabs>
          <w:tab w:pos="9241" w:val="right" w:leader="dot"/>
        </w:tabs>
        <w:spacing w:after="80"/>
        <w:ind w:left="0"/>
      </w:pPr>
      <w:r>
        <w:rPr>
          <w:b/>
          <w:sz w:val="21"/>
        </w:rPr>
        <w:t>Bab II. Formulir Evaluasi Diri</w:t>
        <w:tab/>
        <w:t>3</w:t>
      </w:r>
    </w:p>
    <w:p>
      <w:pPr>
        <w:tabs>
          <w:tab w:pos="9241" w:val="right" w:leader="dot"/>
        </w:tabs>
        <w:spacing w:after="80"/>
        <w:ind w:left="0"/>
      </w:pPr>
      <w:r>
        <w:rPr>
          <w:b/>
          <w:sz w:val="21"/>
        </w:rPr>
        <w:t>Daftar Lampiran Buku 1</w:t>
        <w:tab/>
        <w:t>7</w:t>
      </w:r>
    </w:p>
    <w:p>
      <w:pPr>
        <w:spacing w:after="80"/>
      </w:pPr>
      <w:r>
        <w:rPr>
          <w:sz w:val="21"/>
        </w:rPr>
        <w:t>Lampiran 1: Formulir Aplikasi</w:t>
      </w:r>
    </w:p>
    <w:p>
      <w:pPr>
        <w:spacing w:after="80"/>
      </w:pPr>
      <w:r>
        <w:rPr>
          <w:sz w:val="21"/>
        </w:rPr>
        <w:t>Lampiran 2: Formulir Daftar Riwayat Hidup</w:t>
      </w: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 — DESKRIPSI PROGRAM STUDI</w:t>
            </w:r>
          </w:p>
        </w:tc>
      </w:tr>
    </w:tbl>
    <w:p>
      <w:pPr>
        <w:spacing w:after="40"/>
      </w:pPr>
    </w:p>
    <w:p>
      <w:pPr>
        <w:spacing w:after="100"/>
        <w:jc w:val="both"/>
      </w:pPr>
      <w:r>
        <w:rPr>
          <w:b w:val="0"/>
          <w:i w:val="0"/>
          <w:sz w:val="20"/>
        </w:rPr>
        <w:t>Deskripsi Program Studi belum diisi.</w:t>
      </w:r>
    </w:p>
    <w:p>
      <w:pPr>
        <w:spacing w:before="100" w:after="60"/>
      </w:pPr>
      <w:r>
        <w:rPr>
          <w:color w:val="C9A15F"/>
          <w:sz w:val="22"/>
        </w:rPr>
        <w:t xml:space="preserve">▌ </w:t>
      </w:r>
      <w:r>
        <w:rPr>
          <w:b/>
          <w:color w:val="4B3F9E"/>
          <w:sz w:val="22"/>
        </w:rPr>
        <w:t>Konsentrasi MKEU — Manajemen Keuangan</w:t>
      </w:r>
    </w:p>
    <w:p>
      <w:pPr>
        <w:spacing w:after="100"/>
        <w:jc w:val="both"/>
      </w:pPr>
      <w:r>
        <w:rPr>
          <w:b w:val="0"/>
          <w:i w:val="0"/>
          <w:sz w:val="19"/>
        </w:rPr>
        <w:t>-</w:t>
      </w:r>
    </w:p>
    <w:p>
      <w:pPr>
        <w:spacing w:before="100" w:after="60"/>
      </w:pPr>
      <w:r>
        <w:rPr>
          <w:color w:val="C9A15F"/>
          <w:sz w:val="22"/>
        </w:rPr>
        <w:t xml:space="preserve">▌ </w:t>
      </w:r>
      <w:r>
        <w:rPr>
          <w:b/>
          <w:color w:val="4B3F9E"/>
          <w:sz w:val="22"/>
        </w:rPr>
        <w:t>Konsentrasi MPSR — Manajemen Pemasaran</w:t>
      </w:r>
    </w:p>
    <w:p>
      <w:pPr>
        <w:spacing w:after="100"/>
        <w:jc w:val="both"/>
      </w:pPr>
      <w:r>
        <w:rPr>
          <w:b w:val="0"/>
          <w:i w:val="0"/>
          <w:sz w:val="19"/>
        </w:rPr>
        <w:t>-</w:t>
      </w:r>
    </w:p>
    <w:p>
      <w:pPr>
        <w:spacing w:before="100" w:after="60"/>
      </w:pPr>
      <w:r>
        <w:rPr>
          <w:color w:val="C9A15F"/>
          <w:sz w:val="22"/>
        </w:rPr>
        <w:t xml:space="preserve">▌ </w:t>
      </w:r>
      <w:r>
        <w:rPr>
          <w:b/>
          <w:color w:val="4B3F9E"/>
          <w:sz w:val="22"/>
        </w:rPr>
        <w:t>Konsentrasi MSDM — Manajemen SDM</w:t>
      </w:r>
    </w:p>
    <w:p>
      <w:pPr>
        <w:spacing w:after="100"/>
        <w:jc w:val="both"/>
      </w:pPr>
      <w:r>
        <w:rPr>
          <w:b w:val="0"/>
          <w:i w:val="0"/>
          <w:sz w:val="19"/>
        </w:rPr>
        <w:t>-</w:t>
      </w:r>
    </w:p>
    <w:p>
      <w:pPr>
        <w:spacing w:before="100" w:after="60"/>
      </w:pPr>
      <w:r>
        <w:rPr>
          <w:color w:val="C9A15F"/>
          <w:sz w:val="22"/>
        </w:rPr>
        <w:t xml:space="preserve">▌ </w:t>
      </w:r>
      <w:r>
        <w:rPr>
          <w:b/>
          <w:color w:val="4B3F9E"/>
          <w:sz w:val="22"/>
        </w:rPr>
        <w:t>Profil Lulusan</w:t>
      </w:r>
    </w:p>
    <w:p>
      <w:pPr>
        <w:spacing w:after="100"/>
      </w:pPr>
      <w:r>
        <w:rPr>
          <w:b w:val="0"/>
          <w:i/>
          <w:color w:val="6B7280"/>
          <w:sz w:val="19"/>
        </w:rPr>
        <w:t>Belum diisi oleh Program Studi.</w:t>
      </w:r>
    </w:p>
    <w:p>
      <w:pPr>
        <w:spacing w:before="100" w:after="60"/>
      </w:pPr>
      <w:r>
        <w:rPr>
          <w:color w:val="C9A15F"/>
          <w:sz w:val="22"/>
        </w:rPr>
        <w:t xml:space="preserve">▌ </w:t>
      </w:r>
      <w:r>
        <w:rPr>
          <w:b/>
          <w:color w:val="4B3F9E"/>
          <w:sz w:val="22"/>
        </w:rPr>
        <w:t>Capaian Pembelajaran Lulusan</w:t>
      </w:r>
    </w:p>
    <w:p>
      <w:pPr>
        <w:spacing w:after="100"/>
      </w:pPr>
      <w:r>
        <w:rPr>
          <w:b w:val="0"/>
          <w:i/>
          <w:color w:val="6B7280"/>
          <w:sz w:val="19"/>
        </w:rPr>
        <w:t>Belum diisi oleh Program Studi.</w:t>
      </w:r>
    </w:p>
    <w:p>
      <w:pPr>
        <w:spacing w:before="100" w:after="60"/>
      </w:pPr>
      <w:r>
        <w:rPr>
          <w:color w:val="C9A15F"/>
          <w:sz w:val="22"/>
        </w:rPr>
        <w:t xml:space="preserve">▌ </w:t>
      </w:r>
      <w:r>
        <w:rPr>
          <w:b/>
          <w:color w:val="4B3F9E"/>
          <w:sz w:val="22"/>
        </w:rPr>
        <w:t>Daftar Mata Kuliah Program Studi</w:t>
      </w:r>
    </w:p>
    <w:p>
      <w:pPr>
        <w:spacing w:after="100"/>
        <w:jc w:val="both"/>
      </w:pPr>
      <w:r>
        <w:rPr>
          <w:b w:val="0"/>
          <w:i w:val="0"/>
          <w:sz w:val="19"/>
        </w:rPr>
        <w:t>Daftar Mata Kuliah Program Studi berikut memuat seluruh mata kuliah yang telah didata Program Studi untuk RPL. Calon mahasiswa yang mendaftar melalui jalur Rekognisi Pembelajaran Lampau hanya dapat mengajukan rekognisi atas mata kuliah yang diberi tanda keterangan RPL “Ya”; mata kuliah dengan keterangan “Tidak” harus ditempuh melalui perkuliahan di Program Studi.</w:t>
      </w:r>
    </w:p>
    <w:p>
      <w:pPr>
        <w:spacing w:before="100" w:after="60"/>
      </w:pPr>
      <w:r>
        <w:rPr>
          <w:color w:val="C9A15F"/>
          <w:sz w:val="22"/>
        </w:rPr>
        <w:t xml:space="preserve">▌ </w:t>
      </w:r>
      <w:r>
        <w:rPr>
          <w:b/>
          <w:color w:val="4B3F9E"/>
          <w:sz w:val="22"/>
        </w:rPr>
        <w:t>Non Konsentrasi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3E2125301</w:t>
            </w:r>
          </w:p>
        </w:tc>
        <w:tc>
          <w:tcPr>
            <w:tcW w:type="dxa" w:w="1681"/>
            <w:tcMar>
              <w:top w:w="30" w:type="dxa"/>
              <w:bottom w:w="30" w:type="dxa"/>
              <w:start w:w="70" w:type="dxa"/>
              <w:end w:w="70" w:type="dxa"/>
            </w:tcMar>
            <w:vAlign w:val="center"/>
          </w:tcPr>
          <w:p>
            <w:pPr>
              <w:spacing w:after="0" w:before="0"/>
            </w:pPr>
            <w:r/>
            <w:r>
              <w:rPr>
                <w:b w:val="0"/>
                <w:i w:val="0"/>
                <w:sz w:val="17"/>
              </w:rPr>
              <w:t>Ekonomi Mikro</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3E2125302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Pengantar Akuntansi 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3E2125303</w:t>
            </w:r>
          </w:p>
        </w:tc>
        <w:tc>
          <w:tcPr>
            <w:tcW w:type="dxa" w:w="1681"/>
            <w:tcMar>
              <w:top w:w="30" w:type="dxa"/>
              <w:bottom w:w="30" w:type="dxa"/>
              <w:start w:w="70" w:type="dxa"/>
              <w:end w:w="70" w:type="dxa"/>
            </w:tcMar>
            <w:vAlign w:val="center"/>
          </w:tcPr>
          <w:p>
            <w:pPr>
              <w:spacing w:after="0" w:before="0"/>
            </w:pPr>
            <w:r/>
            <w:r>
              <w:rPr>
                <w:b w:val="0"/>
                <w:i w:val="0"/>
                <w:sz w:val="17"/>
              </w:rPr>
              <w:t>Pengantar Bisnis</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Bahasa Inggris</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FED-03</w:t>
            </w:r>
          </w:p>
        </w:tc>
      </w:tr>
      <w:tr>
        <w:tc>
          <w:tcPr>
            <w:tcW w:type="dxa" w:w="1681"/>
            <w:tcMar>
              <w:top w:w="30" w:type="dxa"/>
              <w:bottom w:w="30" w:type="dxa"/>
              <w:start w:w="70" w:type="dxa"/>
              <w:end w:w="70" w:type="dxa"/>
            </w:tcMar>
            <w:vAlign w:val="center"/>
          </w:tcPr>
          <w:p>
            <w:pPr>
              <w:spacing w:after="0" w:before="0"/>
              <w:jc w:val="center"/>
            </w:pPr>
            <w:r/>
            <w:r>
              <w:rPr>
                <w:b w:val="0"/>
                <w:i w:val="0"/>
                <w:sz w:val="17"/>
              </w:rPr>
              <w:t>5</w:t>
            </w:r>
          </w:p>
        </w:tc>
        <w:tc>
          <w:tcPr>
            <w:tcW w:type="dxa" w:w="1681"/>
            <w:tcMar>
              <w:top w:w="30" w:type="dxa"/>
              <w:bottom w:w="30" w:type="dxa"/>
              <w:start w:w="70" w:type="dxa"/>
              <w:end w:w="70" w:type="dxa"/>
            </w:tcMar>
            <w:vAlign w:val="center"/>
          </w:tcPr>
          <w:p>
            <w:pPr>
              <w:spacing w:after="0" w:before="0"/>
              <w:jc w:val="center"/>
            </w:pPr>
            <w:r/>
            <w:r>
              <w:rPr>
                <w:b w:val="0"/>
                <w:i w:val="0"/>
                <w:sz w:val="17"/>
              </w:rPr>
              <w:t>3E2125304</w:t>
            </w:r>
          </w:p>
        </w:tc>
        <w:tc>
          <w:tcPr>
            <w:tcW w:type="dxa" w:w="1681"/>
            <w:tcMar>
              <w:top w:w="30" w:type="dxa"/>
              <w:bottom w:w="30" w:type="dxa"/>
              <w:start w:w="70" w:type="dxa"/>
              <w:end w:w="70" w:type="dxa"/>
            </w:tcMar>
            <w:vAlign w:val="center"/>
          </w:tcPr>
          <w:p>
            <w:pPr>
              <w:spacing w:after="0" w:before="0"/>
            </w:pPr>
            <w:r/>
            <w:r>
              <w:rPr>
                <w:b w:val="0"/>
                <w:i w:val="0"/>
                <w:sz w:val="17"/>
              </w:rPr>
              <w:t>Matematika Ekonomi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3E2125305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Pengantar Manajemen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FED-04</w:t>
            </w:r>
          </w:p>
        </w:tc>
      </w:tr>
      <w:tr>
        <w:tc>
          <w:tcPr>
            <w:tcW w:type="dxa" w:w="1681"/>
            <w:tcMar>
              <w:top w:w="30" w:type="dxa"/>
              <w:bottom w:w="30" w:type="dxa"/>
              <w:start w:w="70" w:type="dxa"/>
              <w:end w:w="70" w:type="dxa"/>
            </w:tcMar>
            <w:vAlign w:val="center"/>
          </w:tcPr>
          <w:p>
            <w:pPr>
              <w:spacing w:after="0" w:before="0"/>
              <w:jc w:val="center"/>
            </w:pPr>
            <w:r/>
            <w:r>
              <w:rPr>
                <w:b w:val="0"/>
                <w:i w:val="0"/>
                <w:sz w:val="17"/>
              </w:rPr>
              <w:t>7</w:t>
            </w:r>
          </w:p>
        </w:tc>
        <w:tc>
          <w:tcPr>
            <w:tcW w:type="dxa" w:w="1681"/>
            <w:tcMar>
              <w:top w:w="30" w:type="dxa"/>
              <w:bottom w:w="30" w:type="dxa"/>
              <w:start w:w="70" w:type="dxa"/>
              <w:end w:w="70" w:type="dxa"/>
            </w:tcMar>
            <w:vAlign w:val="center"/>
          </w:tcPr>
          <w:p>
            <w:pPr>
              <w:spacing w:after="0" w:before="0"/>
              <w:jc w:val="center"/>
            </w:pPr>
            <w:r/>
            <w:r>
              <w:rPr>
                <w:b w:val="0"/>
                <w:i w:val="0"/>
                <w:sz w:val="17"/>
              </w:rPr>
              <w:t>3UIG25107</w:t>
            </w:r>
          </w:p>
        </w:tc>
        <w:tc>
          <w:tcPr>
            <w:tcW w:type="dxa" w:w="1681"/>
            <w:tcMar>
              <w:top w:w="30" w:type="dxa"/>
              <w:bottom w:w="30" w:type="dxa"/>
              <w:start w:w="70" w:type="dxa"/>
              <w:end w:w="70" w:type="dxa"/>
            </w:tcMar>
            <w:vAlign w:val="center"/>
          </w:tcPr>
          <w:p>
            <w:pPr>
              <w:spacing w:after="0" w:before="0"/>
            </w:pPr>
            <w:r/>
            <w:r>
              <w:rPr>
                <w:b w:val="0"/>
                <w:i w:val="0"/>
                <w:sz w:val="17"/>
              </w:rPr>
              <w:t>Teknologi Informasi Manajemen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3E2125308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Pengantar Akuntansi II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9</w:t>
            </w:r>
          </w:p>
        </w:tc>
        <w:tc>
          <w:tcPr>
            <w:tcW w:type="dxa" w:w="1681"/>
            <w:tcMar>
              <w:top w:w="30" w:type="dxa"/>
              <w:bottom w:w="30" w:type="dxa"/>
              <w:start w:w="70" w:type="dxa"/>
              <w:end w:w="70" w:type="dxa"/>
            </w:tcMar>
            <w:vAlign w:val="center"/>
          </w:tcPr>
          <w:p>
            <w:pPr>
              <w:spacing w:after="0" w:before="0"/>
              <w:jc w:val="center"/>
            </w:pPr>
            <w:r/>
            <w:r>
              <w:rPr>
                <w:b w:val="0"/>
                <w:i w:val="0"/>
                <w:sz w:val="17"/>
              </w:rPr>
              <w:t>2UIG25104</w:t>
            </w:r>
          </w:p>
        </w:tc>
        <w:tc>
          <w:tcPr>
            <w:tcW w:type="dxa" w:w="1681"/>
            <w:tcMar>
              <w:top w:w="30" w:type="dxa"/>
              <w:bottom w:w="30" w:type="dxa"/>
              <w:start w:w="70" w:type="dxa"/>
              <w:end w:w="70" w:type="dxa"/>
            </w:tcMar>
            <w:vAlign w:val="center"/>
          </w:tcPr>
          <w:p>
            <w:pPr>
              <w:spacing w:after="0" w:before="0"/>
            </w:pPr>
            <w:r/>
            <w:r>
              <w:rPr>
                <w:b w:val="0"/>
                <w:i w:val="0"/>
                <w:sz w:val="17"/>
              </w:rPr>
              <w:t>Pendidikan Agama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3E2125309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Akuntansi Biaya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11</w:t>
            </w:r>
          </w:p>
        </w:tc>
        <w:tc>
          <w:tcPr>
            <w:tcW w:type="dxa" w:w="1681"/>
            <w:tcMar>
              <w:top w:w="30" w:type="dxa"/>
              <w:bottom w:w="30" w:type="dxa"/>
              <w:start w:w="70" w:type="dxa"/>
              <w:end w:w="70" w:type="dxa"/>
            </w:tcMar>
            <w:vAlign w:val="center"/>
          </w:tcPr>
          <w:p>
            <w:pPr>
              <w:spacing w:after="0" w:before="0"/>
              <w:jc w:val="center"/>
            </w:pPr>
            <w:r/>
            <w:r>
              <w:rPr>
                <w:b w:val="0"/>
                <w:i w:val="0"/>
                <w:sz w:val="17"/>
              </w:rPr>
              <w:t>3E2125310</w:t>
            </w:r>
          </w:p>
        </w:tc>
        <w:tc>
          <w:tcPr>
            <w:tcW w:type="dxa" w:w="1681"/>
            <w:tcMar>
              <w:top w:w="30" w:type="dxa"/>
              <w:bottom w:w="30" w:type="dxa"/>
              <w:start w:w="70" w:type="dxa"/>
              <w:end w:w="70" w:type="dxa"/>
            </w:tcMar>
            <w:vAlign w:val="center"/>
          </w:tcPr>
          <w:p>
            <w:pPr>
              <w:spacing w:after="0" w:before="0"/>
            </w:pPr>
            <w:r/>
            <w:r>
              <w:rPr>
                <w:b w:val="0"/>
                <w:i w:val="0"/>
                <w:sz w:val="17"/>
              </w:rPr>
              <w:t>Hukum dalam Bisnis</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3E2125311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Ekonomi Makro</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FED-07</w:t>
            </w:r>
          </w:p>
        </w:tc>
      </w:tr>
      <w:tr>
        <w:tc>
          <w:tcPr>
            <w:tcW w:type="dxa" w:w="1681"/>
            <w:tcMar>
              <w:top w:w="30" w:type="dxa"/>
              <w:bottom w:w="30" w:type="dxa"/>
              <w:start w:w="70" w:type="dxa"/>
              <w:end w:w="70" w:type="dxa"/>
            </w:tcMar>
            <w:vAlign w:val="center"/>
          </w:tcPr>
          <w:p>
            <w:pPr>
              <w:spacing w:after="0" w:before="0"/>
              <w:jc w:val="center"/>
            </w:pPr>
            <w:r/>
            <w:r>
              <w:rPr>
                <w:b w:val="0"/>
                <w:i w:val="0"/>
                <w:sz w:val="17"/>
              </w:rPr>
              <w:t>13</w:t>
            </w:r>
          </w:p>
        </w:tc>
        <w:tc>
          <w:tcPr>
            <w:tcW w:type="dxa" w:w="1681"/>
            <w:tcMar>
              <w:top w:w="30" w:type="dxa"/>
              <w:bottom w:w="30" w:type="dxa"/>
              <w:start w:w="70" w:type="dxa"/>
              <w:end w:w="70" w:type="dxa"/>
            </w:tcMar>
            <w:vAlign w:val="center"/>
          </w:tcPr>
          <w:p>
            <w:pPr>
              <w:spacing w:after="0" w:before="0"/>
              <w:jc w:val="center"/>
            </w:pPr>
            <w:r/>
            <w:r>
              <w:rPr>
                <w:b w:val="0"/>
                <w:i w:val="0"/>
                <w:sz w:val="17"/>
              </w:rPr>
              <w:t>3E2125312</w:t>
            </w:r>
          </w:p>
        </w:tc>
        <w:tc>
          <w:tcPr>
            <w:tcW w:type="dxa" w:w="1681"/>
            <w:tcMar>
              <w:top w:w="30" w:type="dxa"/>
              <w:bottom w:w="30" w:type="dxa"/>
              <w:start w:w="70" w:type="dxa"/>
              <w:end w:w="70" w:type="dxa"/>
            </w:tcMar>
            <w:vAlign w:val="center"/>
          </w:tcPr>
          <w:p>
            <w:pPr>
              <w:spacing w:after="0" w:before="0"/>
            </w:pPr>
            <w:r/>
            <w:r>
              <w:rPr>
                <w:b w:val="0"/>
                <w:i w:val="0"/>
                <w:sz w:val="17"/>
              </w:rPr>
              <w:t>Kepemimpinan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FED-08</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3E2125313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Ekonomi Syariah</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FED-09</w:t>
            </w:r>
          </w:p>
        </w:tc>
      </w:tr>
      <w:tr>
        <w:tc>
          <w:tcPr>
            <w:tcW w:type="dxa" w:w="1681"/>
            <w:tcMar>
              <w:top w:w="30" w:type="dxa"/>
              <w:bottom w:w="30" w:type="dxa"/>
              <w:start w:w="70" w:type="dxa"/>
              <w:end w:w="70" w:type="dxa"/>
            </w:tcMar>
            <w:vAlign w:val="center"/>
          </w:tcPr>
          <w:p>
            <w:pPr>
              <w:spacing w:after="0" w:before="0"/>
              <w:jc w:val="center"/>
            </w:pPr>
            <w:r/>
            <w:r>
              <w:rPr>
                <w:b w:val="0"/>
                <w:i w:val="0"/>
                <w:sz w:val="17"/>
              </w:rPr>
              <w:t>15</w:t>
            </w:r>
          </w:p>
        </w:tc>
        <w:tc>
          <w:tcPr>
            <w:tcW w:type="dxa" w:w="1681"/>
            <w:tcMar>
              <w:top w:w="30" w:type="dxa"/>
              <w:bottom w:w="30" w:type="dxa"/>
              <w:start w:w="70" w:type="dxa"/>
              <w:end w:w="70" w:type="dxa"/>
            </w:tcMar>
            <w:vAlign w:val="center"/>
          </w:tcPr>
          <w:p>
            <w:pPr>
              <w:spacing w:after="0" w:before="0"/>
              <w:jc w:val="center"/>
            </w:pPr>
            <w:r/>
            <w:r>
              <w:rPr>
                <w:b w:val="0"/>
                <w:i w:val="0"/>
                <w:sz w:val="17"/>
              </w:rPr>
              <w:t>3E2125314</w:t>
            </w:r>
          </w:p>
        </w:tc>
        <w:tc>
          <w:tcPr>
            <w:tcW w:type="dxa" w:w="1681"/>
            <w:tcMar>
              <w:top w:w="30" w:type="dxa"/>
              <w:bottom w:w="30" w:type="dxa"/>
              <w:start w:w="70" w:type="dxa"/>
              <w:end w:w="70" w:type="dxa"/>
            </w:tcMar>
            <w:vAlign w:val="center"/>
          </w:tcPr>
          <w:p>
            <w:pPr>
              <w:spacing w:after="0" w:before="0"/>
            </w:pPr>
            <w:r/>
            <w:r>
              <w:rPr>
                <w:b w:val="0"/>
                <w:i w:val="0"/>
                <w:sz w:val="17"/>
              </w:rPr>
              <w:t>Manajemen Keuangan Daerah</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FED-10</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3E2125315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Manajemen Keuangan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FED-11</w:t>
            </w:r>
          </w:p>
        </w:tc>
      </w:tr>
      <w:tr>
        <w:tc>
          <w:tcPr>
            <w:tcW w:type="dxa" w:w="1681"/>
            <w:tcMar>
              <w:top w:w="30" w:type="dxa"/>
              <w:bottom w:w="30" w:type="dxa"/>
              <w:start w:w="70" w:type="dxa"/>
              <w:end w:w="70" w:type="dxa"/>
            </w:tcMar>
            <w:vAlign w:val="center"/>
          </w:tcPr>
          <w:p>
            <w:pPr>
              <w:spacing w:after="0" w:before="0"/>
              <w:jc w:val="center"/>
            </w:pPr>
            <w:r/>
            <w:r>
              <w:rPr>
                <w:b w:val="0"/>
                <w:i w:val="0"/>
                <w:sz w:val="17"/>
              </w:rPr>
              <w:t>17</w:t>
            </w:r>
          </w:p>
        </w:tc>
        <w:tc>
          <w:tcPr>
            <w:tcW w:type="dxa" w:w="1681"/>
            <w:tcMar>
              <w:top w:w="30" w:type="dxa"/>
              <w:bottom w:w="30" w:type="dxa"/>
              <w:start w:w="70" w:type="dxa"/>
              <w:end w:w="70" w:type="dxa"/>
            </w:tcMar>
            <w:vAlign w:val="center"/>
          </w:tcPr>
          <w:p>
            <w:pPr>
              <w:spacing w:after="0" w:before="0"/>
              <w:jc w:val="center"/>
            </w:pPr>
            <w:r/>
            <w:r>
              <w:rPr>
                <w:b w:val="0"/>
                <w:i w:val="0"/>
                <w:sz w:val="17"/>
              </w:rPr>
              <w:t>2UIG25101</w:t>
            </w:r>
          </w:p>
        </w:tc>
        <w:tc>
          <w:tcPr>
            <w:tcW w:type="dxa" w:w="1681"/>
            <w:tcMar>
              <w:top w:w="30" w:type="dxa"/>
              <w:bottom w:w="30" w:type="dxa"/>
              <w:start w:w="70" w:type="dxa"/>
              <w:end w:w="70" w:type="dxa"/>
            </w:tcMar>
            <w:vAlign w:val="center"/>
          </w:tcPr>
          <w:p>
            <w:pPr>
              <w:spacing w:after="0" w:before="0"/>
            </w:pPr>
            <w:r/>
            <w:r>
              <w:rPr>
                <w:b w:val="0"/>
                <w:i w:val="0"/>
                <w:sz w:val="17"/>
              </w:rPr>
              <w:t>Pendidikan Pancasila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18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2UIG25102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Pendidikan Kewarganegaraan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FED-13</w:t>
            </w:r>
          </w:p>
        </w:tc>
      </w:tr>
      <w:tr>
        <w:tc>
          <w:tcPr>
            <w:tcW w:type="dxa" w:w="1681"/>
            <w:tcMar>
              <w:top w:w="30" w:type="dxa"/>
              <w:bottom w:w="30" w:type="dxa"/>
              <w:start w:w="70" w:type="dxa"/>
              <w:end w:w="70" w:type="dxa"/>
            </w:tcMar>
            <w:vAlign w:val="center"/>
          </w:tcPr>
          <w:p>
            <w:pPr>
              <w:spacing w:after="0" w:before="0"/>
              <w:jc w:val="center"/>
            </w:pPr>
            <w:r/>
            <w:r>
              <w:rPr>
                <w:b w:val="0"/>
                <w:i w:val="0"/>
                <w:sz w:val="17"/>
              </w:rPr>
              <w:t>19</w:t>
            </w:r>
          </w:p>
        </w:tc>
        <w:tc>
          <w:tcPr>
            <w:tcW w:type="dxa" w:w="1681"/>
            <w:tcMar>
              <w:top w:w="30" w:type="dxa"/>
              <w:bottom w:w="30" w:type="dxa"/>
              <w:start w:w="70" w:type="dxa"/>
              <w:end w:w="70" w:type="dxa"/>
            </w:tcMar>
            <w:vAlign w:val="center"/>
          </w:tcPr>
          <w:p>
            <w:pPr>
              <w:spacing w:after="0" w:before="0"/>
              <w:jc w:val="center"/>
            </w:pPr>
            <w:r/>
            <w:r>
              <w:rPr>
                <w:b w:val="0"/>
                <w:i w:val="0"/>
                <w:sz w:val="17"/>
              </w:rPr>
              <w:t>3E2125316</w:t>
            </w:r>
          </w:p>
        </w:tc>
        <w:tc>
          <w:tcPr>
            <w:tcW w:type="dxa" w:w="1681"/>
            <w:tcMar>
              <w:top w:w="30" w:type="dxa"/>
              <w:bottom w:w="30" w:type="dxa"/>
              <w:start w:w="70" w:type="dxa"/>
              <w:end w:w="70" w:type="dxa"/>
            </w:tcMar>
            <w:vAlign w:val="center"/>
          </w:tcPr>
          <w:p>
            <w:pPr>
              <w:spacing w:after="0" w:before="0"/>
            </w:pPr>
            <w:r/>
            <w:r>
              <w:rPr>
                <w:b w:val="0"/>
                <w:i w:val="0"/>
                <w:sz w:val="17"/>
              </w:rPr>
              <w:t>Manajemen Pemasaran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FED-14</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3E2125317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Manajemen Sumber Daya Manusia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FED-15</w:t>
            </w:r>
          </w:p>
        </w:tc>
      </w:tr>
      <w:tr>
        <w:tc>
          <w:tcPr>
            <w:tcW w:type="dxa" w:w="1681"/>
            <w:tcMar>
              <w:top w:w="30" w:type="dxa"/>
              <w:bottom w:w="30" w:type="dxa"/>
              <w:start w:w="70" w:type="dxa"/>
              <w:end w:w="70" w:type="dxa"/>
            </w:tcMar>
            <w:vAlign w:val="center"/>
          </w:tcPr>
          <w:p>
            <w:pPr>
              <w:spacing w:after="0" w:before="0"/>
              <w:jc w:val="center"/>
            </w:pPr>
            <w:r/>
            <w:r>
              <w:rPr>
                <w:b w:val="0"/>
                <w:i w:val="0"/>
                <w:sz w:val="17"/>
              </w:rPr>
              <w:t>21</w:t>
            </w:r>
          </w:p>
        </w:tc>
        <w:tc>
          <w:tcPr>
            <w:tcW w:type="dxa" w:w="1681"/>
            <w:tcMar>
              <w:top w:w="30" w:type="dxa"/>
              <w:bottom w:w="30" w:type="dxa"/>
              <w:start w:w="70" w:type="dxa"/>
              <w:end w:w="70" w:type="dxa"/>
            </w:tcMar>
            <w:vAlign w:val="center"/>
          </w:tcPr>
          <w:p>
            <w:pPr>
              <w:spacing w:after="0" w:before="0"/>
              <w:jc w:val="center"/>
            </w:pPr>
            <w:r/>
            <w:r>
              <w:rPr>
                <w:b w:val="0"/>
                <w:i w:val="0"/>
                <w:sz w:val="17"/>
              </w:rPr>
              <w:t>2UIG25103</w:t>
            </w:r>
          </w:p>
        </w:tc>
        <w:tc>
          <w:tcPr>
            <w:tcW w:type="dxa" w:w="1681"/>
            <w:tcMar>
              <w:top w:w="30" w:type="dxa"/>
              <w:bottom w:w="30" w:type="dxa"/>
              <w:start w:w="70" w:type="dxa"/>
              <w:end w:w="70" w:type="dxa"/>
            </w:tcMar>
            <w:vAlign w:val="center"/>
          </w:tcPr>
          <w:p>
            <w:pPr>
              <w:spacing w:after="0" w:before="0"/>
            </w:pPr>
            <w:r/>
            <w:r>
              <w:rPr>
                <w:b w:val="0"/>
                <w:i w:val="0"/>
                <w:sz w:val="17"/>
              </w:rPr>
              <w:t>Bahasa Indonesia</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3E2125318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Kewirausahaan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FED-17</w:t>
            </w:r>
          </w:p>
        </w:tc>
      </w:tr>
      <w:tr>
        <w:tc>
          <w:tcPr>
            <w:tcW w:type="dxa" w:w="1681"/>
            <w:tcMar>
              <w:top w:w="30" w:type="dxa"/>
              <w:bottom w:w="30" w:type="dxa"/>
              <w:start w:w="70" w:type="dxa"/>
              <w:end w:w="70" w:type="dxa"/>
            </w:tcMar>
            <w:vAlign w:val="center"/>
          </w:tcPr>
          <w:p>
            <w:pPr>
              <w:spacing w:after="0" w:before="0"/>
              <w:jc w:val="center"/>
            </w:pPr>
            <w:r/>
            <w:r>
              <w:rPr>
                <w:b w:val="0"/>
                <w:i w:val="0"/>
                <w:sz w:val="17"/>
              </w:rPr>
              <w:t>23</w:t>
            </w:r>
          </w:p>
        </w:tc>
        <w:tc>
          <w:tcPr>
            <w:tcW w:type="dxa" w:w="1681"/>
            <w:tcMar>
              <w:top w:w="30" w:type="dxa"/>
              <w:bottom w:w="30" w:type="dxa"/>
              <w:start w:w="70" w:type="dxa"/>
              <w:end w:w="70" w:type="dxa"/>
            </w:tcMar>
            <w:vAlign w:val="center"/>
          </w:tcPr>
          <w:p>
            <w:pPr>
              <w:spacing w:after="0" w:before="0"/>
              <w:jc w:val="center"/>
            </w:pPr>
            <w:r/>
            <w:r>
              <w:rPr>
                <w:b w:val="0"/>
                <w:i w:val="0"/>
                <w:sz w:val="17"/>
              </w:rPr>
              <w:t>3UIG25106</w:t>
            </w:r>
          </w:p>
        </w:tc>
        <w:tc>
          <w:tcPr>
            <w:tcW w:type="dxa" w:w="1681"/>
            <w:tcMar>
              <w:top w:w="30" w:type="dxa"/>
              <w:bottom w:w="30" w:type="dxa"/>
              <w:start w:w="70" w:type="dxa"/>
              <w:end w:w="70" w:type="dxa"/>
            </w:tcMar>
            <w:vAlign w:val="center"/>
          </w:tcPr>
          <w:p>
            <w:pPr>
              <w:spacing w:after="0" w:before="0"/>
            </w:pPr>
            <w:r/>
            <w:r>
              <w:rPr>
                <w:b w:val="0"/>
                <w:i w:val="0"/>
                <w:sz w:val="17"/>
              </w:rPr>
              <w:t>Technopreneurship</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FED-18</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3E2125319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Statistik 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25</w:t>
            </w:r>
          </w:p>
        </w:tc>
        <w:tc>
          <w:tcPr>
            <w:tcW w:type="dxa" w:w="1681"/>
            <w:tcMar>
              <w:top w:w="30" w:type="dxa"/>
              <w:bottom w:w="30" w:type="dxa"/>
              <w:start w:w="70" w:type="dxa"/>
              <w:end w:w="70" w:type="dxa"/>
            </w:tcMar>
            <w:vAlign w:val="center"/>
          </w:tcPr>
          <w:p>
            <w:pPr>
              <w:spacing w:after="0" w:before="0"/>
              <w:jc w:val="center"/>
            </w:pPr>
            <w:r/>
            <w:r>
              <w:rPr>
                <w:b w:val="0"/>
                <w:i w:val="0"/>
                <w:sz w:val="17"/>
              </w:rPr>
              <w:t>3E2125320</w:t>
            </w:r>
          </w:p>
        </w:tc>
        <w:tc>
          <w:tcPr>
            <w:tcW w:type="dxa" w:w="1681"/>
            <w:tcMar>
              <w:top w:w="30" w:type="dxa"/>
              <w:bottom w:w="30" w:type="dxa"/>
              <w:start w:w="70" w:type="dxa"/>
              <w:end w:w="70" w:type="dxa"/>
            </w:tcMar>
            <w:vAlign w:val="center"/>
          </w:tcPr>
          <w:p>
            <w:pPr>
              <w:spacing w:after="0" w:before="0"/>
            </w:pPr>
            <w:r/>
            <w:r>
              <w:rPr>
                <w:b w:val="0"/>
                <w:i w:val="0"/>
                <w:sz w:val="17"/>
              </w:rPr>
              <w:t>Sistem Informasi Manajemen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FED-19</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3E2125321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Strategi Manajemen Global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FED-20</w:t>
            </w:r>
          </w:p>
        </w:tc>
      </w:tr>
      <w:tr>
        <w:tc>
          <w:tcPr>
            <w:tcW w:type="dxa" w:w="1681"/>
            <w:tcMar>
              <w:top w:w="30" w:type="dxa"/>
              <w:bottom w:w="30" w:type="dxa"/>
              <w:start w:w="70" w:type="dxa"/>
              <w:end w:w="70" w:type="dxa"/>
            </w:tcMar>
            <w:vAlign w:val="center"/>
          </w:tcPr>
          <w:p>
            <w:pPr>
              <w:spacing w:after="0" w:before="0"/>
              <w:jc w:val="center"/>
            </w:pPr>
            <w:r/>
            <w:r>
              <w:rPr>
                <w:b w:val="0"/>
                <w:i w:val="0"/>
                <w:sz w:val="17"/>
              </w:rPr>
              <w:t>27</w:t>
            </w:r>
          </w:p>
        </w:tc>
        <w:tc>
          <w:tcPr>
            <w:tcW w:type="dxa" w:w="1681"/>
            <w:tcMar>
              <w:top w:w="30" w:type="dxa"/>
              <w:bottom w:w="30" w:type="dxa"/>
              <w:start w:w="70" w:type="dxa"/>
              <w:end w:w="70" w:type="dxa"/>
            </w:tcMar>
            <w:vAlign w:val="center"/>
          </w:tcPr>
          <w:p>
            <w:pPr>
              <w:spacing w:after="0" w:before="0"/>
              <w:jc w:val="center"/>
            </w:pPr>
            <w:r/>
            <w:r>
              <w:rPr>
                <w:b w:val="0"/>
                <w:i w:val="0"/>
                <w:sz w:val="17"/>
              </w:rPr>
              <w:t>3E2125322</w:t>
            </w:r>
          </w:p>
        </w:tc>
        <w:tc>
          <w:tcPr>
            <w:tcW w:type="dxa" w:w="1681"/>
            <w:tcMar>
              <w:top w:w="30" w:type="dxa"/>
              <w:bottom w:w="30" w:type="dxa"/>
              <w:start w:w="70" w:type="dxa"/>
              <w:end w:w="70" w:type="dxa"/>
            </w:tcMar>
            <w:vAlign w:val="center"/>
          </w:tcPr>
          <w:p>
            <w:pPr>
              <w:spacing w:after="0" w:before="0"/>
            </w:pPr>
            <w:r/>
            <w:r>
              <w:rPr>
                <w:b w:val="0"/>
                <w:i w:val="0"/>
                <w:sz w:val="17"/>
              </w:rPr>
              <w:t>Akuntansi Manajemen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3E2125323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Perilaku Keorganisasian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FED-21</w:t>
            </w:r>
          </w:p>
        </w:tc>
      </w:tr>
      <w:tr>
        <w:tc>
          <w:tcPr>
            <w:tcW w:type="dxa" w:w="1681"/>
            <w:tcMar>
              <w:top w:w="30" w:type="dxa"/>
              <w:bottom w:w="30" w:type="dxa"/>
              <w:start w:w="70" w:type="dxa"/>
              <w:end w:w="70" w:type="dxa"/>
            </w:tcMar>
            <w:vAlign w:val="center"/>
          </w:tcPr>
          <w:p>
            <w:pPr>
              <w:spacing w:after="0" w:before="0"/>
              <w:jc w:val="center"/>
            </w:pPr>
            <w:r/>
            <w:r>
              <w:rPr>
                <w:b w:val="0"/>
                <w:i w:val="0"/>
                <w:sz w:val="17"/>
              </w:rPr>
              <w:t>29</w:t>
            </w:r>
          </w:p>
        </w:tc>
        <w:tc>
          <w:tcPr>
            <w:tcW w:type="dxa" w:w="1681"/>
            <w:tcMar>
              <w:top w:w="30" w:type="dxa"/>
              <w:bottom w:w="30" w:type="dxa"/>
              <w:start w:w="70" w:type="dxa"/>
              <w:end w:w="70" w:type="dxa"/>
            </w:tcMar>
            <w:vAlign w:val="center"/>
          </w:tcPr>
          <w:p>
            <w:pPr>
              <w:spacing w:after="0" w:before="0"/>
              <w:jc w:val="center"/>
            </w:pPr>
            <w:r/>
            <w:r>
              <w:rPr>
                <w:b w:val="0"/>
                <w:i w:val="0"/>
                <w:sz w:val="17"/>
              </w:rPr>
              <w:t>2E2125324</w:t>
            </w:r>
          </w:p>
        </w:tc>
        <w:tc>
          <w:tcPr>
            <w:tcW w:type="dxa" w:w="1681"/>
            <w:tcMar>
              <w:top w:w="30" w:type="dxa"/>
              <w:bottom w:w="30" w:type="dxa"/>
              <w:start w:w="70" w:type="dxa"/>
              <w:end w:w="70" w:type="dxa"/>
            </w:tcMar>
            <w:vAlign w:val="center"/>
          </w:tcPr>
          <w:p>
            <w:pPr>
              <w:spacing w:after="0" w:before="0"/>
            </w:pPr>
            <w:r/>
            <w:r>
              <w:rPr>
                <w:b w:val="0"/>
                <w:i w:val="0"/>
                <w:sz w:val="17"/>
              </w:rPr>
              <w:t>Pendidikan Karakter Bangsa (Soft Skill)</w:t>
            </w:r>
          </w:p>
        </w:tc>
        <w:tc>
          <w:tcPr>
            <w:tcW w:type="dxa" w:w="1681"/>
            <w:tcMar>
              <w:top w:w="30" w:type="dxa"/>
              <w:bottom w:w="30" w:type="dxa"/>
              <w:start w:w="70" w:type="dxa"/>
              <w:end w:w="70" w:type="dxa"/>
            </w:tcMar>
            <w:vAlign w:val="center"/>
          </w:tcPr>
          <w:p>
            <w:pPr>
              <w:spacing w:after="0" w:before="0"/>
              <w:jc w:val="center"/>
            </w:pPr>
            <w:r/>
            <w:r>
              <w:rPr>
                <w:b w:val="0"/>
                <w:i w:val="0"/>
                <w:sz w:val="17"/>
              </w:rPr>
              <w:t>2</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FED-22</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3E2125325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Bank dan Lembaga Keuangan Lainnya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FED-23</w:t>
            </w:r>
          </w:p>
        </w:tc>
      </w:tr>
      <w:tr>
        <w:tc>
          <w:tcPr>
            <w:tcW w:type="dxa" w:w="1681"/>
            <w:tcMar>
              <w:top w:w="30" w:type="dxa"/>
              <w:bottom w:w="30" w:type="dxa"/>
              <w:start w:w="70" w:type="dxa"/>
              <w:end w:w="70" w:type="dxa"/>
            </w:tcMar>
            <w:vAlign w:val="center"/>
          </w:tcPr>
          <w:p>
            <w:pPr>
              <w:spacing w:after="0" w:before="0"/>
              <w:jc w:val="center"/>
            </w:pPr>
            <w:r/>
            <w:r>
              <w:rPr>
                <w:b w:val="0"/>
                <w:i w:val="0"/>
                <w:sz w:val="17"/>
              </w:rPr>
              <w:t>31</w:t>
            </w:r>
          </w:p>
        </w:tc>
        <w:tc>
          <w:tcPr>
            <w:tcW w:type="dxa" w:w="1681"/>
            <w:tcMar>
              <w:top w:w="30" w:type="dxa"/>
              <w:bottom w:w="30" w:type="dxa"/>
              <w:start w:w="70" w:type="dxa"/>
              <w:end w:w="70" w:type="dxa"/>
            </w:tcMar>
            <w:vAlign w:val="center"/>
          </w:tcPr>
          <w:p>
            <w:pPr>
              <w:spacing w:after="0" w:before="0"/>
              <w:jc w:val="center"/>
            </w:pPr>
            <w:r/>
            <w:r>
              <w:rPr>
                <w:b w:val="0"/>
                <w:i w:val="0"/>
                <w:sz w:val="17"/>
              </w:rPr>
              <w:t>3E2125326</w:t>
            </w:r>
          </w:p>
        </w:tc>
        <w:tc>
          <w:tcPr>
            <w:tcW w:type="dxa" w:w="1681"/>
            <w:tcMar>
              <w:top w:w="30" w:type="dxa"/>
              <w:bottom w:w="30" w:type="dxa"/>
              <w:start w:w="70" w:type="dxa"/>
              <w:end w:w="70" w:type="dxa"/>
            </w:tcMar>
            <w:vAlign w:val="center"/>
          </w:tcPr>
          <w:p>
            <w:pPr>
              <w:spacing w:after="0" w:before="0"/>
            </w:pPr>
            <w:r/>
            <w:r>
              <w:rPr>
                <w:b w:val="0"/>
                <w:i w:val="0"/>
                <w:sz w:val="17"/>
              </w:rPr>
              <w:t>Statistik II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2E2125327</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Bahasa Inggris Ekonomi dan Bisnis</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FED-24</w:t>
            </w:r>
          </w:p>
        </w:tc>
      </w:tr>
      <w:tr>
        <w:tc>
          <w:tcPr>
            <w:tcW w:type="dxa" w:w="1681"/>
            <w:tcMar>
              <w:top w:w="30" w:type="dxa"/>
              <w:bottom w:w="30" w:type="dxa"/>
              <w:start w:w="70" w:type="dxa"/>
              <w:end w:w="70" w:type="dxa"/>
            </w:tcMar>
            <w:vAlign w:val="center"/>
          </w:tcPr>
          <w:p>
            <w:pPr>
              <w:spacing w:after="0" w:before="0"/>
              <w:jc w:val="center"/>
            </w:pPr>
            <w:r/>
            <w:r>
              <w:rPr>
                <w:b w:val="0"/>
                <w:i w:val="0"/>
                <w:sz w:val="17"/>
              </w:rPr>
              <w:t>33</w:t>
            </w:r>
          </w:p>
        </w:tc>
        <w:tc>
          <w:tcPr>
            <w:tcW w:type="dxa" w:w="1681"/>
            <w:tcMar>
              <w:top w:w="30" w:type="dxa"/>
              <w:bottom w:w="30" w:type="dxa"/>
              <w:start w:w="70" w:type="dxa"/>
              <w:end w:w="70" w:type="dxa"/>
            </w:tcMar>
            <w:vAlign w:val="center"/>
          </w:tcPr>
          <w:p>
            <w:pPr>
              <w:spacing w:after="0" w:before="0"/>
              <w:jc w:val="center"/>
            </w:pPr>
            <w:r/>
            <w:r>
              <w:rPr>
                <w:b w:val="0"/>
                <w:i w:val="0"/>
                <w:sz w:val="17"/>
              </w:rPr>
              <w:t>3E2125328</w:t>
            </w:r>
          </w:p>
        </w:tc>
        <w:tc>
          <w:tcPr>
            <w:tcW w:type="dxa" w:w="1681"/>
            <w:tcMar>
              <w:top w:w="30" w:type="dxa"/>
              <w:bottom w:w="30" w:type="dxa"/>
              <w:start w:w="70" w:type="dxa"/>
              <w:end w:w="70" w:type="dxa"/>
            </w:tcMar>
            <w:vAlign w:val="center"/>
          </w:tcPr>
          <w:p>
            <w:pPr>
              <w:spacing w:after="0" w:before="0"/>
            </w:pPr>
            <w:r/>
            <w:r>
              <w:rPr>
                <w:b w:val="0"/>
                <w:i w:val="0"/>
                <w:sz w:val="17"/>
              </w:rPr>
              <w:t>Manajemen Operasional</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3E2125329</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Ekonomi Manajerial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35</w:t>
            </w:r>
          </w:p>
        </w:tc>
        <w:tc>
          <w:tcPr>
            <w:tcW w:type="dxa" w:w="1681"/>
            <w:tcMar>
              <w:top w:w="30" w:type="dxa"/>
              <w:bottom w:w="30" w:type="dxa"/>
              <w:start w:w="70" w:type="dxa"/>
              <w:end w:w="70" w:type="dxa"/>
            </w:tcMar>
            <w:vAlign w:val="center"/>
          </w:tcPr>
          <w:p>
            <w:pPr>
              <w:spacing w:after="0" w:before="0"/>
              <w:jc w:val="center"/>
            </w:pPr>
            <w:r/>
            <w:r>
              <w:rPr>
                <w:b w:val="0"/>
                <w:i w:val="0"/>
                <w:sz w:val="17"/>
              </w:rPr>
              <w:t>3E2125330</w:t>
            </w:r>
          </w:p>
        </w:tc>
        <w:tc>
          <w:tcPr>
            <w:tcW w:type="dxa" w:w="1681"/>
            <w:tcMar>
              <w:top w:w="30" w:type="dxa"/>
              <w:bottom w:w="30" w:type="dxa"/>
              <w:start w:w="70" w:type="dxa"/>
              <w:end w:w="70" w:type="dxa"/>
            </w:tcMar>
            <w:vAlign w:val="center"/>
          </w:tcPr>
          <w:p>
            <w:pPr>
              <w:spacing w:after="0" w:before="0"/>
            </w:pPr>
            <w:r/>
            <w:r>
              <w:rPr>
                <w:b w:val="0"/>
                <w:i w:val="0"/>
                <w:sz w:val="17"/>
              </w:rPr>
              <w:t>Perekonomian Indonesia</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FED-26</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36</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3E2125331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Manajemen Agribisnis</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FED-27</w:t>
            </w:r>
          </w:p>
        </w:tc>
      </w:tr>
      <w:tr>
        <w:tc>
          <w:tcPr>
            <w:tcW w:type="dxa" w:w="1681"/>
            <w:tcMar>
              <w:top w:w="30" w:type="dxa"/>
              <w:bottom w:w="30" w:type="dxa"/>
              <w:start w:w="70" w:type="dxa"/>
              <w:end w:w="70" w:type="dxa"/>
            </w:tcMar>
            <w:vAlign w:val="center"/>
          </w:tcPr>
          <w:p>
            <w:pPr>
              <w:spacing w:after="0" w:before="0"/>
              <w:jc w:val="center"/>
            </w:pPr>
            <w:r/>
            <w:r>
              <w:rPr>
                <w:b w:val="0"/>
                <w:i w:val="0"/>
                <w:sz w:val="17"/>
              </w:rPr>
              <w:t>37</w:t>
            </w:r>
          </w:p>
        </w:tc>
        <w:tc>
          <w:tcPr>
            <w:tcW w:type="dxa" w:w="1681"/>
            <w:tcMar>
              <w:top w:w="30" w:type="dxa"/>
              <w:bottom w:w="30" w:type="dxa"/>
              <w:start w:w="70" w:type="dxa"/>
              <w:end w:w="70" w:type="dxa"/>
            </w:tcMar>
            <w:vAlign w:val="center"/>
          </w:tcPr>
          <w:p>
            <w:pPr>
              <w:spacing w:after="0" w:before="0"/>
              <w:jc w:val="center"/>
            </w:pPr>
            <w:r/>
            <w:r>
              <w:rPr>
                <w:b w:val="0"/>
                <w:i w:val="0"/>
                <w:sz w:val="17"/>
              </w:rPr>
              <w:t>3E2125332</w:t>
            </w:r>
          </w:p>
        </w:tc>
        <w:tc>
          <w:tcPr>
            <w:tcW w:type="dxa" w:w="1681"/>
            <w:tcMar>
              <w:top w:w="30" w:type="dxa"/>
              <w:bottom w:w="30" w:type="dxa"/>
              <w:start w:w="70" w:type="dxa"/>
              <w:end w:w="70" w:type="dxa"/>
            </w:tcMar>
            <w:vAlign w:val="center"/>
          </w:tcPr>
          <w:p>
            <w:pPr>
              <w:spacing w:after="0" w:before="0"/>
            </w:pPr>
            <w:r/>
            <w:r>
              <w:rPr>
                <w:b w:val="0"/>
                <w:i w:val="0"/>
                <w:sz w:val="17"/>
              </w:rPr>
              <w:t>Sistem Pengendalian Manajemen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FED-28</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38</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3E2125333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Perpajakan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FED-29</w:t>
            </w:r>
          </w:p>
        </w:tc>
      </w:tr>
      <w:tr>
        <w:tc>
          <w:tcPr>
            <w:tcW w:type="dxa" w:w="1681"/>
            <w:tcMar>
              <w:top w:w="30" w:type="dxa"/>
              <w:bottom w:w="30" w:type="dxa"/>
              <w:start w:w="70" w:type="dxa"/>
              <w:end w:w="70" w:type="dxa"/>
            </w:tcMar>
            <w:vAlign w:val="center"/>
          </w:tcPr>
          <w:p>
            <w:pPr>
              <w:spacing w:after="0" w:before="0"/>
              <w:jc w:val="center"/>
            </w:pPr>
            <w:r/>
            <w:r>
              <w:rPr>
                <w:b w:val="0"/>
                <w:i w:val="0"/>
                <w:sz w:val="17"/>
              </w:rPr>
              <w:t>39</w:t>
            </w:r>
          </w:p>
        </w:tc>
        <w:tc>
          <w:tcPr>
            <w:tcW w:type="dxa" w:w="1681"/>
            <w:tcMar>
              <w:top w:w="30" w:type="dxa"/>
              <w:bottom w:w="30" w:type="dxa"/>
              <w:start w:w="70" w:type="dxa"/>
              <w:end w:w="70" w:type="dxa"/>
            </w:tcMar>
            <w:vAlign w:val="center"/>
          </w:tcPr>
          <w:p>
            <w:pPr>
              <w:spacing w:after="0" w:before="0"/>
              <w:jc w:val="center"/>
            </w:pPr>
            <w:r/>
            <w:r>
              <w:rPr>
                <w:b w:val="0"/>
                <w:i w:val="0"/>
                <w:sz w:val="17"/>
              </w:rPr>
              <w:t>3E2125334</w:t>
            </w:r>
          </w:p>
        </w:tc>
        <w:tc>
          <w:tcPr>
            <w:tcW w:type="dxa" w:w="1681"/>
            <w:tcMar>
              <w:top w:w="30" w:type="dxa"/>
              <w:bottom w:w="30" w:type="dxa"/>
              <w:start w:w="70" w:type="dxa"/>
              <w:end w:w="70" w:type="dxa"/>
            </w:tcMar>
            <w:vAlign w:val="center"/>
          </w:tcPr>
          <w:p>
            <w:pPr>
              <w:spacing w:after="0" w:before="0"/>
            </w:pPr>
            <w:r/>
            <w:r>
              <w:rPr>
                <w:b w:val="0"/>
                <w:i w:val="0"/>
                <w:sz w:val="17"/>
              </w:rPr>
              <w:t>Riset Operasi</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40</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3E2125335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Metodologi Penelitian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41</w:t>
            </w:r>
          </w:p>
        </w:tc>
        <w:tc>
          <w:tcPr>
            <w:tcW w:type="dxa" w:w="1681"/>
            <w:tcMar>
              <w:top w:w="30" w:type="dxa"/>
              <w:bottom w:w="30" w:type="dxa"/>
              <w:start w:w="70" w:type="dxa"/>
              <w:end w:w="70" w:type="dxa"/>
            </w:tcMar>
            <w:vAlign w:val="center"/>
          </w:tcPr>
          <w:p>
            <w:pPr>
              <w:spacing w:after="0" w:before="0"/>
              <w:jc w:val="center"/>
            </w:pPr>
            <w:r/>
            <w:r>
              <w:rPr>
                <w:b w:val="0"/>
                <w:i w:val="0"/>
                <w:sz w:val="17"/>
              </w:rPr>
              <w:t>3E2125361</w:t>
            </w:r>
          </w:p>
        </w:tc>
        <w:tc>
          <w:tcPr>
            <w:tcW w:type="dxa" w:w="1681"/>
            <w:tcMar>
              <w:top w:w="30" w:type="dxa"/>
              <w:bottom w:w="30" w:type="dxa"/>
              <w:start w:w="70" w:type="dxa"/>
              <w:end w:w="70" w:type="dxa"/>
            </w:tcMar>
            <w:vAlign w:val="center"/>
          </w:tcPr>
          <w:p>
            <w:pPr>
              <w:spacing w:after="0" w:before="0"/>
            </w:pPr>
            <w:r/>
            <w:r>
              <w:rPr>
                <w:b w:val="0"/>
                <w:i w:val="0"/>
                <w:sz w:val="17"/>
              </w:rPr>
              <w:t>KKLP</w:t>
            </w:r>
          </w:p>
        </w:tc>
        <w:tc>
          <w:tcPr>
            <w:tcW w:type="dxa" w:w="1681"/>
            <w:tcMar>
              <w:top w:w="30" w:type="dxa"/>
              <w:bottom w:w="30" w:type="dxa"/>
              <w:start w:w="70" w:type="dxa"/>
              <w:end w:w="70" w:type="dxa"/>
            </w:tcMar>
            <w:vAlign w:val="center"/>
          </w:tcPr>
          <w:p>
            <w:pPr>
              <w:spacing w:after="0" w:before="0"/>
              <w:jc w:val="center"/>
            </w:pPr>
            <w:r/>
            <w:r>
              <w:rPr>
                <w:b w:val="0"/>
                <w:i w:val="0"/>
                <w:sz w:val="17"/>
              </w:rPr>
              <w:t>4</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3E2125336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Manajemen Strategi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FED-30</w:t>
            </w:r>
          </w:p>
        </w:tc>
      </w:tr>
      <w:tr>
        <w:tc>
          <w:tcPr>
            <w:tcW w:type="dxa" w:w="1681"/>
            <w:tcMar>
              <w:top w:w="30" w:type="dxa"/>
              <w:bottom w:w="30" w:type="dxa"/>
              <w:start w:w="70" w:type="dxa"/>
              <w:end w:w="70" w:type="dxa"/>
            </w:tcMar>
            <w:vAlign w:val="center"/>
          </w:tcPr>
          <w:p>
            <w:pPr>
              <w:spacing w:after="0" w:before="0"/>
              <w:jc w:val="center"/>
            </w:pPr>
            <w:r/>
            <w:r>
              <w:rPr>
                <w:b w:val="0"/>
                <w:i w:val="0"/>
                <w:sz w:val="17"/>
              </w:rPr>
              <w:t>43</w:t>
            </w:r>
          </w:p>
        </w:tc>
        <w:tc>
          <w:tcPr>
            <w:tcW w:type="dxa" w:w="1681"/>
            <w:tcMar>
              <w:top w:w="30" w:type="dxa"/>
              <w:bottom w:w="30" w:type="dxa"/>
              <w:start w:w="70" w:type="dxa"/>
              <w:end w:w="70" w:type="dxa"/>
            </w:tcMar>
            <w:vAlign w:val="center"/>
          </w:tcPr>
          <w:p>
            <w:pPr>
              <w:spacing w:after="0" w:before="0"/>
              <w:jc w:val="center"/>
            </w:pPr>
            <w:r/>
            <w:r>
              <w:rPr>
                <w:b w:val="0"/>
                <w:i w:val="0"/>
                <w:sz w:val="17"/>
              </w:rPr>
              <w:t>3E2125337</w:t>
            </w:r>
          </w:p>
        </w:tc>
        <w:tc>
          <w:tcPr>
            <w:tcW w:type="dxa" w:w="1681"/>
            <w:tcMar>
              <w:top w:w="30" w:type="dxa"/>
              <w:bottom w:w="30" w:type="dxa"/>
              <w:start w:w="70" w:type="dxa"/>
              <w:end w:w="70" w:type="dxa"/>
            </w:tcMar>
            <w:vAlign w:val="center"/>
          </w:tcPr>
          <w:p>
            <w:pPr>
              <w:spacing w:after="0" w:before="0"/>
            </w:pPr>
            <w:r/>
            <w:r>
              <w:rPr>
                <w:b w:val="0"/>
                <w:i w:val="0"/>
                <w:sz w:val="17"/>
              </w:rPr>
              <w:t>Studi Kelayakan Bisnis</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FED-31</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3E2125338</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Teknik Negosiasi &amp; Komunikasi</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FED-32</w:t>
            </w:r>
          </w:p>
        </w:tc>
      </w:tr>
      <w:tr>
        <w:tc>
          <w:tcPr>
            <w:tcW w:type="dxa" w:w="1681"/>
            <w:tcMar>
              <w:top w:w="30" w:type="dxa"/>
              <w:bottom w:w="30" w:type="dxa"/>
              <w:start w:w="70" w:type="dxa"/>
              <w:end w:w="70" w:type="dxa"/>
            </w:tcMar>
            <w:vAlign w:val="center"/>
          </w:tcPr>
          <w:p>
            <w:pPr>
              <w:spacing w:after="0" w:before="0"/>
              <w:jc w:val="center"/>
            </w:pPr>
            <w:r/>
            <w:r>
              <w:rPr>
                <w:b w:val="0"/>
                <w:i w:val="0"/>
                <w:sz w:val="17"/>
              </w:rPr>
              <w:t>45</w:t>
            </w:r>
          </w:p>
        </w:tc>
        <w:tc>
          <w:tcPr>
            <w:tcW w:type="dxa" w:w="1681"/>
            <w:tcMar>
              <w:top w:w="30" w:type="dxa"/>
              <w:bottom w:w="30" w:type="dxa"/>
              <w:start w:w="70" w:type="dxa"/>
              <w:end w:w="70" w:type="dxa"/>
            </w:tcMar>
            <w:vAlign w:val="center"/>
          </w:tcPr>
          <w:p>
            <w:pPr>
              <w:spacing w:after="0" w:before="0"/>
              <w:jc w:val="center"/>
            </w:pPr>
            <w:r/>
            <w:r>
              <w:rPr>
                <w:b w:val="0"/>
                <w:i w:val="0"/>
                <w:sz w:val="17"/>
              </w:rPr>
              <w:t>3E2125339</w:t>
            </w:r>
          </w:p>
        </w:tc>
        <w:tc>
          <w:tcPr>
            <w:tcW w:type="dxa" w:w="1681"/>
            <w:tcMar>
              <w:top w:w="30" w:type="dxa"/>
              <w:bottom w:w="30" w:type="dxa"/>
              <w:start w:w="70" w:type="dxa"/>
              <w:end w:w="70" w:type="dxa"/>
            </w:tcMar>
            <w:vAlign w:val="center"/>
          </w:tcPr>
          <w:p>
            <w:pPr>
              <w:spacing w:after="0" w:before="0"/>
            </w:pPr>
            <w:r/>
            <w:r>
              <w:rPr>
                <w:b w:val="0"/>
                <w:i w:val="0"/>
                <w:sz w:val="17"/>
              </w:rPr>
              <w:t>Seminar</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MKEU — Manajemen Keuangan</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3KBMJ409</w:t>
            </w:r>
          </w:p>
        </w:tc>
        <w:tc>
          <w:tcPr>
            <w:tcW w:type="dxa" w:w="1681"/>
            <w:tcMar>
              <w:top w:w="30" w:type="dxa"/>
              <w:bottom w:w="30" w:type="dxa"/>
              <w:start w:w="70" w:type="dxa"/>
              <w:end w:w="70" w:type="dxa"/>
            </w:tcMar>
            <w:vAlign w:val="center"/>
          </w:tcPr>
          <w:p>
            <w:pPr>
              <w:spacing w:after="0" w:before="0"/>
            </w:pPr>
            <w:r/>
            <w:r>
              <w:rPr>
                <w:b w:val="0"/>
                <w:i w:val="0"/>
                <w:sz w:val="17"/>
              </w:rPr>
              <w:t>Manajemen Keuangan Lanjutan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FED-33</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3BMMJ710</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Pasar Modal dan Manajemen Portofolio</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FED-34</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3PBMJ710</w:t>
            </w:r>
          </w:p>
        </w:tc>
        <w:tc>
          <w:tcPr>
            <w:tcW w:type="dxa" w:w="1681"/>
            <w:tcMar>
              <w:top w:w="30" w:type="dxa"/>
              <w:bottom w:w="30" w:type="dxa"/>
              <w:start w:w="70" w:type="dxa"/>
              <w:end w:w="70" w:type="dxa"/>
            </w:tcMar>
            <w:vAlign w:val="center"/>
          </w:tcPr>
          <w:p>
            <w:pPr>
              <w:spacing w:after="0" w:before="0"/>
            </w:pPr>
            <w:r/>
            <w:r>
              <w:rPr>
                <w:b w:val="0"/>
                <w:i w:val="0"/>
                <w:sz w:val="17"/>
              </w:rPr>
              <w:t>Manajemen Keuangan Internasional</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Ya</w:t>
            </w:r>
          </w:p>
        </w:tc>
        <w:tc>
          <w:tcPr>
            <w:tcW w:type="dxa" w:w="1681"/>
            <w:tcMar>
              <w:top w:w="30" w:type="dxa"/>
              <w:bottom w:w="30" w:type="dxa"/>
              <w:start w:w="70" w:type="dxa"/>
              <w:end w:w="70" w:type="dxa"/>
            </w:tcMar>
            <w:vAlign w:val="center"/>
          </w:tcPr>
          <w:p>
            <w:pPr>
              <w:spacing w:after="0" w:before="0"/>
              <w:jc w:val="center"/>
            </w:pPr>
            <w:r/>
            <w:r>
              <w:rPr>
                <w:b w:val="0"/>
                <w:i w:val="0"/>
                <w:sz w:val="17"/>
              </w:rPr>
              <w:t>FED-35</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3KBMJ712</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Manajemen Risiko</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Ya</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FED-36</w:t>
            </w:r>
          </w:p>
        </w:tc>
      </w:tr>
    </w:tbl>
    <w:p>
      <w:pPr>
        <w:spacing w:after="120"/>
      </w:pPr>
    </w:p>
    <w:p>
      <w:pPr>
        <w:spacing w:before="100" w:after="60"/>
      </w:pPr>
      <w:r>
        <w:rPr>
          <w:color w:val="C9A15F"/>
          <w:sz w:val="22"/>
        </w:rPr>
        <w:t xml:space="preserve">▌ </w:t>
      </w:r>
      <w:r>
        <w:rPr>
          <w:b/>
          <w:color w:val="4B3F9E"/>
          <w:sz w:val="22"/>
        </w:rPr>
        <w:t>MPSR — Manajemen Pemasaran</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3PBMJ610</w:t>
            </w:r>
          </w:p>
        </w:tc>
        <w:tc>
          <w:tcPr>
            <w:tcW w:type="dxa" w:w="1681"/>
            <w:tcMar>
              <w:top w:w="30" w:type="dxa"/>
              <w:bottom w:w="30" w:type="dxa"/>
              <w:start w:w="70" w:type="dxa"/>
              <w:end w:w="70" w:type="dxa"/>
            </w:tcMar>
            <w:vAlign w:val="center"/>
          </w:tcPr>
          <w:p>
            <w:pPr>
              <w:spacing w:after="0" w:before="0"/>
            </w:pPr>
            <w:r/>
            <w:r>
              <w:rPr>
                <w:b w:val="0"/>
                <w:i w:val="0"/>
                <w:sz w:val="17"/>
              </w:rPr>
              <w:t>Pemasaran Lanjutan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3PBMJ706</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Pemasaran Internasional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3KBMJ710</w:t>
            </w:r>
          </w:p>
        </w:tc>
        <w:tc>
          <w:tcPr>
            <w:tcW w:type="dxa" w:w="1681"/>
            <w:tcMar>
              <w:top w:w="30" w:type="dxa"/>
              <w:bottom w:w="30" w:type="dxa"/>
              <w:start w:w="70" w:type="dxa"/>
              <w:end w:w="70" w:type="dxa"/>
            </w:tcMar>
            <w:vAlign w:val="center"/>
          </w:tcPr>
          <w:p>
            <w:pPr>
              <w:spacing w:after="0" w:before="0"/>
            </w:pPr>
            <w:r/>
            <w:r>
              <w:rPr>
                <w:b w:val="0"/>
                <w:i w:val="0"/>
                <w:sz w:val="17"/>
              </w:rPr>
              <w:t>Manajemen Penjualan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3BMMJ711</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Perilaku Konsumen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pPr>
        <w:spacing w:before="100" w:after="60"/>
      </w:pPr>
      <w:r>
        <w:rPr>
          <w:color w:val="C9A15F"/>
          <w:sz w:val="22"/>
        </w:rPr>
        <w:t xml:space="preserve">▌ </w:t>
      </w:r>
      <w:r>
        <w:rPr>
          <w:b/>
          <w:color w:val="4B3F9E"/>
          <w:sz w:val="22"/>
        </w:rPr>
        <w:t>MSDM — Manajemen SDM</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793"/>
        <w:gridCol w:w="1701"/>
        <w:gridCol w:w="3515"/>
        <w:gridCol w:w="793"/>
        <w:gridCol w:w="907"/>
        <w:gridCol w:w="1644"/>
      </w:tblGrid>
      <w:tr>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NO.</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KODE MK</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NAMA MATA KULIAH</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SKS</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RPL</w:t>
            </w:r>
          </w:p>
        </w:tc>
        <w:tc>
          <w:tcPr>
            <w:tcW w:type="dxa" w:w="1681"/>
            <w:shd w:val="clear" w:color="auto" w:fill="4B3F9E"/>
            <w:tcMar>
              <w:top w:w="40" w:type="dxa"/>
              <w:bottom w:w="40" w:type="dxa"/>
              <w:start w:w="70" w:type="dxa"/>
              <w:end w:w="70" w:type="dxa"/>
            </w:tcMar>
            <w:vAlign w:val="center"/>
          </w:tcPr>
          <w:p>
            <w:pPr>
              <w:spacing w:after="0" w:before="0"/>
              <w:jc w:val="center"/>
            </w:pPr>
            <w:r/>
            <w:r>
              <w:rPr>
                <w:b/>
                <w:i w:val="0"/>
                <w:color w:val="FFFFFF"/>
                <w:sz w:val="17"/>
              </w:rPr>
              <w:t>FORMULIR (FED)</w:t>
            </w:r>
          </w:p>
        </w:tc>
      </w:tr>
      <w:tr>
        <w:tc>
          <w:tcPr>
            <w:tcW w:type="dxa" w:w="1681"/>
            <w:tcMar>
              <w:top w:w="30" w:type="dxa"/>
              <w:bottom w:w="30" w:type="dxa"/>
              <w:start w:w="70" w:type="dxa"/>
              <w:end w:w="70" w:type="dxa"/>
            </w:tcMar>
            <w:vAlign w:val="center"/>
          </w:tcPr>
          <w:p>
            <w:pPr>
              <w:spacing w:after="0" w:before="0"/>
              <w:jc w:val="center"/>
            </w:pPr>
            <w:r/>
            <w:r>
              <w:rPr>
                <w:b w:val="0"/>
                <w:i w:val="0"/>
                <w:sz w:val="17"/>
              </w:rPr>
              <w:t>1</w:t>
            </w:r>
          </w:p>
        </w:tc>
        <w:tc>
          <w:tcPr>
            <w:tcW w:type="dxa" w:w="1681"/>
            <w:tcMar>
              <w:top w:w="30" w:type="dxa"/>
              <w:bottom w:w="30" w:type="dxa"/>
              <w:start w:w="70" w:type="dxa"/>
              <w:end w:w="70" w:type="dxa"/>
            </w:tcMar>
            <w:vAlign w:val="center"/>
          </w:tcPr>
          <w:p>
            <w:pPr>
              <w:spacing w:after="0" w:before="0"/>
              <w:jc w:val="center"/>
            </w:pPr>
            <w:r/>
            <w:r>
              <w:rPr>
                <w:b w:val="0"/>
                <w:i w:val="0"/>
                <w:sz w:val="17"/>
              </w:rPr>
              <w:t>3KBMJ615</w:t>
            </w:r>
          </w:p>
        </w:tc>
        <w:tc>
          <w:tcPr>
            <w:tcW w:type="dxa" w:w="1681"/>
            <w:tcMar>
              <w:top w:w="30" w:type="dxa"/>
              <w:bottom w:w="30" w:type="dxa"/>
              <w:start w:w="70" w:type="dxa"/>
              <w:end w:w="70" w:type="dxa"/>
            </w:tcMar>
            <w:vAlign w:val="center"/>
          </w:tcPr>
          <w:p>
            <w:pPr>
              <w:spacing w:after="0" w:before="0"/>
            </w:pPr>
            <w:r/>
            <w:r>
              <w:rPr>
                <w:b w:val="0"/>
                <w:i w:val="0"/>
                <w:sz w:val="17"/>
              </w:rPr>
              <w:t>MSDM Lanjutan</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2</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3KBMJ715</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MSDM Internasional</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r>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3PBMJ709</w:t>
            </w:r>
          </w:p>
        </w:tc>
        <w:tc>
          <w:tcPr>
            <w:tcW w:type="dxa" w:w="1681"/>
            <w:tcMar>
              <w:top w:w="30" w:type="dxa"/>
              <w:bottom w:w="30" w:type="dxa"/>
              <w:start w:w="70" w:type="dxa"/>
              <w:end w:w="70" w:type="dxa"/>
            </w:tcMar>
            <w:vAlign w:val="center"/>
          </w:tcPr>
          <w:p>
            <w:pPr>
              <w:spacing w:after="0" w:before="0"/>
            </w:pPr>
            <w:r/>
            <w:r>
              <w:rPr>
                <w:b w:val="0"/>
                <w:i w:val="0"/>
                <w:sz w:val="17"/>
              </w:rPr>
              <w:t>Perencanaan SDM</w:t>
            </w:r>
          </w:p>
        </w:tc>
        <w:tc>
          <w:tcPr>
            <w:tcW w:type="dxa" w:w="1681"/>
            <w:tcMar>
              <w:top w:w="30" w:type="dxa"/>
              <w:bottom w:w="30" w:type="dxa"/>
              <w:start w:w="70" w:type="dxa"/>
              <w:end w:w="70" w:type="dxa"/>
            </w:tcMar>
            <w:vAlign w:val="center"/>
          </w:tcPr>
          <w:p>
            <w:pPr>
              <w:spacing w:after="0" w:before="0"/>
              <w:jc w:val="center"/>
            </w:pPr>
            <w:r/>
            <w:r>
              <w:rPr>
                <w:b w:val="0"/>
                <w:i w:val="0"/>
                <w:sz w:val="17"/>
              </w:rPr>
              <w:t>3</w:t>
            </w:r>
          </w:p>
        </w:tc>
        <w:tc>
          <w:tcPr>
            <w:tcW w:type="dxa" w:w="1681"/>
            <w:tcMar>
              <w:top w:w="30" w:type="dxa"/>
              <w:bottom w:w="30" w:type="dxa"/>
              <w:start w:w="70" w:type="dxa"/>
              <w:end w:w="70" w:type="dxa"/>
            </w:tcMar>
            <w:vAlign w:val="center"/>
          </w:tcPr>
          <w:p>
            <w:pPr>
              <w:spacing w:after="0" w:before="0"/>
              <w:jc w:val="center"/>
            </w:pPr>
            <w:r/>
            <w:r>
              <w:rPr>
                <w:b w:val="0"/>
                <w:i w:val="0"/>
                <w:sz w:val="17"/>
              </w:rPr>
              <w:t>Tidak</w:t>
            </w:r>
          </w:p>
        </w:tc>
        <w:tc>
          <w:tcPr>
            <w:tcW w:type="dxa" w:w="1681"/>
            <w:tcMar>
              <w:top w:w="30" w:type="dxa"/>
              <w:bottom w:w="30" w:type="dxa"/>
              <w:start w:w="70" w:type="dxa"/>
              <w:end w:w="70" w:type="dxa"/>
            </w:tcMar>
            <w:vAlign w:val="center"/>
          </w:tcPr>
          <w:p>
            <w:pPr>
              <w:spacing w:after="0" w:before="0"/>
              <w:jc w:val="center"/>
            </w:pPr>
            <w:r/>
            <w:r>
              <w:rPr>
                <w:b w:val="0"/>
                <w:i w:val="0"/>
                <w:sz w:val="17"/>
              </w:rPr>
              <w:t>-</w:t>
            </w:r>
          </w:p>
        </w:tc>
      </w:tr>
      <w:tr>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4</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3BMMJ713</w:t>
            </w:r>
          </w:p>
        </w:tc>
        <w:tc>
          <w:tcPr>
            <w:tcW w:type="dxa" w:w="1681"/>
            <w:shd w:val="clear" w:color="auto" w:fill="F6F5FC"/>
            <w:tcMar>
              <w:top w:w="30" w:type="dxa"/>
              <w:bottom w:w="30" w:type="dxa"/>
              <w:start w:w="70" w:type="dxa"/>
              <w:end w:w="70" w:type="dxa"/>
            </w:tcMar>
            <w:vAlign w:val="center"/>
          </w:tcPr>
          <w:p>
            <w:pPr>
              <w:spacing w:after="0" w:before="0"/>
            </w:pPr>
            <w:r/>
            <w:r>
              <w:rPr>
                <w:b w:val="0"/>
                <w:i w:val="0"/>
                <w:sz w:val="17"/>
              </w:rPr>
              <w:t>Teori Pengambilan Keputusan</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3</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Tidak</w:t>
            </w:r>
          </w:p>
        </w:tc>
        <w:tc>
          <w:tcPr>
            <w:tcW w:type="dxa" w:w="1681"/>
            <w:shd w:val="clear" w:color="auto" w:fill="F6F5FC"/>
            <w:tcMar>
              <w:top w:w="30" w:type="dxa"/>
              <w:bottom w:w="30" w:type="dxa"/>
              <w:start w:w="70" w:type="dxa"/>
              <w:end w:w="70" w:type="dxa"/>
            </w:tcMar>
            <w:vAlign w:val="center"/>
          </w:tcPr>
          <w:p>
            <w:pPr>
              <w:spacing w:after="0" w:before="0"/>
              <w:jc w:val="center"/>
            </w:pPr>
            <w:r/>
            <w:r>
              <w:rPr>
                <w:b w:val="0"/>
                <w:i w:val="0"/>
                <w:sz w:val="17"/>
              </w:rPr>
              <w:t>-</w:t>
            </w:r>
          </w:p>
        </w:tc>
      </w:tr>
    </w:tbl>
    <w:p>
      <w:pPr>
        <w:spacing w:after="120"/>
      </w:pPr>
    </w:p>
    <w:p>
      <w:r>
        <w:br w:type="page"/>
      </w: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BAB II — FORMULIR EVALUASI DIRI MK YANG DAPAT DIAJUKAN UNTUK DIREKOGNISI (RPL)</w:t>
            </w:r>
          </w:p>
        </w:tc>
      </w:tr>
    </w:tbl>
    <w:p>
      <w:pPr>
        <w:spacing w:after="40"/>
      </w:pPr>
    </w:p>
    <w:p>
      <w:pPr>
        <w:spacing w:after="200"/>
        <w:jc w:val="center"/>
      </w:pPr>
      <w:r>
        <w:rPr>
          <w:b/>
          <w:i w:val="0"/>
          <w:color w:val="4B3F9E"/>
          <w:sz w:val="23"/>
        </w:rPr>
        <w:t>FORMULIR EVALUASI DIRI PROGRAM STUDI S1 MANAJEMEN</w:t>
      </w:r>
    </w:p>
    <w:p>
      <w:pPr>
        <w:tabs>
          <w:tab w:pos="2381" w:val="left"/>
        </w:tabs>
        <w:spacing w:after="80"/>
      </w:pPr>
      <w:r>
        <w:rPr>
          <w:sz w:val="20"/>
        </w:rPr>
        <w:t>Nama Calon</w:t>
        <w:tab/>
        <w:t xml:space="preserve">: </w:t>
      </w:r>
      <w:r>
        <w:rPr>
          <w:sz w:val="20"/>
          <w:u w:val="single"/>
        </w:rPr>
        <w:t xml:space="preserve">                                                            </w:t>
      </w:r>
    </w:p>
    <w:p>
      <w:pPr>
        <w:tabs>
          <w:tab w:pos="2381" w:val="left"/>
        </w:tabs>
        <w:spacing w:after="80"/>
      </w:pPr>
      <w:r>
        <w:rPr>
          <w:sz w:val="20"/>
        </w:rPr>
        <w:t>Tempat/Tgl lahir</w:t>
        <w:tab/>
        <w:t xml:space="preserve">: </w:t>
      </w:r>
      <w:r>
        <w:rPr>
          <w:sz w:val="20"/>
          <w:u w:val="single"/>
        </w:rPr>
        <w:t xml:space="preserve">                                                            </w:t>
      </w:r>
    </w:p>
    <w:p>
      <w:pPr>
        <w:tabs>
          <w:tab w:pos="2381" w:val="left"/>
        </w:tabs>
        <w:spacing w:after="80"/>
      </w:pPr>
      <w:r>
        <w:rPr>
          <w:sz w:val="20"/>
        </w:rPr>
        <w:t>Alamat</w:t>
        <w:tab/>
        <w:t xml:space="preserve">: </w:t>
      </w:r>
      <w:r>
        <w:rPr>
          <w:sz w:val="20"/>
          <w:u w:val="single"/>
        </w:rPr>
        <w:t xml:space="preserve">                                                            </w:t>
      </w:r>
    </w:p>
    <w:p>
      <w:pPr>
        <w:tabs>
          <w:tab w:pos="2381" w:val="left"/>
        </w:tabs>
        <w:spacing w:after="80"/>
      </w:pPr>
      <w:r>
        <w:rPr>
          <w:sz w:val="20"/>
        </w:rPr>
        <w:t>Nomor Telpon/HP</w:t>
        <w:tab/>
        <w:t xml:space="preserve">: </w:t>
      </w:r>
      <w:r>
        <w:rPr>
          <w:sz w:val="20"/>
          <w:u w:val="single"/>
        </w:rPr>
        <w:t xml:space="preserve">                                                            </w:t>
      </w:r>
    </w:p>
    <w:p>
      <w:pPr>
        <w:tabs>
          <w:tab w:pos="2381" w:val="left"/>
        </w:tabs>
        <w:spacing w:after="80"/>
      </w:pPr>
      <w:r>
        <w:rPr>
          <w:sz w:val="20"/>
        </w:rPr>
        <w:t>Alamat E Mail</w:t>
        <w:tab/>
        <w:t xml:space="preserve">: </w:t>
      </w:r>
      <w:r>
        <w:rPr>
          <w:sz w:val="20"/>
          <w:u w:val="single"/>
        </w:rPr>
        <w:t xml:space="preserve">                                                            </w:t>
      </w:r>
    </w:p>
    <w:p>
      <w:pPr>
        <w:spacing w:after="120"/>
      </w:pPr>
    </w:p>
    <w:p>
      <w:pPr>
        <w:spacing w:before="100" w:after="60"/>
      </w:pPr>
      <w:r>
        <w:rPr>
          <w:color w:val="C9A15F"/>
          <w:sz w:val="22"/>
        </w:rPr>
        <w:t xml:space="preserve">▌ </w:t>
      </w:r>
      <w:r>
        <w:rPr>
          <w:b/>
          <w:color w:val="4B3F9E"/>
          <w:sz w:val="22"/>
        </w:rPr>
        <w:t>Pengantar</w:t>
      </w:r>
    </w:p>
    <w:p>
      <w:pPr>
        <w:spacing w:after="100"/>
        <w:jc w:val="both"/>
      </w:pPr>
      <w:r>
        <w:rPr>
          <w:b w:val="0"/>
          <w:i w:val="0"/>
          <w:color w:val="333333"/>
          <w:sz w:val="19"/>
        </w:rPr>
        <w:t>Tujuan pengisian Formulir Evaluasi Diri ini adalah agar calon dapat secara mandiri menilai tingkat profesiensi dari setiap kriteria unjuk kerja capaian pembelajaran mata kuliah atau modul pembelajaran dan menyampaikan bukti yang diperlukan untuk mendukung klaim tingkat profesiensinya.</w:t>
      </w:r>
    </w:p>
    <w:p>
      <w:pPr>
        <w:spacing w:after="100"/>
        <w:jc w:val="both"/>
      </w:pPr>
      <w:r>
        <w:rPr>
          <w:b w:val="0"/>
          <w:i w:val="0"/>
          <w:color w:val="333333"/>
          <w:sz w:val="19"/>
        </w:rPr>
        <w:t>Isilah setiap kriteria unjuk kerja atau capaian pembelajaran pada halaman-halaman berikut sesuai dengan tingkat profesiansi yang saudara miliki. Saudara harus jujur dalam melakukan penilaian ini.</w:t>
      </w:r>
    </w:p>
    <w:p>
      <w:pPr>
        <w:spacing w:before="100" w:after="60"/>
      </w:pPr>
      <w:r>
        <w:rPr>
          <w:color w:val="C9A15F"/>
          <w:sz w:val="22"/>
        </w:rPr>
        <w:t xml:space="preserve">▌ </w:t>
      </w:r>
      <w:r>
        <w:rPr>
          <w:b/>
          <w:color w:val="4B3F9E"/>
          <w:sz w:val="22"/>
        </w:rPr>
        <w:t>Catatan</w:t>
      </w:r>
    </w:p>
    <w:p>
      <w:pPr>
        <w:spacing w:after="200"/>
        <w:jc w:val="both"/>
      </w:pPr>
      <w:r>
        <w:rPr>
          <w:b w:val="0"/>
          <w:i w:val="0"/>
          <w:color w:val="333333"/>
          <w:sz w:val="19"/>
        </w:rPr>
        <w:t>Jika saudara merasa yakin dengan kemampuan yang saudara miliki atas pencapaian profesiensi setiap kriteria unjuk kerja atau capaian pembelajaran yang dideskripsikan pada halaman berikut, dimohon saudara dapat melampirkan bukti yang valid, otentik, terkini, dan mencukupi untuk mendukung klaim saudara atas pencapaian profesiensi yang baik, dan/atau sangat baik tersebut.</w:t>
      </w:r>
    </w:p>
    <w:p>
      <w:pPr>
        <w:spacing w:before="100" w:after="60"/>
      </w:pPr>
      <w:r>
        <w:rPr>
          <w:color w:val="C9A15F"/>
          <w:sz w:val="22"/>
        </w:rPr>
        <w:t xml:space="preserve">▌ </w:t>
      </w:r>
      <w:r>
        <w:rPr>
          <w:b/>
          <w:color w:val="4B3F9E"/>
          <w:sz w:val="22"/>
        </w:rPr>
        <w:t>Tingkat Profisiensi</w:t>
      </w:r>
    </w:p>
    <w:p>
      <w:pPr>
        <w:spacing w:after="100"/>
      </w:pPr>
      <w:r>
        <w:rPr>
          <w:b w:val="0"/>
          <w:i w:val="0"/>
          <w:sz w:val="19"/>
        </w:rPr>
        <w:t>Identifikasi tingkat profesiensi pencapaian saudara dalam kriteria unjuk kerja atau capaian pembelajaran dengan menggunakan jawaban berikut ini:</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9355" w:type="dxa"/>
      </w:tblPr>
      <w:tblGrid>
        <w:gridCol w:w="2041"/>
        <w:gridCol w:w="7314"/>
      </w:tblGrid>
      <w:tr>
        <w:tc>
          <w:tcPr>
            <w:tcW w:type="dxa" w:w="2041"/>
            <w:shd w:val="clear" w:color="auto" w:fill="4B3F9E"/>
            <w:tcMar>
              <w:top w:w="50" w:type="dxa"/>
              <w:bottom w:w="50" w:type="dxa"/>
              <w:start w:w="70" w:type="dxa"/>
              <w:end w:w="70" w:type="dxa"/>
            </w:tcMar>
            <w:vAlign w:val="center"/>
          </w:tcPr>
          <w:p>
            <w:pPr>
              <w:spacing w:after="0" w:before="0"/>
              <w:jc w:val="center"/>
            </w:pPr>
            <w:r/>
            <w:r>
              <w:rPr>
                <w:b/>
                <w:i w:val="0"/>
                <w:color w:val="FFFFFF"/>
                <w:sz w:val="19"/>
              </w:rPr>
              <w:t>Profisiensi / Kemampuan</w:t>
            </w:r>
          </w:p>
        </w:tc>
        <w:tc>
          <w:tcPr>
            <w:tcW w:type="dxa" w:w="7143"/>
            <w:shd w:val="clear" w:color="auto" w:fill="4B3F9E"/>
            <w:tcMar>
              <w:top w:w="50" w:type="dxa"/>
              <w:bottom w:w="50" w:type="dxa"/>
              <w:start w:w="70" w:type="dxa"/>
              <w:end w:w="70" w:type="dxa"/>
            </w:tcMar>
            <w:vAlign w:val="center"/>
          </w:tcPr>
          <w:p>
            <w:pPr>
              <w:spacing w:after="0" w:before="0"/>
              <w:jc w:val="center"/>
            </w:pPr>
            <w:r/>
            <w:r>
              <w:rPr>
                <w:b/>
                <w:i w:val="0"/>
                <w:color w:val="FFFFFF"/>
                <w:sz w:val="19"/>
              </w:rPr>
              <w:t>Uraian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Sangat baik</w:t>
            </w:r>
          </w:p>
        </w:tc>
        <w:tc>
          <w:tcPr>
            <w:tcW w:type="dxa" w:w="5043"/>
            <w:tcMar>
              <w:top w:w="30" w:type="dxa"/>
              <w:bottom w:w="30" w:type="dxa"/>
              <w:start w:w="70" w:type="dxa"/>
              <w:end w:w="70" w:type="dxa"/>
            </w:tcMar>
            <w:vAlign w:val="center"/>
          </w:tcPr>
          <w:p>
            <w:pPr>
              <w:spacing w:after="0" w:before="0"/>
            </w:pPr>
            <w:r/>
            <w:r>
              <w:rPr>
                <w:b w:val="0"/>
                <w:i w:val="0"/>
                <w:sz w:val="18"/>
              </w:rPr>
              <w:t>Saya melakukan tugas ini dengan sangat baik, atau</w:t>
              <w:br/>
              <w:t>Saya menguasai bahan kajian ini dengan sangat baik, atau</w:t>
              <w:br/>
              <w:t>Saya memiliki keterampilan ini, selalu digunakan dalam pekerjaan dengan tepat tanpa ada kesalahan</w:t>
            </w:r>
          </w:p>
        </w:tc>
      </w:tr>
      <w:tr>
        <w:tc>
          <w:tcPr>
            <w:tcW w:type="dxa" w:w="5043"/>
            <w:tcMar>
              <w:top w:w="30" w:type="dxa"/>
              <w:bottom w:w="30" w:type="dxa"/>
              <w:start w:w="70" w:type="dxa"/>
              <w:end w:w="70" w:type="dxa"/>
            </w:tcMar>
            <w:shd w:val="clear" w:color="auto" w:fill="F6F5FC"/>
            <w:vAlign w:val="center"/>
          </w:tcPr>
          <w:p>
            <w:pPr>
              <w:spacing w:after="0" w:before="0"/>
              <w:jc w:val="center"/>
            </w:pPr>
            <w:r/>
            <w:r>
              <w:rPr>
                <w:b/>
                <w:i w:val="0"/>
                <w:color w:val="4B3F9E"/>
                <w:sz w:val="19"/>
              </w:rPr>
              <w:t>Baik</w:t>
            </w:r>
          </w:p>
        </w:tc>
        <w:tc>
          <w:tcPr>
            <w:tcW w:type="dxa" w:w="5043"/>
            <w:tcMar>
              <w:top w:w="30" w:type="dxa"/>
              <w:bottom w:w="30" w:type="dxa"/>
              <w:start w:w="70" w:type="dxa"/>
              <w:end w:w="70" w:type="dxa"/>
            </w:tcMar>
            <w:shd w:val="clear" w:color="auto" w:fill="F6F5FC"/>
            <w:vAlign w:val="center"/>
          </w:tcPr>
          <w:p>
            <w:pPr>
              <w:spacing w:after="0" w:before="0"/>
            </w:pPr>
            <w:r/>
            <w:r>
              <w:rPr>
                <w:b w:val="0"/>
                <w:i w:val="0"/>
                <w:sz w:val="18"/>
              </w:rPr>
              <w:t>Saya melakukan tugas ini dengan baik, atau</w:t>
              <w:br/>
              <w:t>Saya menguasai bahan kajian ini dengan baik, atau</w:t>
              <w:br/>
              <w:t>Saya memiliki keterampilan ini, dan kadang-kadang digunakan dalam pekerjaan</w:t>
            </w:r>
          </w:p>
        </w:tc>
      </w:tr>
      <w:tr>
        <w:tc>
          <w:tcPr>
            <w:tcW w:type="dxa" w:w="5043"/>
            <w:tcMar>
              <w:top w:w="30" w:type="dxa"/>
              <w:bottom w:w="30" w:type="dxa"/>
              <w:start w:w="70" w:type="dxa"/>
              <w:end w:w="70" w:type="dxa"/>
            </w:tcMar>
            <w:vAlign w:val="center"/>
          </w:tcPr>
          <w:p>
            <w:pPr>
              <w:spacing w:after="0" w:before="0"/>
              <w:jc w:val="center"/>
            </w:pPr>
            <w:r/>
            <w:r>
              <w:rPr>
                <w:b/>
                <w:i w:val="0"/>
                <w:color w:val="4B3F9E"/>
                <w:sz w:val="19"/>
              </w:rPr>
              <w:t>Tidak pernah</w:t>
            </w:r>
          </w:p>
        </w:tc>
        <w:tc>
          <w:tcPr>
            <w:tcW w:type="dxa" w:w="5043"/>
            <w:tcMar>
              <w:top w:w="30" w:type="dxa"/>
              <w:bottom w:w="30" w:type="dxa"/>
              <w:start w:w="70" w:type="dxa"/>
              <w:end w:w="70" w:type="dxa"/>
            </w:tcMar>
            <w:vAlign w:val="center"/>
          </w:tcPr>
          <w:p>
            <w:pPr>
              <w:spacing w:after="0" w:before="0"/>
            </w:pPr>
            <w:r/>
            <w:r>
              <w:rPr>
                <w:b w:val="0"/>
                <w:i w:val="0"/>
                <w:sz w:val="18"/>
              </w:rPr>
              <w:t>Saya tidak pernah melakukan tugas ini, atau</w:t>
              <w:br/>
              <w:t>Saya tidak menguasai bahan kajian ini, atau</w:t>
              <w:br/>
              <w:t>Saya tidak memiliki keterampilan ini</w:t>
            </w:r>
          </w:p>
        </w:tc>
      </w:tr>
    </w:tbl>
    <w:p>
      <w:pPr>
        <w:spacing w:before="100" w:after="60"/>
      </w:pPr>
      <w:r>
        <w:rPr>
          <w:color w:val="C9A15F"/>
          <w:sz w:val="22"/>
        </w:rPr>
        <w:t xml:space="preserve">▌ </w:t>
      </w:r>
      <w:r>
        <w:rPr>
          <w:b/>
          <w:color w:val="4B3F9E"/>
          <w:sz w:val="22"/>
        </w:rPr>
        <w:t>Jenis Bukti</w:t>
      </w:r>
    </w:p>
    <w:p>
      <w:pPr>
        <w:spacing w:after="120"/>
        <w:jc w:val="both"/>
      </w:pPr>
      <w:r>
        <w:rPr>
          <w:b w:val="0"/>
          <w:i w:val="0"/>
          <w:sz w:val="19"/>
        </w:rPr>
        <w:t>Bukti yang dapat digunakan untuk mendukung klaim saudara atas pencapaian profesiensi yang baik dan atau sangat baik tersebut adalah:</w:t>
      </w:r>
    </w:p>
    <w:p>
      <w:pPr>
        <w:spacing w:after="120"/>
        <w:jc w:val="both"/>
      </w:pPr>
      <w:r>
        <w:rPr>
          <w:b w:val="0"/>
          <w:i w:val="0"/>
          <w:sz w:val="19"/>
        </w:rPr>
        <w:t>Untuk Rekognisi dari Capaian Pembelajaran Formal sebelumnya, yaitu untuk calon mahasiswa yang mengajukan rekognisi Capaian Pembelajaran yang diperoleh dari pendidikan formal pada Program Studi pada Perguruan Tinggi sebelumnya, misal, pernah mengikuti kuliah di Perguruan Tinggi, baik selesai maupun tidak selesai/putus kuliah, maka calon dapat mengajukan bukti berupa, Ijazah dan/atau Transkrip Nilai, atau Surat Keterangan Lulus Mata Kuliah yang pernah ditempuh di jenjang Pendidikan Tinggi sebelumnya, dan dilengkapi dengan informasi silabusnya.</w:t>
      </w:r>
    </w:p>
    <w:p>
      <w:pPr>
        <w:spacing w:after="60"/>
        <w:jc w:val="both"/>
      </w:pPr>
      <w:r>
        <w:rPr>
          <w:b w:val="0"/>
          <w:i w:val="0"/>
          <w:sz w:val="19"/>
        </w:rPr>
        <w:t>Untuk Rekognisi dari Capaian Pembelajaran Nonformal, Informal dan Pengalaman Kerja, yaitu untuk calon mahasiswa yang mengajukan rekognsi Capaian Pembelajaran yang diperoleh dari pendidikan nonformal, informal dan/atau pengalaman kerja, dapat mengajukan bukti berupa, tetapi tidak terbatas pada:</w:t>
      </w:r>
    </w:p>
    <w:p>
      <w:pPr>
        <w:spacing w:after="20"/>
        <w:ind w:left="283"/>
      </w:pPr>
      <w:r>
        <w:rPr>
          <w:sz w:val="18"/>
        </w:rPr>
        <w:t>• Daftar Riwayat pekerjaan dengan rincian tugas yang dilakukan (lihat lampiran);</w:t>
      </w:r>
    </w:p>
    <w:p>
      <w:pPr>
        <w:spacing w:after="20"/>
        <w:ind w:left="283"/>
      </w:pPr>
      <w:r>
        <w:rPr>
          <w:sz w:val="18"/>
        </w:rPr>
        <w:t>• Sertifikat Kompetensi;</w:t>
      </w:r>
    </w:p>
    <w:p>
      <w:pPr>
        <w:spacing w:after="20"/>
        <w:ind w:left="283"/>
      </w:pPr>
      <w:r>
        <w:rPr>
          <w:sz w:val="18"/>
        </w:rPr>
        <w:t>• Sertifikat pengoperasian/lisensi; (misalnya, operator forklift, crane, dsb.);</w:t>
      </w:r>
    </w:p>
    <w:p>
      <w:pPr>
        <w:spacing w:after="20"/>
        <w:ind w:left="283"/>
      </w:pPr>
      <w:r>
        <w:rPr>
          <w:sz w:val="18"/>
        </w:rPr>
        <w:t>• Foto atau video pekerjaan yang pernah dilakukan;</w:t>
      </w:r>
    </w:p>
    <w:p>
      <w:pPr>
        <w:spacing w:after="20"/>
        <w:ind w:left="283"/>
      </w:pPr>
      <w:r>
        <w:rPr>
          <w:sz w:val="18"/>
        </w:rPr>
        <w:t>• Buku harian;</w:t>
      </w:r>
    </w:p>
    <w:p>
      <w:pPr>
        <w:spacing w:after="20"/>
        <w:ind w:left="283"/>
      </w:pPr>
      <w:r>
        <w:rPr>
          <w:sz w:val="18"/>
        </w:rPr>
        <w:t>• Lembar tugas / lembar kerja ketika bekerja di perusahaan;</w:t>
      </w:r>
    </w:p>
    <w:p>
      <w:pPr>
        <w:spacing w:after="20"/>
        <w:ind w:left="283"/>
      </w:pPr>
      <w:r>
        <w:rPr>
          <w:sz w:val="18"/>
        </w:rPr>
        <w:t>• Dokumen analisis/perancangan (parsial atau lengkap) ketika bekerja di perusahaan;</w:t>
      </w:r>
    </w:p>
    <w:p>
      <w:pPr>
        <w:spacing w:after="20"/>
        <w:ind w:left="283"/>
      </w:pPr>
      <w:r>
        <w:rPr>
          <w:sz w:val="18"/>
        </w:rPr>
        <w:t>• Logbook;</w:t>
      </w:r>
    </w:p>
    <w:p>
      <w:pPr>
        <w:spacing w:after="20"/>
        <w:ind w:left="283"/>
      </w:pPr>
      <w:r>
        <w:rPr>
          <w:sz w:val="18"/>
        </w:rPr>
        <w:t>• Catatan pelatihan di lokasi tempat kerja;</w:t>
      </w:r>
    </w:p>
    <w:p>
      <w:pPr>
        <w:spacing w:after="20"/>
        <w:ind w:left="283"/>
      </w:pPr>
      <w:r>
        <w:rPr>
          <w:sz w:val="18"/>
        </w:rPr>
        <w:t>• Keanggotaan asosiasi profesi yang relevan;</w:t>
      </w:r>
    </w:p>
    <w:p>
      <w:pPr>
        <w:spacing w:after="20"/>
        <w:ind w:left="283"/>
      </w:pPr>
      <w:r>
        <w:rPr>
          <w:sz w:val="18"/>
        </w:rPr>
        <w:t>• Referensi / surat keterangan/ laporan verifikasi pihak ketiga dari pemberi kerja / supervisor;</w:t>
      </w:r>
    </w:p>
    <w:p>
      <w:pPr>
        <w:spacing w:after="20"/>
        <w:ind w:left="283"/>
      </w:pPr>
      <w:r>
        <w:rPr>
          <w:sz w:val="18"/>
        </w:rPr>
        <w:t>• Penghargaan dari industri; dan</w:t>
      </w:r>
    </w:p>
    <w:p>
      <w:pPr>
        <w:spacing w:after="20"/>
        <w:ind w:left="283"/>
      </w:pPr>
      <w:r>
        <w:rPr>
          <w:sz w:val="18"/>
        </w:rPr>
        <w:t>• Penilaian kinerja dari perusahaan.</w:t>
      </w:r>
    </w:p>
    <w:p>
      <w:pPr>
        <w:spacing w:after="80"/>
      </w:pPr>
    </w:p>
    <w:p>
      <w:pPr>
        <w:spacing w:before="100" w:after="60"/>
      </w:pPr>
      <w:r>
        <w:rPr>
          <w:color w:val="C9A15F"/>
          <w:sz w:val="22"/>
        </w:rPr>
        <w:t xml:space="preserve">▌ </w:t>
      </w:r>
      <w:r>
        <w:rPr>
          <w:b/>
          <w:color w:val="4B3F9E"/>
          <w:sz w:val="22"/>
        </w:rPr>
        <w:t>Prinsip Verifikasi Bukti oleh Asesor (VATM)</w:t>
      </w:r>
    </w:p>
    <w:p>
      <w:pPr>
        <w:spacing w:after="80"/>
        <w:jc w:val="both"/>
      </w:pPr>
      <w:r>
        <w:rPr>
          <w:b w:val="0"/>
          <w:i w:val="0"/>
          <w:sz w:val="19"/>
        </w:rPr>
        <w:t>Bukti untuk mendukung klaim calon atas pernyataan kriteria capaian pembelajaran mata kuliah atau modul pembelajaran yang dilampirkan calon pada saat mengajukan lamaran akan diverifikasi dan divalidasi oleh Asesor sesuai prinsip bukti, yaitu, sahih (V), otentik (A), terkini (T) dan cukup (M), yaitu:</w:t>
      </w:r>
    </w:p>
    <w:p>
      <w:pPr>
        <w:spacing w:after="20"/>
        <w:ind w:left="227"/>
      </w:pPr>
      <w:r>
        <w:rPr>
          <w:b/>
          <w:color w:val="4B3F9E"/>
          <w:sz w:val="18"/>
        </w:rPr>
        <w:t xml:space="preserve">• Sahih (Valid): </w:t>
      </w:r>
      <w:r>
        <w:rPr>
          <w:sz w:val="18"/>
        </w:rPr>
        <w:t>ada hubungan yang jelas antara persyaratan bukti dari unit kompetensi/mata kuliah yang akan dinilai dengan bukti yang menjadi dasar penilaian;</w:t>
      </w:r>
    </w:p>
    <w:p>
      <w:pPr>
        <w:spacing w:after="20"/>
        <w:ind w:left="227"/>
      </w:pPr>
      <w:r>
        <w:rPr>
          <w:b/>
          <w:color w:val="4B3F9E"/>
          <w:sz w:val="18"/>
        </w:rPr>
        <w:t xml:space="preserve">• Otentik/Asli: </w:t>
      </w:r>
      <w:r>
        <w:rPr>
          <w:sz w:val="18"/>
        </w:rPr>
        <w:t>dapat dibuktikan bahwa buktinya adalah karya calon sendiri.</w:t>
      </w:r>
    </w:p>
    <w:p>
      <w:pPr>
        <w:spacing w:after="20"/>
        <w:ind w:left="227"/>
      </w:pPr>
      <w:r>
        <w:rPr>
          <w:b/>
          <w:color w:val="4B3F9E"/>
          <w:sz w:val="18"/>
        </w:rPr>
        <w:t xml:space="preserve">• Terkini: </w:t>
      </w:r>
      <w:r>
        <w:rPr>
          <w:sz w:val="18"/>
        </w:rPr>
        <w:t>bukti menunjukkan pengetahuan dan keterampilan kandidat saat ini;</w:t>
      </w:r>
    </w:p>
    <w:p>
      <w:pPr>
        <w:spacing w:after="20"/>
        <w:ind w:left="227"/>
      </w:pPr>
      <w:r>
        <w:rPr>
          <w:b/>
          <w:color w:val="4B3F9E"/>
          <w:sz w:val="18"/>
        </w:rPr>
        <w:t xml:space="preserve">• Cukup/Memadai: </w:t>
      </w:r>
      <w:r>
        <w:rPr>
          <w:sz w:val="18"/>
        </w:rPr>
        <w:t>kriteria mengacu kepada kriteria unjuk kerja dan panduan bukti: mendemonstrasikan kompetensi selama periode waktu tertentu; mengacu kepada semua dimensi kompetensi; dan mendemonstrasikan kompetensi dalam konteks yang berbeda;</w:t>
      </w:r>
    </w:p>
    <w:p>
      <w:pPr>
        <w:spacing w:after="200"/>
        <w:jc w:val="both"/>
      </w:pPr>
      <w:r>
        <w:rPr>
          <w:b w:val="0"/>
          <w:i w:val="0"/>
          <w:sz w:val="19"/>
        </w:rPr>
        <w:t>Berikut adalah Formulir Evaluasi Diri untuk Mata Kuliah yang dapat dilamar dengan rekognisi (RPL). Calon dapat memilih Formulir Evaluasi Diri sesuai dengan hasil belajar yang telah dimilikinya, baik yang berasal dari pendidikan formal, maupun dari pendidikan nonformal, informal, dan/atau pengalaman kerja.</w:t>
      </w:r>
    </w:p>
    <w:p>
      <w:pPr>
        <w:sectPr>
          <w:pgSz w:w="12240" w:h="15840"/>
          <w:pgMar w:top="907" w:right="1020" w:bottom="794" w:left="1134" w:header="720" w:footer="720" w:gutter="0"/>
          <w:cols w:space="720"/>
          <w:docGrid w:linePitch="360"/>
        </w:sectPr>
      </w:pPr>
    </w:p>
    <w:p>
      <w:pPr>
        <w:spacing w:before="100" w:after="60"/>
      </w:pPr>
      <w:r>
        <w:rPr>
          <w:color w:val="C9A15F"/>
          <w:sz w:val="22"/>
        </w:rPr>
        <w:t xml:space="preserve">▌ </w:t>
      </w:r>
      <w:r>
        <w:rPr>
          <w:b/>
          <w:color w:val="4B3F9E"/>
          <w:sz w:val="22"/>
        </w:rPr>
        <w:t>Non Konsentrasi</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Ekonomi Mikro</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ekonomi mikro—kelangkaan, pilihan, biaya kesempatan, mekanisme pasar, serta peran harga sebagai sinyal alokasi sumber daya—sebagai fondasi analisis ekonomi.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perilaku konsumen dan produsen menggunakan teori utilitas, kurva indiferen, fungsi produksi, dan struktur biaya untuk menjelaskan keputusan optimasi dalam kondisi keterbatasan anggaran dan sumber daya.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membandingkan keseimbangan pasar dan pembentukan harga di berbagai struktur pasar—persaingan sempurna, monopoli, oligopoli, dan persaingan monopolistik—serta menginterpretasikan dampaknya terhadap surplus konsumen, surplus produsen, dan efisiensi alokasi.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kegagalan pasar—eksternalitas, barang publik, informasi asimetris, dan kekuatan pasar—serta mengusulkan instrumen kebijakan (pajak Pigou, subsidi, regulasi, kuota) yang sesuai untuk mengoreksi inefisiensi, dikontekstualisasikan pada kasus sektor riil di Kawasan Timur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analisis kasus ekonomi mikro terapan secara tim—mencakup identifikasi masalah, pengumpulan data, pemilihan alat analisis (elastisitas, analisis biaya-manfaat, atau analisis struktur pasar), dan penyajian rekomendasi kebijakan atau strategi bisnis—yang dipresentasikan dalam bentuk laporan tertulis dan presentasi lisan di depan kelas.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Pengantar Bisnis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bisnis, bentuk-bentuk kepemilikan usaha, dan lingkungan bisnis (internal &amp; eksternal) yang relevan dengan konteks Kawasan Timur Indonesia secara sistematis.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fungsi-fungsi manajemen bisnis (produksi, pemasaran, keuangan, dan sumber daya manusia) pada studi kasus UMKM lokal Sulawesi/Kawasan Timur Indonesia menggunakan kerangka analisis bisnis yang terstruktur.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model bisnis sederhana berbasis peluang lokal dengan menggunakan Business Model Canvas (9 blok) yang memuat proposisi nilai, segmen pelanggan, dan sumber pendapatan secara koheren, sebagai wujud pola pikir technopreneurship.</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mempresentasikan dan mempertahankan rancangan model bisnis kelompok secara komunikatif dan bertanggung jawab di hadapan audiens, dengan menunjukkan sikap integritas akademik dan kepekaan terhadap nilai-nilai kebangsaan serta keberlanjutan usaha.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Inggris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mengidentifikasi struktur, kosakata teknis, dan fungsi komunikatif teks akademik serta teks profesional berbahasa Inggris yang relevan dengan konteks bisnis UMKM dan industri kreatif di Kawasan Timur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argumen, gagasan utama, dan informasi pendukung dari teks bacaan berbahasa Inggris (artikel, laporan bisnis, atau studi kasus industri kreatif) secara kritis dan logis untuk mendukung pengambilan keputusan mandiri.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teks tulis berbahasa Inggris berupa surat profesional, surel bisnis, atau laporan singkat dengan struktur kohesif dan diksi tepat sebagai sarana dokumentasi dan pengelolaan jejaring profesional dalam konteks kewirausahaan.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berkomunikasi lisan berbahasa Inggris secara efektif dalam simulasi diskusi tim, presentasi gagasan bisnis, dan negosiasi sederhana dengan memanfaatkan teknologi informasi terkini (platform presentasi digital atau video conference) sebagai sarana kolaborasi manajerial.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dan mempresentasikan pitch bisnis berbahasa Inggris secara tertulis dan lisan — mencakup deskripsi produk/jasa, target pasar, dan keunggulan kompetitif — sebagai wujud integrasi kemampuan berbahasa Inggris produktif, kreativitas inovatif, dan jiwa technopreneurship pada UMKM atau industri kreatif lokal.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Pengantar Manajemen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manajemen (definisi, fungsi POLC: Planning, Organizing, Leading, Controlling), perkembangan teori manajemen klasik hingga kontemporer, serta peran manajer dalam organisasi bisnis dan non-bisnis.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penerapan fungsi-fungsi manajemen (perencanaan, pengorganisasian, pengarahan, dan pengendalian) pada kasus nyata organisasi—termasuk UMKM dan organisasi lokal di Kawasan Timur Indonesia—dengan mengidentifikasi kekuatan, kelemahan, dan peluang perbaikan secara kritis.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solusi manajerial sederhana berbasis pendekatan Project-Based Learning berupa rancangan rencana usaha/organisasi yang memuat penetapan tujuan, struktur organisasi, gaya kepemimpinan, dan mekanisme pengendalian—mencerminkan nilai integritas, kreativitas, dan jiwa technopreneur—untuk konteks organisasi skala kecil-menengah.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Teknologi Informasi Manajemen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3UIG25107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dan mengklasifikasikan konsep dasar teknologi informasi, komponen sistem komputer, perangkat keras, perangkat lunak, jaringan, data, dan informasi berdasarkan karakteristik serta fungsinya dalam kegiatan organisasi secara tepat.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mengoperasikan perangkat dan aplikasi produktivitas digital untuk membuat, mengolah, menyimpan, dan menyajikan dokumen serta data sederhana menjadi informasi yang relevan bagi pengambilan keputusan manajerial dasar.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menggunakan dan membandingkan teknologi komunikasi, internet, cloud computing, dan platform kolaborasi digital untuk mendukung komunikasi serta kerja sama tim secara efektif dan bertanggung jawab.</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menerapkan prinsip keamanan informasi, privasi data, etika digital, serta penggunaan teknologi yang bertanggung jawab dalam aktivitas akademik dan organisasi.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pemanfaatan teknologi informasi dan perkembangan teknologi digital dalam mendukung proses bisnis, pelayanan, dan pengambilan keputusan manajerial, serta merancang dan mempresentasikan solusi digital sederhana secara kolaboratif, kreatif, dan berbasis data.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Agama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dan mengklasifikasikan nilai-nilai dasar ajaran agama yang berkaitan dengan religiusitas, moral, etika, tanggung jawab, disiplin, dan kehidupan bermasyarakat berdasarkan bahan ajar dan sumber pembelajaran yang diberikan dengan ketepatan sekurang-kurangnya 75%.</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permasalahan moral, etika, keberagaman, tanggung jawab, dan kepatuhan terhadap norma dalam kehidupan akademik, sosial, serta dunia kerja berdasarkan prinsip-prinsip ajaran agama secara logis dan tepat dengan capaian sekurang-kurangnya 75% berdasarkan rubrik penilaian.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menunjukkan sikap religius, etis, disiplin, bertanggung jawab, menghargai keberagaman, dan menaati norma dalam proses pembelajaran dan interaksi sosial secara konsisten sekurang-kurangnya pada kategori Baik berdasarkan rubrik sikap.</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menerapkan dan menyajikan nilai-nilai agama dalam merumuskan alternatif penyelesaian terhadap persoalan etika dan perilaku profesional di lingkungan akademik maupun dunia kerja secara sistematis, bertanggung jawab, dan memperoleh nilai sekurang-kurangnya 75% berdasarkan rubrik penilaian.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Ekonomi Makro</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3E2125311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memecahkan masalah – masalah yang terjadi dalam ekonomi makro.</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menghiung dan menganalisis fungsi dari ekonomi makro yang terdiri dari: fungsi konsumsi, fungsi pendapatan , fungsi tabungan, menghitung dampak pajak pada konsumsi dan tabungan, MPC, APC, MOS, APS.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menghitung persamaan penentu kegiatan ekonomi, pertumbuhan ekonomi, pertambahan kemakmuran (pendapatan perkapita), tingkat partisipasi angkatan kerja, jumlah pengangguran, indeks harga, dam tingkat inflasi.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indikator-indikator penentu kegiatan ekonomi sebagai tujuan analisis ekonomi makro.</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Kepemimpinan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kepemimpinan, evolusi teori kepemimpinan (trait, perilaku, situasional, transformasional), serta peran pemimpin dalam konteks organisasi dan masyarakat di Kawasan Timur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gaya kepemimpinan yang diterapkan pada studi kasus organisasi nyata—termasuk lembaga lokal Sulawesi/KTI—menggunakan kerangka teori situasional dan transformasional, dan menyajikan hasilnya dalam laporan analisis tertulis minimal 1.500 kata.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kekuatan dan kelemahan diri sebagai calon pemimpin melalui instrumen asesmen diri (self-assessment kepemimpinan) serta menyusun rencana pengembangan diri berbasis nilai Integritas dan Harmoni (ICHSA-N) yang terukur dan realistis.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strategi kepemimpinan tim untuk menyelesaikan masalah organisasi atau komunitas yang dipilih—termasuk pembagian peran, pengelolaan konflik, dan pengambilan keputusan etis—yang dituangkan dalam dokumen rencana aksi kepemimpinan (leadership action plan) lengkap.</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menampilkan praktik kepemimpinan secara langsung dalam simulasi/role-play kepemimpinan tim berbasis proyek nyata (Project-Based Learning), dan mempresentasikan refleksi kepemimpinan serta dampak sosial yang dihasilkan di hadapan kelompok dengan argumen yang koheren dan berjiwa melayani (Service).</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Ekonomi Syariah</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3E2125313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fondasi epistemologis, prinsip-prinsip dasar (tauhid, 'adl, maslahah, larangan riba/gharar/maysir), dan kerangka sistem ekonomi syariah sebagai alternatif sistem ekonomi konvensional dalam konteks perekonomian Indonesia dan Kawasan Timur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mekanisme pasar, perilaku produsen-konsumen, dan instrumen fiskal-moneter dalam perspektif ekonomi syariah (zakat, wakaf, sukuk, perbankan syariah) dengan membandingkan keunggulan dan keterbatasannya terhadap instrumen konvensional.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model solusi ekonomi berbasis syariah—mencakup skema pembiayaan (mudharabah, musyarakah, murabahah, ijarah) atau program pemberdayaan ekonomi umat (ZISWAF)—sebagai respons terhadap permasalahan ekonomi riil masyarakat lokal di Kawasan Timur Indonesia, yang dituangkan dalam dokumen proposal tertulis.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implementasi lembaga dan produk keuangan syariah (bank syariah, BMT, lembaga ZISWAF) di tingkat nasional maupun daerah dengan menggunakan indikator maqashid syariah, serta mempresentasikan hasil evaluasi secara argumentatif, kritis, dan berintegritas akademik.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Keuangan Daerah</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3E2125314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teoretis manajemen keuangan daerah — meliputi struktur APBD, siklus penganggaran, mekanisme pendapatan asli daerah (PAD), dan kerangka regulasi pengelolaan keuangan daerah (PP 12/2019 dan Permendagri 77/2020) — sebagai landasan analisis kebijakan fiskal pemerintah daerah di Kawasan Timur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kinerja pengelolaan keuangan daerah — mencakup efektivitas, efisiensi, dan kemandirian fiskal — berdasarkan data APBD riil pemerintah daerah di Provinsi Gorontalo, serta mengidentifikasi masalah manajerial yang menghambat optimalisasi PAD dan penyerapan belanja daerah.</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rekomendasi solusi manajerial berbasis kearifan lokal dan technopreneurship untuk meningkatkan tata kelola keuangan daerah — dalam bentuk dokumen analisis kebijakan fiskal yang memuat evaluasi fungsi perencanaan, pelaksanaan, dan pengendalian APBD, serta strategi peningkatan PAD yang adaptif terhadap perubahan lingkungan fiskal daerah — dan mempresentasikannya secara argumentatif di hadapan kelompok.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Keuangan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3E2125315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menghitung, menganalisis, dan menginterpretasikan informasi laporan keuangan dan rasio keuangan untuk menilai kondisi dan kinerja perusahaan secara sistematis dan akurat.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dan mengevaluasi alternatif sumber pendanaan serta sumber dan penggunaan dana untuk mendukung keputusan pendanaan perusahaan.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dan mengevaluasi pengelolaan modal kerja, persediaan, kas, dan piutang untuk mendukung efektivitas dan efisiensi keputusan keuangan perusahaan.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prinsip manajemen keuangan syariah dan perilaku keuangan serta penerapannya dalam pemecahan masalah dan keputusan keuangan.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informasi pasar modal dan pasar keuangan serta menyusun rekomendasi keputusan keuangan berdasarkan data dan perubahan lingkungan bisnis secara logis dan bertanggung jawab.</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Pancasila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landasan, kedudukan, fungsi, dan nilai-nilai Pancasila sebagai dasar negara, ideologi negara, dan sistem filsafat dalam kehidupan bermasyarakat, berbangsa, dan bernegara berdasarkan sumber akademik dan konstitusional secara logis, sistematis, dan tepat.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permasalahan etika, hukum, keberagaman, sosial, dan kebangsaan dengan menggunakan nilai-nilai Pancasila sebagai dasar pertimbangan untuk menghasilkan argumentasi yang rasional, bertanggung jawab, dan menghargai perbedaan.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menunjukkan sikap religius, etis, disiplin, bertanggung jawab, taat terhadap aturan, serta menghargai keberagaman dalam kegiatan pembelajaran, diskusi, kerja kelompok, dan interaksi akademik secara konsisten dan bertanggung jawab.</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dan mempresentasikan gagasan atau kegiatan sederhana yang mengaktualisasikan nilai-nilai Pancasila dalam lingkungan kampus, organisasi, masyarakat, atau dunia kerja secara kreatif, adaptif, kolaboratif, dan bertanggung jawab.</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Kewarganegaraan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identitas nasional, nilai-nilai Pancasila, dan kerangka konstitusional Negara Kesatuan Republik Indonesia sebagai landasan perilaku warga negara yang taat hukum dan bertanggung jawab.</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kasus-kasus pelanggaran hak dan kewajiban warga negara serta permasalahan demokrasi dan rule of law di Indonesia, khususnya dalam konteks Kawasan Timur Indonesia, menggunakan perspektif konstitusional dan etika kewarganegaraan.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menampilkan sikap menghargai keberagaman suku, agama, ras, dan antargolongan (SARA) serta mengintegrasikan prinsip Bhinneka Tunggal Ika dalam interaksi akademik dan sosial melalui diskusi reflektif berbasis studi kasus keberagaman lokal.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menyusun argumen tertulis dan lisan secara etis, disiplin, dan profesional mengenai peran warga negara dalam menghadapi tantangan global—meliputi ketahanan nasional, geopolitik, dan transformasi digital—serta mempresentasikannya secara bertanggung jawab di hadapan komunitas akademik.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Pemasaran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3E2125316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peluang pasar, tren perilaku konsumen, dan memformulasikan strategi STP (Segmentation, Targeting, Positioning) yang adaptif bagi komoditas lokal Kawasan Timur Indonesia berdasarkan data riset pasar sekunder.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taktik bauran pemasaran (Marketing Mix 4P/7P) berbasis kreativitas dan teknologi digital (technopreneurship) yang menghasilkan prototype konten kampanye pemasaran (deliverable: Social Media Marketing Plan &amp; Mockup Ads).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dokumen rencana pemasaran (Marketing Plan) komprehensif dan etis untuk bisnis UMKM lokal secara kolaboratif dengan mengedepankan nilai integritas dan berorientasi pada layanan pelanggan (deliverable: Dokumen Marketing Plan &amp; Pitch Deck presentasi).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Sumber Daya Manusia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3E2125317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teoretis manajemen sumber daya manusia — meliputi fungsi perencanaan SDM, rekrutmen, seleksi, pengembangan, kompensasi, dan pemutusan hubungan kerja — sebagai landasan pengelolaan organisasi bisnis.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permasalahan manajerial SDM — seperti kesenjangan kompetensi, tingkat turnover, dan inefisiensi rekrutmen — pada konteks organisasi di Kawasan Timur Indonesia/Provinsi Gorontalo menggunakan kerangka analisis fungsi MSDM.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program pengelolaan SDM yang terintegrasi — mencakup perencanaan kebutuhan tenaga kerja, skema pelatihan &amp; pengembangan, serta sistem penilaian kinerja — berbasis kearifan lokal Provinsi Gorontalo sebagai solusi atas masalah manajerial yang teridentifikasi.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melaksanakan studi kasus manajemen SDM secara kolaboratif dalam tim dengan memanfaatkan teknologi informasi terkini — termasuk platform HRIS dan alat analisis data SDM — untuk menghasilkan rekomendasi pengambilan keputusan manajerial yang kreatif dan berbasis bukti.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efektivitas program MSDM — meliputi strategi rekrutmen, sistem kompensasi, dan pengembangan karier — serta merumuskan perbaikan berbasis pendekatan kewirausahaan yang berintegritas dan adaptif terhadap dinamika ketenagakerjaan lokal Gorontalo.</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Indonesia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2UIG25103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kaidah bahasa Indonesia baku, ragam ilmiah, dan ejaan sesuai PUEBI sebagai fondasi komunikasi akademik dan profesional dalam konteks organisasi dan bisnis.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struktur, koherensi, dan keefektifan paragraf serta wacana tulis dari teks ilmiah, laporan bisnis, dan dokumen organisasi yang relevan dengan konteks UMKM dan industri kreatif di Kawasan Timur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karya tulis ilmiah (makalah atau esai argumentatif) yang logis, sistematis, dan bebas plagiarisme dengan mengintegrasikan data, referensi yang valid, serta penerapan etika penulisan akademik.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proposal atau laporan bisnis tertulis yang komunikatif dan inovatif sebagai dokumen pendukung pengambilan keputusan manajerial pada UMKM atau organisasi jasa, dengan memanfaatkan teknologi pengolah dokumen terkini.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mempresentasikan gagasan secara lisan dalam forum diskusi ilmiah atau simulasi rapat manajerial dengan menggunakan bahasa Indonesia yang efektif, santun, dan argumentatif, serta mampu merespons pertanyaan secara kritis dan kolaboratif dalam tim.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Kewirausahaan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3E2125318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konsep, karakteristik, proses, dan lingkungan kewirausahaan untuk mengidentifikasi peluang usaha pada UMKM dan industri kreatif.</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menunjukkan perilaku etis, disiplin, bertanggung jawab, profesional, dan adaptif dalam aktivitas kewirausahaan sesuai prinsip etika bisnis.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gagasan usaha inovatif dengan memanfaatkan ilmu pengetahuan dan teknologi berdasarkan kebutuhan konsumen, serta menganalisis permasalahan bisnis dan potensi sumber daya lokal untuk merumuskan solusi kewirausahaan yang relevan.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model bisnis yang layak dan bernilai tambah dengan mengintegrasikan kebutuhan pasar, inovasi, dan kearifan lokal Gorontalo.</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kelayakan rencana usaha berdasarkan aspek pemasaran, operasional, sumber daya manusia, dan keuangan, serta mengevaluasi informasi baru dan perubahan lingkungan bisnis untuk menentukan keputusan kewirausahaan yang adaptif dan berkelanjutan.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Technopreneurship</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3UIG25106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perkembangan teknologi, perubahan lingkungan bisnis, kebutuhan konsumen, serta peluang pasar sebagai dasar identifikasi peluang technopreneurship berdasarkan data dan informasi yang relevan secara logis dan sistematis.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merumuskan masalah dan mengevaluasi alternatif solusi bisnis berbasis teknologi yang relevan dengan kebutuhan pasar dan potensi/kearifan lokal berdasarkan kriteria kelayakan yang ditetapkan.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model bisnis technopreneurship yang inovatif dengan memanfaatkan teknologi informasi serta mengintegrasikan aspek nilai pelanggan, pasar, operasional, pemasaran, dan sumber daya secara konsisten dan layak diterapkan.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mengembangkan dan mengimplementasikan prototipe/produk minimum yang layak (minimum viable product/MVP) serta strategi pengenalan produk dengan bekerja sama secara efektif dan bertanggung jawab dalam tim.</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hasil implementasi proyek technopreneurship dan merumuskan rekomendasi pengembangan usaha berdasarkan umpan balik konsumen, data hasil pengujian, risiko, serta peluang keberlanjutan usaha secara kritis, inovatif, dan bertanggung jawab.</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FED-19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Informasi Manajemen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3E2125320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komponen, dan peran Sistem Informasi Manajemen (SIM) dalam mendukung proses manajerial dan pengambilan keputusan pada organisasi bisnis, termasuk UMKM dan industri kreatif di Kawasan Timur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mengklasifikasikan jenis-jenis sistem informasi (TPS, MIS, DSS, EIS) beserta infrastruktur teknologi pendukungnya sesuai tingkatan fungsional organisasi dan kebutuhan pengambilan keputusan manajerial.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implikasi perubahan lingkungan bisnis digital (big data, cloud computing, dan keamanan data) terhadap kebutuhan informasi dan strategi manajerial, serta mengevaluasi kualitas data dan efektivitas sistem informasi organisasi melalui studi kasus nyata.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model sistem informasi berbasis kebutuhan manajerial tingkat fungsional organisasi—meliputi alur data, proses bisnis, dan mekanisme pengamanan informasi—yang dituangkan dalam dokumen desain sistem disertai diagram alir data (DFD) atau flowchart.</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mengembangkan rencana implementasi SIM berbasis technopreneurship untuk UMKM atau industri kreatif lokal, serta berkolaborasi dalam tim untuk mengintegrasikan analisis data, rancangan SIM, dan rekomendasi keputusan manajerial ke dalam laporan proyek akhir yang dikomunikasikan secara lisan dan tertulis.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Strategi Manajemen Global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3E2125321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kerangka teoritis, dan dinamika lingkungan bisnis global—mencakup analisis PESTEL, paradigma OLI, dan model internasionalisasi—sebagai landasan berpikir strategis dalam konteks manajemen global.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faktor-faktor lingkungan eksternal dan internal perusahaan multinasional—termasuk risiko geopolitik, perbedaan budaya (model Hofstede), dan daya saing industri (Porter's Five Forces)—untuk mengidentifikasi peluang dan ancaman strategis di pasar global.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rencana strategis internasionalisasi bisnis—meliputi pemilihan mode of entry, strategi bersaing global (cost leadership, differentiation, transnational), dan rencana operasional lintas fungsi—bagi UMKM dan industri kreatif di Kawasan Timur Indonesia yang siap memasuki pasar global.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model bisnis global yang inovatif dan adaptif—dengan mengintegrasikan analisis rantai nilai global (global value chain), strategi aliansi strategis, dan pemanfaatan teknologi digital—sebagai respons terhadap perubahan lingkungan bisnis internasional yang dinamis.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mengambil keputusan manajerial strategis berbasis analisis data kuantitatif dan kualitatif (pemodelan skenario kompetitif dan simulasi ekspansi global) serta mempresentasikan dan mempertahankan rekomendasi strategi manajemen global secara kolaboratif dalam bentuk Business Strategy Report.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Perilaku Keorganisasian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3E2125323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perilaku individu, kelompok, dan organisasi—meliputi persepsi, motivasi, dinamika kelompok, kepemimpinan, serta budaya organisasi—sebagai landasan analisis fenomena keorganisasian.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permasalahan nyata perilaku keorganisasian—seperti konflik interpersonal, resistensi perubahan, atau rendahnya komitmen organisasional—pada konteks instansi/perusahaan di Kawasan Timur Indonesia melalui studi kasus terstruktur dengan menghasilkan laporan analisis masalah yang memuat identifikasi akar masalah, pola perilaku, dan dampak organisasional.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strategi intervensi berbasis bukti untuk mengatasi permasalahan perilaku keorganisasian—mencakup desain motivasi, pengelolaan konflik, pengembangan tim, atau manajemen perubahan—yang dituangkan dalam dokumen rencana intervensi organisasional lengkap dengan tujuan terukur, langkah implementasi, dan indikator keberhasilan, serta dipresentasikan secara kolaboratif.</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Pendidikan Karakter Bangsa (Soft Skill)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2E2125324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karakter bangsa Indonesia, nilai-nilai Pancasila, dan relevansinya terhadap pembentukan identitas profesional di era digital dan konteks Kawasan Timur Indonesia.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permasalahan degradasi karakter dan perilaku tidak berintegritas dalam kehidupan sosial-akademik menggunakan studi kasus nyata di lingkungan kampus dan masyarakat sekitar UNISAN, serta merumuskan faktor-faktor penyebabnya secara kritis.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menampilkan perilaku berkarakter (integritas, tanggung jawab, kolaborasi, dan adaptabilitas) secara konsisten melalui penyelesaian proyek pengabdian karakter berbasis komunitas lokal yang menghasilkan rencana aksi tertulis dan refleksi diri terstruktur.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Bank dan Lembaga Keuangan Lainnya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3E2125325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fungsi, dan peran bank umum, bank syariah, serta lembaga keuangan non-bank (asuransi, dana pensiun, pasar modal, pegadaian, dan lembaga pembiayaan) dalam sistem keuangan nasional dan kawasan Indonesia Timur.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kinerja keuangan, struktur produk, dan strategi operasional bank serta lembaga keuangan lainnya berdasarkan laporan keuangan dan data empirik (rasio CAR, NPL, ROA, FDR) guna mengidentifikasi keunggulan, kelemahan, dan risiko pada konteks perbankan Kawasan Timur Indonesia.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kajian komparatif dan rekomendasi strategis terhadap permasalahan aktual lembaga keuangan — termasuk implikasi perubahan kebijakan moneter, digitalisasi layanan keuangan, dan dinamika pasar modal — dalam bentuk laporan analisis berbasis bukti yang dipresentasikan secara sistematis dan bertanggung jawab.</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menyusun kajian strategis terhadap dampak perubahan kebijakan moneter, transformasi digital perbankan (financial technology), dan dinamika ekonomi regional Kawasan Timur Indonesia terhadap pengambilan keputusan manajerial lembaga keuangan, yang dituangkan dalam makalah ilmiah dan dipresentasikan secara berkelompok.</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Bahasa Inggris Ekonomi dan Bisnis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2E2125327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kosakata, istilah teknis, dan struktur gramatikal yang lazim digunakan dalam konteks ekonomi dan bisnis internasional (mis. istilah perdagangan, laporan keuangan, negosiasi kontrak) melalui latihan identifikasi teks otentik.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menguraikan isi, gagasan utama, dan implikasi bisnis dari teks ekonomi-bisnis berbahasa Inggris (artikel jurnal, laporan tahunan perusahaan, berita keuangan) secara kritis dan sistematis.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teks bisnis tertulis berbahasa Inggris—meliputi surat bisnis formal, email profesional, dan laporan ringkas (executive summary)—sesuai konvensi penulisan bisnis internasional dengan struktur, diksi, dan tata bahasa yang tepat.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melakukan komunikasi lisan bisnis berbahasa Inggris dalam simulasi situasi nyata—negosiasi, presentasi produk/layanan, dan diskusi rapat bisnis—dengan kelancaran, akurasi, dan kepercayaan diri yang terukur melalui rubrik penilaian berbicara.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dan menyajikan presentasi bisnis berbahasa Inggris bertema peluang ekonomi dan bisnis di Kawasan Timur Indonesia—dilengkapi slide deck profesional, data pendukung, dan sesi tanya-jawab—yang mengintegrasikan keterampilan membaca, menulis, dan berbicara secara terpadu.</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Operasional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3E2125328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konsep, fungsi, dan prinsip Manajemen Operasional dalam perencanaan, pengorganisasian, pelaksanaan, dan pengendalian kegiatan operasi organisasi.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permasalahan operasional dan merumuskan alternatif solusi untuk meningkatkan efektivitas, efisiensi, produktivitas, dan kualitas operasi organisasi.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rencana operasional dan mengambil keputusan manajerial berbasis analisis data untuk meningkatkan kinerja operasi organisasi.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Perekonomian Indonesia</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3E2125330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dinamika sejarah, transformasi struktural, dan indikator makroekonomi Indonesia secara komparatif antara Kawasan Barat dan Kawasan Timur Indonesia (KTI) menggunakan visualisasi data sekunder BPS sepuluh tahun terakhir untuk menghasilkan laporan analisis tren ketimpangan pembangunan wilayah.</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efektivitas kebijakan sektoral (pangan, industri, keuangan, dan ekonomi digital) serta kebijakan desentralisasi fiskal dalam mengatasi kemiskinan dan ketimpangan di wilayah pedesaan melalui penyusunan draft Policy Brief berbasis analisis studi kasus rill.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model solusi inovatif berbasis technopreneurship atau koperasi modern yang adaptif terhadap karakteristik lokal Kawasan Timur Indonesia dengan mengintegrasikan nilai nasionalisme, harmoni sosial, dan kemandirian ekonomi (ICHSA-N) dalam bentuk proposal proyek pemberdayaan masyarakat.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Agribisnis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3E2125331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manajemen agribisnis, subsistem agribisnis (hulu–usahatani–hilir–penunjang), dan karakteristik ekosistem agribisnis di Kawasan Timur Indonesia khususnya Provinsi Gorontalo beserta komoditas unggulannya (jagung, kelapa, perikanan).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fungsi-fungsi manajemen (perencanaan, pengorganisasian, pelaksanaan, dan pengendalian) serta mengidentifikasi masalah manajerial pada rantai nilai agribisnis komoditas lokal Gorontalo melalui studi kasus berbasis data lapangan.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implikasi perubahan lingkungan bisnis agribisnis (dinamika pasar, kebijakan pemerintah, teknologi pertanian, dan tren agroindustri) terhadap pengambilan keputusan manajerial agribisnis skala UMKM di Provinsi Gorontalo, dihasilkan dalam bentuk laporan analisis lingkungan bisnis tertulis.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merancang rencana bisnis agribisnis (agribusiness plan) berbasis kearifan lokal dan prinsip technopreneurship yang memuat analisis pasar, strategi operasional, proyeksi keuangan, serta solusi inovatif atas masalah manajerial nyata pada rantai agribisnis Gorontalo, disajikan dalam bentuk dokumen tertulis dan presentasi di depan pemangku kepentingan.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Sistem Pengendalian Manajemen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3E2125332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kerangka kerja, dan komponen Sistem Pengendalian Manajemen (SPM)—meliputi perencanaan strategis, pengendalian operasional, dan pengukuran kinerja—beserta relevansinya pada konteks organisasi bisnis di Kawasan Timur Indonesia/Gorontalo.</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kesesuaian desain struktur pengendalian manajemen (pusat pertanggungjawaban, transfer pricing, dan sistem reward) terhadap strategi dan struktur organisasi pada studi kasus perusahaan lokal maupun nasional, menghasilkan laporan analisis tertulis yang mengidentifikasi gap dan akar masalah pengendalian.</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rencana strategis dan rencana operasional berbasis Balanced Scorecard (BSC) dengan minimal empat perspektif dan target KPI terukur untuk organisasi fiktif atau UMKM riil di Provinsi Gorontalo, sebagai deliverable tertulis yang siap dipresentasikan.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kinerja manajerial unit bisnis menggunakan alat ukur finansial (ROI, EVA, RI) dan non-finansial (indikator BSC), mengambil keputusan alokasi sumber daya berbasis hasil analisis data, serta menyampaikan rekomendasi perbaikan pengendalian secara sistematis dalam laporan evaluasi kinerja.</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sistem pengendalian manajemen yang adaptif terhadap perubahan lingkungan bisnis (disrupsi teknologi, dinamika regulasi, dan kearifan lokal Gorontalo) untuk sebuah organisasi nyata atau simulasi, mencakup identifikasi risiko pengendalian, perancangan mekanisme respons, dan presentasi proposal SPM yang inovatif dan berintegritas di hadapan pemangku kepentingan kelas.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FED-29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Perpajakan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3E2125333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perpajakan Indonesia — fungsi pajak, asas pemungutan, sistem self-assessment, dan struktur regulasi (UU KUP, UU PPh, UU PPN) — sebagai landasan analisis kewajiban perpajakan entitas bisnis.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menghitung Pajak Penghasilan (PPh) orang pribadi dan badan, termasuk penyusunan SPT Tahunan, serta menghitung dan menyusun laporan kewajiban PPN dan PPnBM (pengkreditan Pajak Masukan dan Pajak Keluaran, faktur pajak, dan SPT Masa PPN) sesuai ketentuan yang berlaku.</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perbedaan perlakuan akuntansi komersial dan fiskal (rekonsiliasi fiskal) beserta dampaknya terhadap beban pajak kini dan pajak tangguhan, serta mengevaluasi strategi perencanaan pajak (tax planning) yang legal dan beretika.</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mengidentifikasi potensi risiko ketidakpatuhan perpajakan (tax compliance risk) pada kasus bisnis nyata — termasuk sanksi administratif dan pidana perpajakan — serta mengusulkan langkah mitigasi sesuai prinsip tata kelola organisasi yang etis dan akuntabel.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dan mempresentasikan laporan analisis perpajakan terpadu — mencakup penghitungan PPh badan, PPN, rekonsiliasi fiskal, dan rekomendasi tax planning — untuk skenario perusahaan skala UMKM atau korporasi di Kawasan Timur Indonesia, dengan mengkomunikasikan temuan secara efektif dan profesional.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Strategi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3E2125336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model proses manajemen strategis, serta pentingnya integritas etis (ICHSA-N) dalam kepemimpinan strategis organisasi.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lingkungan eksternal (makro dan industri) serta kapabilitas internal organisasi menggunakan matriks EFE, IFE, dan CPM, dan merumuskan alternatif strategi tingkat bisnis dan korporat melalui analisis matriks SWOT dan IE dengan memperhatikan kearifan lokal Provinsi Gorontalo.</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rencana strategis dan rencana operasional fungsional (pemasaran, SDM, keuangan, operasi) yang terintegrasi dalam dokumen Strategic Plan — mencakup visi-misi, sasaran terukur (SMART), program kerja, dan indikator keberhasilan — untuk organisasi bisnis nyata atau simulasi kasus UMKM berbasis kearifan lokal Gorontalo.</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implikasi perubahan lingkungan bisnis (disrupsi teknologi, dinamika pasar, regulasi, isu keberlanjutan) terhadap pilihan strategi organisasi, serta merekomendasikan penyesuaian keputusan manajerial secara argumentatif dan berbasis data dalam bentuk laporan analisis skenario tertulis.</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mengevaluasi implementasi dan kinerja strategi organisasi menggunakan Balanced Scorecard (empat perspektif) dan audit strategi, mengidentifikasi kesenjangan kinerja, serta mempresentasikan rekomendasi perbaikan strategis secara profesional dan kolaboratif dengan menunjukkan integritas akademik dan kepekaan terhadap masalah manajerial kontekstual.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FED-31</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Studi Kelayakan Bisnis</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3E2125337</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aspek pasar, pemasaran, serta aspek teknis dan teknologi dari suatu ide bisnis baru berbasis technopreneurship menggunakan data riil lapangan untuk menghasilkan rekomendasi segmentasi, target, posisi pasar, dan kapasitas produksi yang layak.</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kelayakan finansial (meliputi perhitungan NPV, IRR, Net B/C, Payback Period, dan analisis sensitivitas) serta aspek manajemen, hukum, dan lingkungan (AMDAL) secara berintegritas untuk meminimalkan risiko kegagalan investasi.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menyusun dokumen laporan Studi Kelayakan Bisnis (SKB) komprehensif yang kreatif dan adaptif terhadap potensi lokal di Kawasan Timur Indonesia serta mempresentasikannya secara profesional untuk meyakinkan calon investor.</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Teknik Negosiasi &amp; Komunikasi</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3E2125338</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konsep dasar negosiasi, prinsip komunikasi efektif, dan kerangka etika dalam konteks penyelesaian konflik profesional di lingkungan bisnis dan hukum.</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dinamika, kepentingan para pihak, dan strategi negosiasi yang tepat pada kasus konflik nyata di kawasan bisnis Indonesia Timur menggunakan pendekatan berbasis bukti.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dan mempraktikkan skenario negosiasi integratif secara kolaboratif—mencakup perencanaan strategi, simulasi perundingan, dan penyusunan draf kesepakatan tertulis—dengan menginternalisasi nilai integritas dan orientasi pelayanan (Service) ICHSA-N.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before="100" w:after="60"/>
      </w:pPr>
      <w:r>
        <w:rPr>
          <w:color w:val="C9A15F"/>
          <w:sz w:val="22"/>
        </w:rPr>
        <w:t xml:space="preserve">▌ </w:t>
      </w:r>
      <w:r>
        <w:rPr>
          <w:b/>
          <w:color w:val="4B3F9E"/>
          <w:sz w:val="22"/>
        </w:rPr>
        <w:t>MKEU — Manajemen Keuangan</w:t>
      </w: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Keuangan Lanjutan</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3KBMJ409</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konsep, prinsip, dan hubungan antarkeputusan keuangan perusahaan yang meliputi keputusan investasi, pendanaan, struktur modal, biaya modal, serta kebijakan dividen berdasarkan teori manajemen keuangan lanjutan secara logis dan tepat.</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alternatif keputusan investasi jangka panjang melalui analisis arus kas, risiko, biaya modal, dan teknik penganggaran modal untuk menentukan alternatif investasi yang paling layak berdasarkan kriteria finansial yang terukur.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dan mengevaluasi kebijakan dividen serta kebijakan pendanaan perusahaan dengan mempertimbangkan kondisi internal perusahaan dan perubahan lingkungan bisnis secara kritis dan berbasis bukti.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mendiagnosis permasalahan keuangan perusahaan (likuiditas, pendanaan, investasi, struktur modal, dan penciptaan nilai) serta mengevaluasi dampak perubahan suku bunga, risiko pasar, kondisi ekonomi, teknologi, dan informasi bisnis terhadap keputusan keuangan secara rasional.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rekomendasi kebijakan keuangan perusahaan yang terintegrasi mencakup investasi, pendanaan, struktur modal, dan distribusi laba berdasarkan analisis data dan studi kasus secara profesional, bertanggung jawab, dan berorientasi pada peningkatan nilai perusahaan.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FED-34</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Pasar Modal dan Manajemen Portofolio</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3BMMJ710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dan mengklasifikasikan konsep investasi, fungsi pasar modal, mekanisme perdagangan, pelaku, serta instrumen investasi sebagai bagian dari fungsi manajemen keuangan.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perubahan lingkungan ekonomi, industri, perusahaan, dan pasar modal serta menilai sekuritas berupa obligasi dan saham menggunakan pendekatan fundamental dan teknikal.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menghitung dan menganalisis return, risiko, dan beta sekuritas, serta membentuk portofolio investasi dengan menerapkan prinsip diversifikasi.</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kelayakan investasi dan portofolio dengan menerapkan model CAPM dan APT serta mempertimbangkan perubahan kondisi pasar.</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menyajikan, dan mempertanggungjawabkan rekomendasi keputusan investasi atau portofolio berbasis analisis data, profil investor, tujuan investasi, dan perubahan lingkungan bisnis.</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FED-35</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Keuangan Internasional</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3PBMJ710</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menjelaskan dan menganalisis konsep fundamental manajemen keuangan internasional, arus dana, sistem moneter, sistem pembayaran, serta pembiayaan internasional sebagai dasar pengambilan keputusan keuangan perusahaan.</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menganalisis Balance of Payment, mekanisme adjustment, dan paritas keuangan internasional serta menginterpretasikan implikasinya terhadap aktivitas bisnis dan keputusan keuangan internasional.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dan mengevaluasi valuta asing, pasar valas, faktor perubahan nilai tukar, international capital budgeting, dan Foreign Direct Investment berbasis data dan risiko.</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mengevaluasi foreign investment, struktur modal, dan biaya modal perusahaan internasional serta merumuskan rekomendasi keputusan keuangan internasional yang terintegrasi.</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pacing w:after="80"/>
      </w:pPr>
    </w:p>
    <w:tbl>
      <w:tblPr>
        <w:tblW w:type="auto" w:w="0"/>
        <w:jc w:val="center"/>
        <w:tblLayout w:type="fixed"/>
        <w:tblLook w:firstColumn="1" w:firstRow="1" w:lastColumn="0" w:lastRow="0" w:noHBand="0" w:noVBand="1" w:val="04A0"/>
        <w:tblBorders>
          <w:top w:val="single" w:sz="4" w:space="0" w:color="D9D6F2"/>
          <w:left w:val="single" w:sz="4" w:space="0" w:color="D9D6F2"/>
          <w:bottom w:val="single" w:sz="4" w:space="0" w:color="D9D6F2"/>
          <w:right w:val="single" w:sz="4" w:space="0" w:color="D9D6F2"/>
          <w:insideH w:val="single" w:sz="4" w:space="0" w:color="D9D6F2"/>
          <w:insideV w:val="single" w:sz="4" w:space="0" w:color="D9D6F2"/>
        </w:tblBorders>
        <w:tblLayout w:type="fixed"/>
        <w:tblW w:w="14968" w:type="dxa"/>
      </w:tblPr>
      <w:tblGrid>
        <w:gridCol w:w="2381"/>
        <w:gridCol w:w="12587"/>
      </w:tblGrid>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Formulir</w:t>
            </w:r>
          </w:p>
        </w:tc>
        <w:tc>
          <w:tcPr>
            <w:tcW w:type="dxa" w:w="12586"/>
            <w:tcMar>
              <w:top w:w="30" w:type="dxa"/>
              <w:bottom w:w="30" w:type="dxa"/>
              <w:start w:w="70" w:type="dxa"/>
              <w:end w:w="70" w:type="dxa"/>
            </w:tcMar>
            <w:vAlign w:val="center"/>
          </w:tcPr>
          <w:p>
            <w:pPr>
              <w:spacing w:after="0" w:before="0"/>
            </w:pPr>
            <w:r/>
            <w:r>
              <w:rPr>
                <w:b w:val="0"/>
                <w:i w:val="0"/>
                <w:sz w:val="18"/>
              </w:rPr>
              <w:t>FED-36</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Nama Mata Kuliah</w:t>
            </w:r>
          </w:p>
        </w:tc>
        <w:tc>
          <w:tcPr>
            <w:tcW w:type="dxa" w:w="12586"/>
            <w:tcMar>
              <w:top w:w="30" w:type="dxa"/>
              <w:bottom w:w="30" w:type="dxa"/>
              <w:start w:w="70" w:type="dxa"/>
              <w:end w:w="70" w:type="dxa"/>
            </w:tcMar>
            <w:vAlign w:val="center"/>
          </w:tcPr>
          <w:p>
            <w:pPr>
              <w:spacing w:after="0" w:before="0"/>
            </w:pPr>
            <w:r/>
            <w:r>
              <w:rPr>
                <w:b w:val="0"/>
                <w:i w:val="0"/>
                <w:sz w:val="18"/>
              </w:rPr>
              <w:t>Manajemen Risiko</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Kode Mata Kuliah</w:t>
            </w:r>
          </w:p>
        </w:tc>
        <w:tc>
          <w:tcPr>
            <w:tcW w:type="dxa" w:w="12586"/>
            <w:tcMar>
              <w:top w:w="30" w:type="dxa"/>
              <w:bottom w:w="30" w:type="dxa"/>
              <w:start w:w="70" w:type="dxa"/>
              <w:end w:w="70" w:type="dxa"/>
            </w:tcMar>
            <w:vAlign w:val="center"/>
          </w:tcPr>
          <w:p>
            <w:pPr>
              <w:spacing w:after="0" w:before="0"/>
            </w:pPr>
            <w:r/>
            <w:r>
              <w:rPr>
                <w:b w:val="0"/>
                <w:i w:val="0"/>
                <w:sz w:val="18"/>
              </w:rPr>
              <w:t>3KBMJ712</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SKS</w:t>
            </w:r>
          </w:p>
        </w:tc>
        <w:tc>
          <w:tcPr>
            <w:tcW w:type="dxa" w:w="12586"/>
            <w:tcMar>
              <w:top w:w="30" w:type="dxa"/>
              <w:bottom w:w="30" w:type="dxa"/>
              <w:start w:w="70" w:type="dxa"/>
              <w:end w:w="70" w:type="dxa"/>
            </w:tcMar>
            <w:vAlign w:val="center"/>
          </w:tcPr>
          <w:p>
            <w:pPr>
              <w:spacing w:after="0" w:before="0"/>
            </w:pPr>
            <w:r/>
            <w:r>
              <w:rPr>
                <w:b w:val="0"/>
                <w:i w:val="0"/>
                <w:sz w:val="18"/>
              </w:rPr>
              <w:t>3</w:t>
            </w:r>
          </w:p>
        </w:tc>
      </w:tr>
      <w:tr>
        <w:tc>
          <w:tcPr>
            <w:tcW w:type="dxa" w:w="2381"/>
            <w:shd w:val="clear" w:color="auto" w:fill="EBE9FB"/>
            <w:tcMar>
              <w:top w:w="30" w:type="dxa"/>
              <w:bottom w:w="30" w:type="dxa"/>
              <w:start w:w="70" w:type="dxa"/>
              <w:end w:w="70" w:type="dxa"/>
            </w:tcMar>
            <w:vAlign w:val="center"/>
          </w:tcPr>
          <w:p>
            <w:pPr>
              <w:spacing w:after="0" w:before="0"/>
            </w:pPr>
            <w:r/>
            <w:r>
              <w:rPr>
                <w:b/>
                <w:i w:val="0"/>
                <w:color w:val="4B3F9E"/>
                <w:sz w:val="18"/>
              </w:rPr>
              <w:t>Deskripsi Mata Kuliah</w:t>
            </w:r>
          </w:p>
        </w:tc>
        <w:tc>
          <w:tcPr>
            <w:tcW w:type="dxa" w:w="12586"/>
            <w:tcMar>
              <w:top w:w="30" w:type="dxa"/>
              <w:bottom w:w="30" w:type="dxa"/>
              <w:start w:w="70" w:type="dxa"/>
              <w:end w:w="70" w:type="dxa"/>
            </w:tcMar>
            <w:vAlign w:val="center"/>
          </w:tcPr>
          <w:p>
            <w:pPr>
              <w:spacing w:after="0" w:before="0"/>
              <w:jc w:val="both"/>
            </w:pPr>
            <w:r/>
            <w:r>
              <w:rPr>
                <w:b w:val="0"/>
                <w:i w:val="0"/>
                <w:sz w:val="18"/>
              </w:rPr>
              <w:t>-</w:t>
            </w:r>
          </w:p>
        </w:tc>
      </w:tr>
    </w:tbl>
    <w:p>
      <w:pPr>
        <w:spacing w:after="80"/>
      </w:pPr>
    </w:p>
    <w:tbl>
      <w:tblPr>
        <w:tblW w:type="auto" w:w="0"/>
        <w:jc w:val="center"/>
        <w:tblLayout w:type="fixed"/>
        <w:tblLook w:firstColumn="1" w:firstRow="1" w:lastColumn="0" w:lastRow="0" w:noHBand="0" w:noVBand="1" w:val="04A0"/>
        <w:tblBorders>
          <w:top w:val="single" w:sz="6" w:space="0" w:color="6D5DD3"/>
          <w:left w:val="single" w:sz="6" w:space="0" w:color="6D5DD3"/>
          <w:bottom w:val="single" w:sz="6" w:space="0" w:color="6D5DD3"/>
          <w:right w:val="single" w:sz="6" w:space="0" w:color="6D5DD3"/>
          <w:insideH w:val="single" w:sz="6" w:space="0" w:color="6D5DD3"/>
          <w:insideV w:val="single" w:sz="6" w:space="0" w:color="6D5DD3"/>
        </w:tblBorders>
        <w:tblLayout w:type="fixed"/>
        <w:tblW w:w="14968" w:type="dxa"/>
      </w:tblPr>
      <w:tblGrid>
        <w:gridCol w:w="4762"/>
        <w:gridCol w:w="907"/>
        <w:gridCol w:w="793"/>
        <w:gridCol w:w="963"/>
        <w:gridCol w:w="481"/>
        <w:gridCol w:w="481"/>
        <w:gridCol w:w="481"/>
        <w:gridCol w:w="481"/>
        <w:gridCol w:w="2494"/>
        <w:gridCol w:w="3118"/>
      </w:tblGrid>
      <w:tr>
        <w:tc>
          <w:tcPr>
            <w:tcW w:type="dxa" w:w="4762"/>
            <w:vMerge w:val="restart"/>
            <w:shd w:val="clear" w:color="auto" w:fill="4B3F9E"/>
            <w:tcMar>
              <w:top w:w="30" w:type="dxa"/>
              <w:bottom w:w="30" w:type="dxa"/>
              <w:start w:w="70" w:type="dxa"/>
              <w:end w:w="70" w:type="dxa"/>
            </w:tcMar>
            <w:vAlign w:val="center"/>
          </w:tcPr>
          <w:p>
            <w:pPr>
              <w:spacing w:after="0" w:before="0"/>
              <w:jc w:val="center"/>
            </w:pPr>
            <w:r/>
            <w:r>
              <w:rPr>
                <w:b/>
                <w:i w:val="0"/>
                <w:color w:val="FFFFFF"/>
                <w:sz w:val="17"/>
              </w:rPr>
              <w:t>Kemampuan Akhir / Capaian Pembelajaran (CPMK)</w:t>
            </w:r>
          </w:p>
        </w:tc>
        <w:tc>
          <w:tcPr>
            <w:tcW w:type="dxa" w:w="907"/>
            <w:gridSpan w:val="3"/>
            <w:shd w:val="clear" w:color="auto" w:fill="4B3F9E"/>
            <w:tcMar>
              <w:top w:w="30" w:type="dxa"/>
              <w:bottom w:w="30" w:type="dxa"/>
              <w:start w:w="70" w:type="dxa"/>
              <w:end w:w="70" w:type="dxa"/>
            </w:tcMar>
            <w:vAlign w:val="center"/>
          </w:tcPr>
          <w:p>
            <w:pPr>
              <w:spacing w:after="0" w:before="0"/>
              <w:jc w:val="center"/>
            </w:pPr>
            <w:r/>
            <w:r>
              <w:rPr>
                <w:b/>
                <w:i w:val="0"/>
                <w:color w:val="FFFFFF"/>
                <w:sz w:val="17"/>
              </w:rPr>
              <w:t>Profisiensi saat ini *</w:t>
            </w:r>
          </w:p>
        </w:tc>
        <w:tc>
          <w:tcPr>
            <w:tcW w:type="dxa" w:w="482"/>
            <w:gridSpan w:val="4"/>
            <w:shd w:val="clear" w:color="auto" w:fill="4B3F9E"/>
            <w:tcMar>
              <w:top w:w="30" w:type="dxa"/>
              <w:bottom w:w="30" w:type="dxa"/>
              <w:start w:w="70" w:type="dxa"/>
              <w:end w:w="70" w:type="dxa"/>
            </w:tcMar>
            <w:vAlign w:val="center"/>
          </w:tcPr>
          <w:p>
            <w:pPr>
              <w:spacing w:after="0" w:before="0"/>
              <w:jc w:val="center"/>
            </w:pPr>
            <w:r/>
            <w:r>
              <w:rPr>
                <w:b/>
                <w:i w:val="0"/>
                <w:color w:val="FFFFFF"/>
                <w:sz w:val="17"/>
              </w:rPr>
              <w:t>Hasil evaluasi Asesor</w:t>
            </w:r>
          </w:p>
        </w:tc>
        <w:tc>
          <w:tcPr>
            <w:tcW w:type="dxa" w:w="2494"/>
            <w:gridSpan w:val="2"/>
            <w:shd w:val="clear" w:color="auto" w:fill="4B3F9E"/>
            <w:tcMar>
              <w:top w:w="30" w:type="dxa"/>
              <w:bottom w:w="30" w:type="dxa"/>
              <w:start w:w="70" w:type="dxa"/>
              <w:end w:w="70" w:type="dxa"/>
            </w:tcMar>
            <w:vAlign w:val="center"/>
          </w:tcPr>
          <w:p>
            <w:pPr>
              <w:spacing w:after="0" w:before="0"/>
              <w:jc w:val="center"/>
            </w:pPr>
            <w:r/>
            <w:r>
              <w:rPr>
                <w:b/>
                <w:i w:val="0"/>
                <w:color w:val="FFFFFF"/>
                <w:sz w:val="17"/>
              </w:rPr>
              <w:t>Bukti yang disampaikan *</w:t>
            </w:r>
          </w:p>
        </w:tc>
      </w:tr>
      <w:tr>
        <w:tc>
          <w:tcPr>
            <w:tcW w:type="dxa" w:w="4762"/>
            <w:vMerge/>
          </w:tcPr>
          <w:p/>
        </w:tc>
        <w:tc>
          <w:tcPr>
            <w:tcW w:type="dxa" w:w="907"/>
            <w:shd w:val="clear" w:color="auto" w:fill="6D5DD3"/>
            <w:tcMar>
              <w:top w:w="20" w:type="dxa"/>
              <w:bottom w:w="20" w:type="dxa"/>
              <w:start w:w="70" w:type="dxa"/>
              <w:end w:w="70" w:type="dxa"/>
            </w:tcMar>
            <w:vAlign w:val="center"/>
          </w:tcPr>
          <w:p>
            <w:pPr>
              <w:spacing w:after="0" w:before="0"/>
              <w:jc w:val="center"/>
            </w:pPr>
            <w:r/>
            <w:r>
              <w:rPr>
                <w:b/>
                <w:i w:val="0"/>
                <w:color w:val="FFFFFF"/>
                <w:sz w:val="16"/>
              </w:rPr>
              <w:t>Sangat baik</w:t>
            </w:r>
          </w:p>
        </w:tc>
        <w:tc>
          <w:tcPr>
            <w:tcW w:type="dxa" w:w="794"/>
            <w:shd w:val="clear" w:color="auto" w:fill="6D5DD3"/>
            <w:tcMar>
              <w:top w:w="20" w:type="dxa"/>
              <w:bottom w:w="20" w:type="dxa"/>
              <w:start w:w="70" w:type="dxa"/>
              <w:end w:w="70" w:type="dxa"/>
            </w:tcMar>
            <w:vAlign w:val="center"/>
          </w:tcPr>
          <w:p>
            <w:pPr>
              <w:spacing w:after="0" w:before="0"/>
              <w:jc w:val="center"/>
            </w:pPr>
            <w:r/>
            <w:r>
              <w:rPr>
                <w:b/>
                <w:i w:val="0"/>
                <w:color w:val="FFFFFF"/>
                <w:sz w:val="16"/>
              </w:rPr>
              <w:t>Baik</w:t>
            </w:r>
          </w:p>
        </w:tc>
        <w:tc>
          <w:tcPr>
            <w:tcW w:type="dxa" w:w="964"/>
            <w:shd w:val="clear" w:color="auto" w:fill="6D5DD3"/>
            <w:tcMar>
              <w:top w:w="20" w:type="dxa"/>
              <w:bottom w:w="20" w:type="dxa"/>
              <w:start w:w="70" w:type="dxa"/>
              <w:end w:w="70" w:type="dxa"/>
            </w:tcMar>
            <w:vAlign w:val="center"/>
          </w:tcPr>
          <w:p>
            <w:pPr>
              <w:spacing w:after="0" w:before="0"/>
              <w:jc w:val="center"/>
            </w:pPr>
            <w:r/>
            <w:r>
              <w:rPr>
                <w:b/>
                <w:i w:val="0"/>
                <w:color w:val="FFFFFF"/>
                <w:sz w:val="16"/>
              </w:rPr>
              <w:t>Tidak pernah</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V</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A</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T</w:t>
            </w:r>
          </w:p>
        </w:tc>
        <w:tc>
          <w:tcPr>
            <w:tcW w:type="dxa" w:w="482"/>
            <w:shd w:val="clear" w:color="auto" w:fill="6D5DD3"/>
            <w:tcMar>
              <w:top w:w="20" w:type="dxa"/>
              <w:bottom w:w="20" w:type="dxa"/>
              <w:start w:w="70" w:type="dxa"/>
              <w:end w:w="70" w:type="dxa"/>
            </w:tcMar>
            <w:vAlign w:val="center"/>
          </w:tcPr>
          <w:p>
            <w:pPr>
              <w:spacing w:after="0" w:before="0"/>
              <w:jc w:val="center"/>
            </w:pPr>
            <w:r/>
            <w:r>
              <w:rPr>
                <w:b/>
                <w:i w:val="0"/>
                <w:color w:val="FFFFFF"/>
                <w:sz w:val="16"/>
              </w:rPr>
              <w:t>M</w:t>
            </w:r>
          </w:p>
        </w:tc>
        <w:tc>
          <w:tcPr>
            <w:tcW w:type="dxa" w:w="2494"/>
            <w:shd w:val="clear" w:color="auto" w:fill="6D5DD3"/>
            <w:tcMar>
              <w:top w:w="20" w:type="dxa"/>
              <w:bottom w:w="20" w:type="dxa"/>
              <w:start w:w="70" w:type="dxa"/>
              <w:end w:w="70" w:type="dxa"/>
            </w:tcMar>
            <w:vAlign w:val="center"/>
          </w:tcPr>
          <w:p>
            <w:pPr>
              <w:spacing w:after="0" w:before="0"/>
              <w:jc w:val="center"/>
            </w:pPr>
            <w:r/>
            <w:r>
              <w:rPr>
                <w:b/>
                <w:i w:val="0"/>
                <w:color w:val="FFFFFF"/>
                <w:sz w:val="16"/>
              </w:rPr>
              <w:t>Nomor Dokumen</w:t>
            </w:r>
          </w:p>
        </w:tc>
        <w:tc>
          <w:tcPr>
            <w:tcW w:type="dxa" w:w="3118"/>
            <w:shd w:val="clear" w:color="auto" w:fill="6D5DD3"/>
            <w:tcMar>
              <w:top w:w="20" w:type="dxa"/>
              <w:bottom w:w="20" w:type="dxa"/>
              <w:start w:w="70" w:type="dxa"/>
              <w:end w:w="70" w:type="dxa"/>
            </w:tcMar>
            <w:vAlign w:val="center"/>
          </w:tcPr>
          <w:p>
            <w:pPr>
              <w:spacing w:after="0" w:before="0"/>
              <w:jc w:val="center"/>
            </w:pPr>
            <w:r/>
            <w:r>
              <w:rPr>
                <w:b/>
                <w:i w:val="0"/>
                <w:color w:val="FFFFFF"/>
                <w:sz w:val="16"/>
              </w:rPr>
              <w:t>Jenis Dokumen</w:t>
            </w:r>
          </w:p>
        </w:tc>
      </w:tr>
      <w:tr>
        <w:tc>
          <w:tcPr>
            <w:tcW w:type="dxa" w:w="4762"/>
            <w:tcMar>
              <w:top w:w="20" w:type="dxa"/>
              <w:bottom w:w="20" w:type="dxa"/>
              <w:start w:w="50" w:type="dxa"/>
              <w:end w:w="50" w:type="dxa"/>
            </w:tcMar>
            <w:vAlign w:val="center"/>
          </w:tcPr>
          <w:p>
            <w:pPr>
              <w:spacing w:after="0" w:before="0"/>
            </w:pPr>
            <w:r/>
            <w:r>
              <w:rPr>
                <w:b w:val="0"/>
                <w:i w:val="0"/>
                <w:sz w:val="17"/>
              </w:rPr>
              <w:t>Mahasiswa mampu menganalisis dan memetakan berbagai jenis risiko keuangan (kredit, pasar, likuiditas, operasional) pada industri atau sektor komoditas unggulan di Provinsi Gorontalo untuk menghasilkan dokumen rujukan berupa laporan identifikasi risiko (Risk Register) dan peta risiko (Risk Map).</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r>
        <w:tc>
          <w:tcPr>
            <w:tcW w:type="dxa" w:w="4762"/>
            <w:tcMar>
              <w:top w:w="20" w:type="dxa"/>
              <w:bottom w:w="20" w:type="dxa"/>
              <w:start w:w="50" w:type="dxa"/>
              <w:end w:w="50" w:type="dxa"/>
            </w:tcMar>
            <w:shd w:val="clear" w:color="auto" w:fill="F6F5FC"/>
            <w:vAlign w:val="center"/>
          </w:tcPr>
          <w:p>
            <w:pPr>
              <w:spacing w:after="0" w:before="0"/>
            </w:pPr>
            <w:r/>
            <w:r>
              <w:rPr>
                <w:b w:val="0"/>
                <w:i w:val="0"/>
                <w:sz w:val="17"/>
              </w:rPr>
              <w:t>Mahasiswa mampu memodelkan dan mengukur eksposur risiko keuangan menggunakan metode kuantitatif (seperti Value at Risk atau analisis sensitivitas) menggunakan data riil laporan keuangan untuk menyusun laporan proyeksi risiko demi mendukung keputusan investasi strategis fungsional.</w:t>
            </w:r>
          </w:p>
        </w:tc>
        <w:tc>
          <w:tcPr>
            <w:tcW w:type="dxa" w:w="907"/>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7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96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482"/>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2494"/>
            <w:tcMar>
              <w:top w:w="20" w:type="dxa"/>
              <w:bottom w:w="20" w:type="dxa"/>
              <w:start w:w="50" w:type="dxa"/>
              <w:end w:w="50" w:type="dxa"/>
            </w:tcMar>
            <w:shd w:val="clear" w:color="auto" w:fill="F6F5FC"/>
            <w:vAlign w:val="center"/>
          </w:tcPr>
          <w:p>
            <w:pPr>
              <w:spacing w:after="0" w:before="0"/>
              <w:jc w:val="center"/>
            </w:pPr>
            <w:r/>
            <w:r>
              <w:rPr>
                <w:b w:val="0"/>
                <w:i w:val="0"/>
                <w:sz w:val="17"/>
              </w:rPr>
              <w:t/>
            </w:r>
          </w:p>
        </w:tc>
        <w:tc>
          <w:tcPr>
            <w:tcW w:type="dxa" w:w="3118"/>
            <w:tcMar>
              <w:top w:w="20" w:type="dxa"/>
              <w:bottom w:w="20" w:type="dxa"/>
              <w:start w:w="50" w:type="dxa"/>
              <w:end w:w="50" w:type="dxa"/>
            </w:tcMar>
            <w:shd w:val="clear" w:color="auto" w:fill="F6F5FC"/>
            <w:vAlign w:val="center"/>
          </w:tcPr>
          <w:p>
            <w:pPr>
              <w:spacing w:after="0" w:before="0"/>
              <w:jc w:val="center"/>
            </w:pPr>
            <w:r/>
            <w:r>
              <w:rPr>
                <w:b w:val="0"/>
                <w:i w:val="0"/>
                <w:sz w:val="17"/>
              </w:rPr>
              <w:t/>
            </w:r>
          </w:p>
        </w:tc>
      </w:tr>
      <w:tr>
        <w:tc>
          <w:tcPr>
            <w:tcW w:type="dxa" w:w="4762"/>
            <w:tcMar>
              <w:top w:w="20" w:type="dxa"/>
              <w:bottom w:w="20" w:type="dxa"/>
              <w:start w:w="50" w:type="dxa"/>
              <w:end w:w="50" w:type="dxa"/>
            </w:tcMar>
            <w:vAlign w:val="center"/>
          </w:tcPr>
          <w:p>
            <w:pPr>
              <w:spacing w:after="0" w:before="0"/>
            </w:pPr>
            <w:r/>
            <w:r>
              <w:rPr>
                <w:b w:val="0"/>
                <w:i w:val="0"/>
                <w:sz w:val="17"/>
              </w:rPr>
              <w:t>Mahasiswa mampu merancang kerangka kerja manajemen risiko korporasi komprehensif (Enterprise Risk Management) yang adaptif terhadap perubahan regulasi dan ketidakpastian pasar global, menghasilkan draf dokumen rekomendasi mitigasi risiko yang menunjukkan integritas profesional.</w:t>
            </w:r>
          </w:p>
        </w:tc>
        <w:tc>
          <w:tcPr>
            <w:tcW w:type="dxa" w:w="907"/>
            <w:tcMar>
              <w:top w:w="20" w:type="dxa"/>
              <w:bottom w:w="20" w:type="dxa"/>
              <w:start w:w="50" w:type="dxa"/>
              <w:end w:w="50" w:type="dxa"/>
            </w:tcMar>
            <w:vAlign w:val="center"/>
          </w:tcPr>
          <w:p>
            <w:pPr>
              <w:spacing w:after="0" w:before="0"/>
              <w:jc w:val="center"/>
            </w:pPr>
            <w:r/>
            <w:r>
              <w:rPr>
                <w:b w:val="0"/>
                <w:i w:val="0"/>
                <w:sz w:val="17"/>
              </w:rPr>
              <w:t/>
            </w:r>
          </w:p>
        </w:tc>
        <w:tc>
          <w:tcPr>
            <w:tcW w:type="dxa" w:w="794"/>
            <w:tcMar>
              <w:top w:w="20" w:type="dxa"/>
              <w:bottom w:w="20" w:type="dxa"/>
              <w:start w:w="50" w:type="dxa"/>
              <w:end w:w="50" w:type="dxa"/>
            </w:tcMar>
            <w:vAlign w:val="center"/>
          </w:tcPr>
          <w:p>
            <w:pPr>
              <w:spacing w:after="0" w:before="0"/>
              <w:jc w:val="center"/>
            </w:pPr>
            <w:r/>
            <w:r>
              <w:rPr>
                <w:b w:val="0"/>
                <w:i w:val="0"/>
                <w:sz w:val="17"/>
              </w:rPr>
              <w:t/>
            </w:r>
          </w:p>
        </w:tc>
        <w:tc>
          <w:tcPr>
            <w:tcW w:type="dxa" w:w="964"/>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482"/>
            <w:tcMar>
              <w:top w:w="20" w:type="dxa"/>
              <w:bottom w:w="20" w:type="dxa"/>
              <w:start w:w="50" w:type="dxa"/>
              <w:end w:w="50" w:type="dxa"/>
            </w:tcMar>
            <w:vAlign w:val="center"/>
          </w:tcPr>
          <w:p>
            <w:pPr>
              <w:spacing w:after="0" w:before="0"/>
              <w:jc w:val="center"/>
            </w:pPr>
            <w:r/>
            <w:r>
              <w:rPr>
                <w:b w:val="0"/>
                <w:i w:val="0"/>
                <w:sz w:val="17"/>
              </w:rPr>
              <w:t/>
            </w:r>
          </w:p>
        </w:tc>
        <w:tc>
          <w:tcPr>
            <w:tcW w:type="dxa" w:w="2494"/>
            <w:tcMar>
              <w:top w:w="20" w:type="dxa"/>
              <w:bottom w:w="20" w:type="dxa"/>
              <w:start w:w="50" w:type="dxa"/>
              <w:end w:w="50" w:type="dxa"/>
            </w:tcMar>
            <w:vAlign w:val="center"/>
          </w:tcPr>
          <w:p>
            <w:pPr>
              <w:spacing w:after="0" w:before="0"/>
              <w:jc w:val="center"/>
            </w:pPr>
            <w:r/>
            <w:r>
              <w:rPr>
                <w:b w:val="0"/>
                <w:i w:val="0"/>
                <w:sz w:val="17"/>
              </w:rPr>
              <w:t/>
            </w:r>
          </w:p>
        </w:tc>
        <w:tc>
          <w:tcPr>
            <w:tcW w:type="dxa" w:w="3118"/>
            <w:tcMar>
              <w:top w:w="20" w:type="dxa"/>
              <w:bottom w:w="20" w:type="dxa"/>
              <w:start w:w="50" w:type="dxa"/>
              <w:end w:w="50" w:type="dxa"/>
            </w:tcMar>
            <w:vAlign w:val="center"/>
          </w:tcPr>
          <w:p>
            <w:pPr>
              <w:spacing w:after="0" w:before="0"/>
              <w:jc w:val="center"/>
            </w:pPr>
            <w:r/>
            <w:r>
              <w:rPr>
                <w:b w:val="0"/>
                <w:i w:val="0"/>
                <w:sz w:val="17"/>
              </w:rPr>
              <w:t/>
            </w:r>
          </w:p>
        </w:tc>
      </w:tr>
    </w:tbl>
    <w:p>
      <w:pPr>
        <w:spacing w:after="80"/>
      </w:pPr>
      <w:r>
        <w:rPr>
          <w:b w:val="0"/>
          <w:i/>
          <w:color w:val="6B7280"/>
          <w:sz w:val="16"/>
        </w:rPr>
        <w:t>Keterangan: kolom bertanda * diisi oleh pelamar RPL; kolom V/A/T/M diisi oleh Asesor.</w:t>
      </w:r>
    </w:p>
    <w:tbl>
      <w:tblPr>
        <w:tblW w:type="auto" w:w="0"/>
        <w:jc w:val="center"/>
        <w:tblLayout w:type="fixed"/>
        <w:tblLook w:firstColumn="1" w:firstRow="1" w:lastColumn="0" w:lastRow="0" w:noHBand="0" w:noVBand="1" w:val="04A0"/>
        <w:tblBorders>
          <w:top w:val="single" w:sz="4" w:space="0" w:color="6D5DD3"/>
          <w:left w:val="single" w:sz="4" w:space="0" w:color="6D5DD3"/>
          <w:bottom w:val="single" w:sz="4" w:space="0" w:color="6D5DD3"/>
          <w:right w:val="single" w:sz="4" w:space="0" w:color="6D5DD3"/>
          <w:insideH w:val="single" w:sz="4" w:space="0" w:color="6D5DD3"/>
          <w:insideV w:val="single" w:sz="4" w:space="0" w:color="6D5DD3"/>
        </w:tblBorders>
        <w:tblLayout w:type="fixed"/>
        <w:tblW w:w="14968" w:type="dxa"/>
      </w:tblPr>
      <w:tblGrid>
        <w:gridCol w:w="4536"/>
        <w:gridCol w:w="5103"/>
        <w:gridCol w:w="5329"/>
      </w:tblGrid>
      <w:tr>
        <w:tc>
          <w:tcPr>
            <w:tcW w:type="dxa" w:w="4535"/>
            <w:tcMar>
              <w:top w:w="30" w:type="dxa"/>
              <w:bottom w:w="30" w:type="dxa"/>
              <w:start w:w="70" w:type="dxa"/>
              <w:end w:w="70" w:type="dxa"/>
            </w:tcMar>
            <w:vAlign w:val="center"/>
          </w:tcPr>
          <w:p>
            <w:pPr>
              <w:spacing w:after="0" w:before="0"/>
            </w:pPr>
            <w:r/>
            <w:r>
              <w:rPr>
                <w:b w:val="0"/>
                <w:i w:val="0"/>
                <w:sz w:val="18"/>
              </w:rPr>
              <w:t>Tanggal :</w:t>
            </w:r>
          </w:p>
        </w:tc>
        <w:tc>
          <w:tcPr>
            <w:tcW w:type="dxa" w:w="5102"/>
            <w:vMerge w:val="restart"/>
            <w:tcMar>
              <w:top w:w="30" w:type="dxa"/>
              <w:bottom w:w="30" w:type="dxa"/>
              <w:start w:w="70" w:type="dxa"/>
              <w:end w:w="70" w:type="dxa"/>
            </w:tcMar>
          </w:tcPr>
          <w:p>
            <w:r/>
            <w:r>
              <w:rPr>
                <w:sz w:val="18"/>
              </w:rPr>
              <w:t>Lokasi Penelitian :</w:t>
            </w:r>
          </w:p>
        </w:tc>
        <w:tc>
          <w:tcPr>
            <w:tcW w:type="dxa" w:w="5329"/>
            <w:vMerge w:val="restart"/>
            <w:tcMar>
              <w:top w:w="30" w:type="dxa"/>
              <w:bottom w:w="30" w:type="dxa"/>
              <w:start w:w="70" w:type="dxa"/>
              <w:end w:w="70" w:type="dxa"/>
            </w:tcMar>
          </w:tcPr>
          <w:p>
            <w:r/>
            <w:r>
              <w:rPr>
                <w:sz w:val="18"/>
              </w:rPr>
              <w:t>Penilai I/II</w:t>
            </w:r>
          </w:p>
          <w:p>
            <w:pPr>
              <w:spacing w:after="40"/>
            </w:pPr>
          </w:p>
          <w:p>
            <w:pPr>
              <w:spacing w:after="40"/>
            </w:pPr>
          </w:p>
          <w:p>
            <w:pPr>
              <w:jc w:val="center"/>
            </w:pPr>
            <w:r>
              <w:rPr>
                <w:sz w:val="18"/>
              </w:rPr>
              <w:t>(...................................)</w:t>
            </w:r>
          </w:p>
        </w:tc>
      </w:tr>
      <w:tr>
        <w:tc>
          <w:tcPr>
            <w:tcW w:type="dxa" w:w="4535"/>
            <w:tcMar>
              <w:top w:w="30" w:type="dxa"/>
              <w:bottom w:w="30" w:type="dxa"/>
              <w:start w:w="70" w:type="dxa"/>
              <w:end w:w="70" w:type="dxa"/>
            </w:tcMar>
            <w:vAlign w:val="center"/>
          </w:tcPr>
          <w:p>
            <w:pPr>
              <w:spacing w:after="0" w:before="0"/>
            </w:pPr>
            <w:r/>
            <w:r>
              <w:rPr>
                <w:b w:val="0"/>
                <w:i w:val="0"/>
                <w:sz w:val="18"/>
              </w:rPr>
              <w:t>Waktu :</w:t>
            </w:r>
          </w:p>
        </w:tc>
        <w:tc>
          <w:tcPr>
            <w:tcW w:type="dxa" w:w="5102"/>
            <w:vMerge/>
          </w:tcPr>
          <w:p/>
        </w:tc>
        <w:tc>
          <w:tcPr>
            <w:tcW w:type="dxa" w:w="5329"/>
            <w:vMerge/>
          </w:tcPr>
          <w:p/>
        </w:tc>
      </w:tr>
      <w:tr>
        <w:tc>
          <w:tcPr>
            <w:tcW w:type="dxa" w:w="4535"/>
            <w:tcMar>
              <w:top w:w="30" w:type="dxa"/>
              <w:bottom w:w="30" w:type="dxa"/>
              <w:start w:w="70" w:type="dxa"/>
              <w:end w:w="70" w:type="dxa"/>
            </w:tcMar>
            <w:vAlign w:val="center"/>
          </w:tcPr>
          <w:p>
            <w:pPr>
              <w:spacing w:after="0" w:before="0"/>
            </w:pPr>
            <w:r/>
            <w:r>
              <w:rPr>
                <w:b w:val="0"/>
                <w:i w:val="0"/>
                <w:sz w:val="18"/>
              </w:rPr>
              <w:t>Catatan Penilaian :</w:t>
            </w:r>
          </w:p>
        </w:tc>
        <w:tc>
          <w:tcPr>
            <w:tcW w:type="dxa" w:w="5102"/>
            <w:vMerge/>
          </w:tcPr>
          <w:p/>
        </w:tc>
        <w:tc>
          <w:tcPr>
            <w:tcW w:type="dxa" w:w="5329"/>
            <w:vMerge/>
          </w:tcPr>
          <w:p/>
        </w:tc>
      </w:tr>
    </w:tbl>
    <w:p>
      <w:pPr>
        <w:spacing w:after="120"/>
      </w:pPr>
    </w:p>
    <w:p>
      <w:pPr>
        <w:sectPr>
          <w:pgSz w:w="16838" w:h="11906" w:orient="landscape"/>
          <w:pgMar w:top="794" w:right="794" w:bottom="794" w:left="794" w:header="720" w:footer="720" w:gutter="0"/>
          <w:cols w:space="720"/>
          <w:docGrid w:linePitch="360"/>
        </w:sectPr>
      </w:pPr>
    </w:p>
    <w:tbl>
      <w:tblPr>
        <w:tblW w:type="auto" w:w="0"/>
        <w:jc w:val="center"/>
        <w:tblLook w:firstColumn="1" w:firstRow="1" w:lastColumn="0" w:lastRow="0" w:noHBand="0" w:noVBand="1" w:val="04A0"/>
        <w:tblLayout w:type="fixed"/>
        <w:tblW w:w="9355" w:type="dxa"/>
      </w:tblPr>
      <w:tblGrid>
        <w:gridCol w:w="9355"/>
      </w:tblGrid>
      <w:tr>
        <w:tc>
          <w:tcPr>
            <w:tcW w:type="dxa" w:w="9354"/>
            <w:shd w:val="clear" w:color="auto" w:fill="4B3F9E"/>
            <w:tcMar>
              <w:top w:w="80" w:type="dxa"/>
              <w:bottom w:w="80" w:type="dxa"/>
              <w:start w:w="70" w:type="dxa"/>
              <w:end w:w="70" w:type="dxa"/>
            </w:tcMar>
            <w:vAlign w:val="center"/>
          </w:tcPr>
          <w:p>
            <w:pPr>
              <w:spacing w:after="0" w:before="0"/>
              <w:jc w:val="center"/>
            </w:pPr>
            <w:r/>
            <w:r>
              <w:rPr>
                <w:b/>
                <w:i w:val="0"/>
                <w:color w:val="FFFFFF"/>
                <w:sz w:val="24"/>
              </w:rPr>
              <w:t>PENUTUP</w:t>
            </w:r>
          </w:p>
        </w:tc>
      </w:tr>
    </w:tbl>
    <w:p>
      <w:pPr>
        <w:spacing w:after="40"/>
      </w:pPr>
    </w:p>
    <w:p>
      <w:pPr>
        <w:spacing w:after="80"/>
      </w:pPr>
      <w:r>
        <w:rPr>
          <w:b w:val="0"/>
          <w:i w:val="0"/>
          <w:sz w:val="20"/>
        </w:rPr>
        <w:t>Saya telah membaca dan mengisi Formulir Evaluasi Diri ini untuk mengikuti asesmen RPL dan dengan ini saya menyatakan:</w:t>
      </w:r>
    </w:p>
    <w:p>
      <w:pPr>
        <w:spacing w:after="80"/>
        <w:ind w:left="340" w:hanging="340"/>
      </w:pPr>
      <w:r>
        <w:rPr>
          <w:sz w:val="19"/>
        </w:rPr>
        <w:t>1. Semua informasi yang saya tuliskan adalah sepenuhnya benar dan saya bertanggung-jawab atas seluruh data dalam formulir ini dan apabila dikemudian hari ternyata informasi yang saya sampaikan tersebut adalah tidak benar, maka saya bersedia menerima sangsi sesuai dengan ketentuan yang berlaku;</w:t>
      </w:r>
    </w:p>
    <w:p>
      <w:pPr>
        <w:spacing w:after="80"/>
        <w:ind w:left="340" w:hanging="340"/>
      </w:pPr>
      <w:r>
        <w:rPr>
          <w:sz w:val="19"/>
        </w:rPr>
        <w:t>2. Saya memberikan ijin kepada pihak pengelola program RPL, untuk melakukan pemeriksaan kebenaran informasi yang saya berikan dalam formulir evaluasi diri ini kepada seluruh pihak yang terkait dengan data akademik sebelumnya dan kepada perusahaan tempat saya bekerja sebelumnya dan atau saat ini saya bekerja; dan</w:t>
      </w:r>
    </w:p>
    <w:p>
      <w:pPr>
        <w:spacing w:after="80"/>
        <w:ind w:left="340" w:hanging="340"/>
      </w:pPr>
      <w:r>
        <w:rPr>
          <w:sz w:val="19"/>
        </w:rPr>
        <w:t>3. Saya bersedia untuk mengikuti asesmen lanjutan untuk membuktikan kompetensi saya, sesuai waktu dan tempat/platform daring yang ditentukan oleh unit RPL.</w:t>
      </w:r>
    </w:p>
    <w:p>
      <w:pPr>
        <w:spacing w:after="200"/>
      </w:pPr>
    </w:p>
    <w:p>
      <w:pPr>
        <w:tabs>
          <w:tab w:pos="2381" w:val="left"/>
        </w:tabs>
        <w:spacing w:after="80"/>
      </w:pPr>
      <w:r>
        <w:rPr>
          <w:sz w:val="20"/>
        </w:rPr>
        <w:t>Tempat/Tanggal</w:t>
        <w:tab/>
        <w:t xml:space="preserve">: </w:t>
      </w:r>
    </w:p>
    <w:p>
      <w:pPr>
        <w:tabs>
          <w:tab w:pos="2381" w:val="left"/>
        </w:tabs>
        <w:spacing w:after="80"/>
      </w:pPr>
      <w:r>
        <w:rPr>
          <w:sz w:val="20"/>
        </w:rPr>
        <w:t>Tanda tangan Pelamar</w:t>
        <w:tab/>
        <w:t xml:space="preserve">: </w:t>
      </w:r>
    </w:p>
    <w:p>
      <w:pPr>
        <w:spacing w:after="200"/>
      </w:pPr>
    </w:p>
    <w:p>
      <w:pPr>
        <w:spacing w:after="200"/>
      </w:pPr>
    </w:p>
    <w:p>
      <w:pPr>
        <w:spacing w:after="100"/>
        <w:jc w:val="center"/>
      </w:pPr>
      <w:r>
        <w:rPr>
          <w:b w:val="0"/>
          <w:i w:val="0"/>
          <w:sz w:val="20"/>
        </w:rPr>
        <w:t>(......................................)</w:t>
      </w:r>
    </w:p>
    <w:p>
      <w:pPr>
        <w:spacing w:after="40"/>
      </w:pPr>
    </w:p>
    <w:p>
      <w:pPr>
        <w:spacing w:after="100"/>
        <w:jc w:val="center"/>
      </w:pPr>
      <w:r>
        <w:rPr>
          <w:b w:val="0"/>
          <w:i/>
          <w:color w:val="6B7280"/>
          <w:sz w:val="16"/>
        </w:rPr>
        <w:t>Formulir 10</w:t>
      </w:r>
    </w:p>
    <w:sectPr w:rsidR="00FC693F" w:rsidRPr="0006063C" w:rsidSect="00034616">
      <w:pgSz w:w="11906" w:h="16838"/>
      <w:pgMar w:top="1020" w:right="1020"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